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3A8DB" w14:textId="3072FC82" w:rsidR="00BD3914" w:rsidRPr="00406BBE" w:rsidRDefault="00406BBE" w:rsidP="00BD3914">
      <w:pPr>
        <w:spacing w:line="320" w:lineRule="auto"/>
        <w:jc w:val="right"/>
        <w:rPr>
          <w:rFonts w:cs="Times New Roman"/>
          <w:i/>
          <w:iCs/>
          <w:sz w:val="26"/>
          <w:szCs w:val="26"/>
        </w:rPr>
      </w:pPr>
      <w:r w:rsidRPr="00406BBE">
        <w:rPr>
          <w:rFonts w:cs="Times New Roman"/>
          <w:sz w:val="26"/>
          <w:szCs w:val="26"/>
        </w:rPr>
        <w:t xml:space="preserve">BIỂU </w:t>
      </w:r>
      <w:r w:rsidR="00BD3914" w:rsidRPr="00406BBE">
        <w:rPr>
          <w:rFonts w:cs="Times New Roman"/>
          <w:sz w:val="26"/>
          <w:szCs w:val="26"/>
        </w:rPr>
        <w:t xml:space="preserve">MẪU </w:t>
      </w:r>
      <w:r w:rsidRPr="00406BBE">
        <w:rPr>
          <w:rFonts w:cs="Times New Roman"/>
          <w:sz w:val="26"/>
          <w:szCs w:val="26"/>
        </w:rPr>
        <w:t>BM-0</w:t>
      </w:r>
      <w:r w:rsidR="00BD3914" w:rsidRPr="00406BBE">
        <w:rPr>
          <w:rFonts w:cs="Times New Roman"/>
          <w:sz w:val="26"/>
          <w:szCs w:val="26"/>
        </w:rPr>
        <w:t>01: ĐƠN ĐĂNG KÝ THAM DỰ</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65"/>
      </w:tblGrid>
      <w:tr w:rsidR="00BD3914" w:rsidRPr="00406BBE" w14:paraId="5F93D197" w14:textId="77777777" w:rsidTr="00281BD0">
        <w:tc>
          <w:tcPr>
            <w:tcW w:w="3397" w:type="dxa"/>
          </w:tcPr>
          <w:p w14:paraId="4EA1D0B2" w14:textId="77777777" w:rsidR="00BD3914" w:rsidRPr="00406BBE" w:rsidRDefault="00BD3914" w:rsidP="00BD3914">
            <w:pPr>
              <w:widowControl w:val="0"/>
              <w:spacing w:after="0" w:line="240" w:lineRule="auto"/>
              <w:jc w:val="center"/>
              <w:rPr>
                <w:rFonts w:cs="Times New Roman"/>
                <w:sz w:val="26"/>
                <w:szCs w:val="26"/>
              </w:rPr>
            </w:pPr>
            <w:r w:rsidRPr="00406BBE">
              <w:rPr>
                <w:rFonts w:cs="Times New Roman"/>
                <w:sz w:val="26"/>
                <w:szCs w:val="26"/>
              </w:rPr>
              <w:t>CƠ QUAN CHỦ QUẢN</w:t>
            </w:r>
          </w:p>
          <w:p w14:paraId="30D00F50" w14:textId="77777777" w:rsidR="00BD3914" w:rsidRPr="00406BBE" w:rsidRDefault="00BD3914" w:rsidP="00BD3914">
            <w:pPr>
              <w:spacing w:after="0" w:line="240" w:lineRule="auto"/>
              <w:jc w:val="center"/>
              <w:rPr>
                <w:rFonts w:cs="Times New Roman"/>
                <w:b/>
                <w:bCs/>
                <w:sz w:val="26"/>
                <w:szCs w:val="26"/>
              </w:rPr>
            </w:pPr>
            <w:r w:rsidRPr="00406BBE">
              <w:rPr>
                <w:rFonts w:cs="Times New Roman"/>
                <w:b/>
                <w:bCs/>
                <w:sz w:val="26"/>
                <w:szCs w:val="26"/>
              </w:rPr>
              <w:t>CƠ QUAN, TỔ CHỨC ĐĂNG KÝ</w:t>
            </w:r>
          </w:p>
        </w:tc>
        <w:tc>
          <w:tcPr>
            <w:tcW w:w="5665" w:type="dxa"/>
          </w:tcPr>
          <w:p w14:paraId="38E830F3" w14:textId="77777777" w:rsidR="00BD3914" w:rsidRPr="00406BBE" w:rsidRDefault="00BD3914" w:rsidP="00281BD0">
            <w:pPr>
              <w:widowControl w:val="0"/>
              <w:spacing w:after="0"/>
              <w:jc w:val="center"/>
              <w:rPr>
                <w:rFonts w:cs="Times New Roman"/>
                <w:b/>
                <w:bCs/>
                <w:sz w:val="26"/>
                <w:szCs w:val="26"/>
              </w:rPr>
            </w:pPr>
            <w:r w:rsidRPr="00406BBE">
              <w:rPr>
                <w:rFonts w:cs="Times New Roman"/>
                <w:b/>
                <w:bCs/>
                <w:sz w:val="26"/>
                <w:szCs w:val="26"/>
              </w:rPr>
              <w:t>CỘNG HÒA XÃ HỘI CHỦ NGHĨA VIỆT NAM</w:t>
            </w:r>
            <w:r w:rsidRPr="00406BBE">
              <w:rPr>
                <w:rFonts w:cs="Times New Roman"/>
                <w:b/>
                <w:bCs/>
                <w:sz w:val="26"/>
                <w:szCs w:val="26"/>
              </w:rPr>
              <w:br/>
            </w:r>
            <w:r w:rsidRPr="00406BBE">
              <w:rPr>
                <w:rFonts w:cs="Times New Roman"/>
                <w:sz w:val="26"/>
                <w:szCs w:val="26"/>
              </w:rPr>
              <w:t xml:space="preserve"> </w:t>
            </w:r>
            <w:proofErr w:type="spellStart"/>
            <w:r w:rsidRPr="00406BBE">
              <w:rPr>
                <w:rFonts w:cs="Times New Roman"/>
                <w:b/>
                <w:bCs/>
                <w:sz w:val="26"/>
                <w:szCs w:val="26"/>
              </w:rPr>
              <w:t>Độc</w:t>
            </w:r>
            <w:proofErr w:type="spellEnd"/>
            <w:r w:rsidRPr="00406BBE">
              <w:rPr>
                <w:rFonts w:cs="Times New Roman"/>
                <w:b/>
                <w:bCs/>
                <w:sz w:val="26"/>
                <w:szCs w:val="26"/>
              </w:rPr>
              <w:t xml:space="preserve"> </w:t>
            </w:r>
            <w:proofErr w:type="spellStart"/>
            <w:r w:rsidRPr="00406BBE">
              <w:rPr>
                <w:rFonts w:cs="Times New Roman"/>
                <w:b/>
                <w:bCs/>
                <w:sz w:val="26"/>
                <w:szCs w:val="26"/>
              </w:rPr>
              <w:t>lập</w:t>
            </w:r>
            <w:proofErr w:type="spellEnd"/>
            <w:r w:rsidRPr="00406BBE">
              <w:rPr>
                <w:rFonts w:cs="Times New Roman"/>
                <w:b/>
                <w:bCs/>
                <w:sz w:val="26"/>
                <w:szCs w:val="26"/>
              </w:rPr>
              <w:t xml:space="preserve"> – </w:t>
            </w:r>
            <w:proofErr w:type="spellStart"/>
            <w:r w:rsidRPr="00406BBE">
              <w:rPr>
                <w:rFonts w:cs="Times New Roman"/>
                <w:b/>
                <w:bCs/>
                <w:sz w:val="26"/>
                <w:szCs w:val="26"/>
              </w:rPr>
              <w:t>Tự</w:t>
            </w:r>
            <w:proofErr w:type="spellEnd"/>
            <w:r w:rsidRPr="00406BBE">
              <w:rPr>
                <w:rFonts w:cs="Times New Roman"/>
                <w:b/>
                <w:bCs/>
                <w:sz w:val="26"/>
                <w:szCs w:val="26"/>
              </w:rPr>
              <w:t xml:space="preserve"> do – </w:t>
            </w:r>
            <w:proofErr w:type="spellStart"/>
            <w:r w:rsidRPr="00406BBE">
              <w:rPr>
                <w:rFonts w:cs="Times New Roman"/>
                <w:b/>
                <w:bCs/>
                <w:sz w:val="26"/>
                <w:szCs w:val="26"/>
              </w:rPr>
              <w:t>Hạnh</w:t>
            </w:r>
            <w:proofErr w:type="spellEnd"/>
            <w:r w:rsidRPr="00406BBE">
              <w:rPr>
                <w:rFonts w:cs="Times New Roman"/>
                <w:b/>
                <w:bCs/>
                <w:sz w:val="26"/>
                <w:szCs w:val="26"/>
              </w:rPr>
              <w:t xml:space="preserve"> </w:t>
            </w:r>
            <w:proofErr w:type="spellStart"/>
            <w:r w:rsidRPr="00406BBE">
              <w:rPr>
                <w:rFonts w:cs="Times New Roman"/>
                <w:b/>
                <w:bCs/>
                <w:sz w:val="26"/>
                <w:szCs w:val="26"/>
              </w:rPr>
              <w:t>phúc</w:t>
            </w:r>
            <w:proofErr w:type="spellEnd"/>
          </w:p>
          <w:p w14:paraId="3EAABFA8" w14:textId="77777777" w:rsidR="00BD3914" w:rsidRPr="00406BBE" w:rsidRDefault="00BD3914" w:rsidP="00281BD0">
            <w:pPr>
              <w:widowControl w:val="0"/>
              <w:spacing w:after="0" w:line="240" w:lineRule="auto"/>
              <w:rPr>
                <w:rFonts w:cs="Times New Roman"/>
                <w:i/>
                <w:iCs/>
                <w:sz w:val="26"/>
                <w:szCs w:val="26"/>
              </w:rPr>
            </w:pPr>
          </w:p>
          <w:p w14:paraId="378760A8" w14:textId="77777777" w:rsidR="00BD3914" w:rsidRPr="00406BBE" w:rsidRDefault="00BD3914" w:rsidP="00281BD0">
            <w:pPr>
              <w:spacing w:after="0" w:line="320" w:lineRule="auto"/>
              <w:jc w:val="center"/>
              <w:rPr>
                <w:rFonts w:cs="Times New Roman"/>
                <w:b/>
                <w:bCs/>
                <w:sz w:val="26"/>
                <w:szCs w:val="26"/>
              </w:rPr>
            </w:pPr>
            <w:r w:rsidRPr="00406BBE">
              <w:rPr>
                <w:rFonts w:cs="Times New Roman"/>
                <w:i/>
                <w:iCs/>
                <w:sz w:val="26"/>
                <w:szCs w:val="26"/>
              </w:rPr>
              <w:t xml:space="preserve">…, </w:t>
            </w:r>
            <w:proofErr w:type="spellStart"/>
            <w:r w:rsidRPr="00406BBE">
              <w:rPr>
                <w:rFonts w:cs="Times New Roman"/>
                <w:i/>
                <w:iCs/>
                <w:sz w:val="26"/>
                <w:szCs w:val="26"/>
              </w:rPr>
              <w:t>ngày</w:t>
            </w:r>
            <w:proofErr w:type="spellEnd"/>
            <w:r w:rsidRPr="00406BBE">
              <w:rPr>
                <w:rFonts w:cs="Times New Roman"/>
                <w:i/>
                <w:iCs/>
                <w:sz w:val="26"/>
                <w:szCs w:val="26"/>
              </w:rPr>
              <w:t xml:space="preserve"> … </w:t>
            </w:r>
            <w:proofErr w:type="spellStart"/>
            <w:r w:rsidRPr="00406BBE">
              <w:rPr>
                <w:rFonts w:cs="Times New Roman"/>
                <w:i/>
                <w:iCs/>
                <w:sz w:val="26"/>
                <w:szCs w:val="26"/>
              </w:rPr>
              <w:t>tháng</w:t>
            </w:r>
            <w:proofErr w:type="spellEnd"/>
            <w:r w:rsidRPr="00406BBE">
              <w:rPr>
                <w:rFonts w:cs="Times New Roman"/>
                <w:i/>
                <w:iCs/>
                <w:sz w:val="26"/>
                <w:szCs w:val="26"/>
              </w:rPr>
              <w:t xml:space="preserve"> … </w:t>
            </w:r>
            <w:proofErr w:type="spellStart"/>
            <w:r w:rsidRPr="00406BBE">
              <w:rPr>
                <w:rFonts w:cs="Times New Roman"/>
                <w:i/>
                <w:iCs/>
                <w:sz w:val="26"/>
                <w:szCs w:val="26"/>
              </w:rPr>
              <w:t>năm</w:t>
            </w:r>
            <w:proofErr w:type="spellEnd"/>
            <w:r w:rsidRPr="00406BBE">
              <w:rPr>
                <w:rFonts w:cs="Times New Roman"/>
                <w:i/>
                <w:iCs/>
                <w:sz w:val="26"/>
                <w:szCs w:val="26"/>
              </w:rPr>
              <w:t xml:space="preserve"> 2026</w:t>
            </w:r>
          </w:p>
        </w:tc>
      </w:tr>
    </w:tbl>
    <w:p w14:paraId="1944572C" w14:textId="77777777" w:rsidR="00BD3914" w:rsidRPr="00406BBE" w:rsidRDefault="00BD3914">
      <w:pPr>
        <w:jc w:val="center"/>
        <w:rPr>
          <w:rFonts w:cs="Times New Roman"/>
          <w:b/>
          <w:sz w:val="26"/>
          <w:szCs w:val="26"/>
        </w:rPr>
      </w:pPr>
    </w:p>
    <w:p w14:paraId="461AF8FF" w14:textId="5C8945B7" w:rsidR="00BB6FA2" w:rsidRPr="00406BBE" w:rsidRDefault="00222B21">
      <w:pPr>
        <w:jc w:val="center"/>
        <w:rPr>
          <w:rFonts w:cs="Times New Roman"/>
          <w:sz w:val="26"/>
          <w:szCs w:val="26"/>
        </w:rPr>
      </w:pPr>
      <w:r w:rsidRPr="00406BBE">
        <w:rPr>
          <w:rFonts w:cs="Times New Roman"/>
          <w:b/>
          <w:sz w:val="26"/>
          <w:szCs w:val="26"/>
        </w:rPr>
        <w:t>ĐƠN ĐĂNG KÝ THAM DỰ</w:t>
      </w:r>
    </w:p>
    <w:p w14:paraId="13CF23C2" w14:textId="77777777" w:rsidR="00BB6FA2" w:rsidRPr="00406BBE" w:rsidRDefault="00222B21">
      <w:pPr>
        <w:jc w:val="center"/>
        <w:rPr>
          <w:rFonts w:cs="Times New Roman"/>
          <w:sz w:val="26"/>
          <w:szCs w:val="26"/>
        </w:rPr>
      </w:pPr>
      <w:proofErr w:type="spellStart"/>
      <w:r w:rsidRPr="00406BBE">
        <w:rPr>
          <w:rFonts w:cs="Times New Roman"/>
          <w:b/>
          <w:sz w:val="26"/>
          <w:szCs w:val="26"/>
        </w:rPr>
        <w:t>Đại</w:t>
      </w:r>
      <w:proofErr w:type="spellEnd"/>
      <w:r w:rsidRPr="00406BBE">
        <w:rPr>
          <w:rFonts w:cs="Times New Roman"/>
          <w:b/>
          <w:sz w:val="26"/>
          <w:szCs w:val="26"/>
        </w:rPr>
        <w:t xml:space="preserve"> </w:t>
      </w:r>
      <w:proofErr w:type="spellStart"/>
      <w:r w:rsidRPr="00406BBE">
        <w:rPr>
          <w:rFonts w:cs="Times New Roman"/>
          <w:b/>
          <w:sz w:val="26"/>
          <w:szCs w:val="26"/>
        </w:rPr>
        <w:t>hội</w:t>
      </w:r>
      <w:proofErr w:type="spellEnd"/>
      <w:r w:rsidRPr="00406BBE">
        <w:rPr>
          <w:rFonts w:cs="Times New Roman"/>
          <w:b/>
          <w:sz w:val="26"/>
          <w:szCs w:val="26"/>
        </w:rPr>
        <w:t xml:space="preserve"> </w:t>
      </w:r>
      <w:proofErr w:type="spellStart"/>
      <w:r w:rsidRPr="00406BBE">
        <w:rPr>
          <w:rFonts w:cs="Times New Roman"/>
          <w:b/>
          <w:sz w:val="26"/>
          <w:szCs w:val="26"/>
        </w:rPr>
        <w:t>các</w:t>
      </w:r>
      <w:proofErr w:type="spellEnd"/>
      <w:r w:rsidRPr="00406BBE">
        <w:rPr>
          <w:rFonts w:cs="Times New Roman"/>
          <w:b/>
          <w:sz w:val="26"/>
          <w:szCs w:val="26"/>
        </w:rPr>
        <w:t xml:space="preserve"> </w:t>
      </w:r>
      <w:proofErr w:type="spellStart"/>
      <w:r w:rsidRPr="00406BBE">
        <w:rPr>
          <w:rFonts w:cs="Times New Roman"/>
          <w:b/>
          <w:sz w:val="26"/>
          <w:szCs w:val="26"/>
        </w:rPr>
        <w:t>nhà</w:t>
      </w:r>
      <w:proofErr w:type="spellEnd"/>
      <w:r w:rsidRPr="00406BBE">
        <w:rPr>
          <w:rFonts w:cs="Times New Roman"/>
          <w:b/>
          <w:sz w:val="26"/>
          <w:szCs w:val="26"/>
        </w:rPr>
        <w:t xml:space="preserve"> khoa </w:t>
      </w:r>
      <w:proofErr w:type="spellStart"/>
      <w:r w:rsidRPr="00406BBE">
        <w:rPr>
          <w:rFonts w:cs="Times New Roman"/>
          <w:b/>
          <w:sz w:val="26"/>
          <w:szCs w:val="26"/>
        </w:rPr>
        <w:t>học</w:t>
      </w:r>
      <w:proofErr w:type="spellEnd"/>
      <w:r w:rsidRPr="00406BBE">
        <w:rPr>
          <w:rFonts w:cs="Times New Roman"/>
          <w:b/>
          <w:sz w:val="26"/>
          <w:szCs w:val="26"/>
        </w:rPr>
        <w:t xml:space="preserve"> </w:t>
      </w:r>
      <w:proofErr w:type="spellStart"/>
      <w:r w:rsidRPr="00406BBE">
        <w:rPr>
          <w:rFonts w:cs="Times New Roman"/>
          <w:b/>
          <w:sz w:val="26"/>
          <w:szCs w:val="26"/>
        </w:rPr>
        <w:t>trẻ</w:t>
      </w:r>
      <w:proofErr w:type="spellEnd"/>
      <w:r w:rsidRPr="00406BBE">
        <w:rPr>
          <w:rFonts w:cs="Times New Roman"/>
          <w:b/>
          <w:sz w:val="26"/>
          <w:szCs w:val="26"/>
        </w:rPr>
        <w:t xml:space="preserve"> </w:t>
      </w:r>
      <w:proofErr w:type="spellStart"/>
      <w:r w:rsidRPr="00406BBE">
        <w:rPr>
          <w:rFonts w:cs="Times New Roman"/>
          <w:b/>
          <w:sz w:val="26"/>
          <w:szCs w:val="26"/>
        </w:rPr>
        <w:t>lần</w:t>
      </w:r>
      <w:proofErr w:type="spellEnd"/>
      <w:r w:rsidRPr="00406BBE">
        <w:rPr>
          <w:rFonts w:cs="Times New Roman"/>
          <w:b/>
          <w:sz w:val="26"/>
          <w:szCs w:val="26"/>
        </w:rPr>
        <w:t xml:space="preserve"> </w:t>
      </w:r>
      <w:proofErr w:type="spellStart"/>
      <w:r w:rsidRPr="00406BBE">
        <w:rPr>
          <w:rFonts w:cs="Times New Roman"/>
          <w:b/>
          <w:sz w:val="26"/>
          <w:szCs w:val="26"/>
        </w:rPr>
        <w:t>thứ</w:t>
      </w:r>
      <w:proofErr w:type="spellEnd"/>
      <w:r w:rsidRPr="00406BBE">
        <w:rPr>
          <w:rFonts w:cs="Times New Roman"/>
          <w:b/>
          <w:sz w:val="26"/>
          <w:szCs w:val="26"/>
        </w:rPr>
        <w:t xml:space="preserve"> VI </w:t>
      </w:r>
      <w:proofErr w:type="spellStart"/>
      <w:r w:rsidRPr="00406BBE">
        <w:rPr>
          <w:rFonts w:cs="Times New Roman"/>
          <w:b/>
          <w:sz w:val="26"/>
          <w:szCs w:val="26"/>
        </w:rPr>
        <w:t>tại</w:t>
      </w:r>
      <w:proofErr w:type="spellEnd"/>
      <w:r w:rsidRPr="00406BBE">
        <w:rPr>
          <w:rFonts w:cs="Times New Roman"/>
          <w:b/>
          <w:sz w:val="26"/>
          <w:szCs w:val="26"/>
        </w:rPr>
        <w:t xml:space="preserve"> Liên bang Nga </w:t>
      </w:r>
      <w:proofErr w:type="spellStart"/>
      <w:r w:rsidRPr="00406BBE">
        <w:rPr>
          <w:rFonts w:cs="Times New Roman"/>
          <w:b/>
          <w:sz w:val="26"/>
          <w:szCs w:val="26"/>
        </w:rPr>
        <w:t>năm</w:t>
      </w:r>
      <w:proofErr w:type="spellEnd"/>
      <w:r w:rsidRPr="00406BBE">
        <w:rPr>
          <w:rFonts w:cs="Times New Roman"/>
          <w:b/>
          <w:sz w:val="26"/>
          <w:szCs w:val="26"/>
        </w:rPr>
        <w:t xml:space="preserve"> 2026</w:t>
      </w:r>
    </w:p>
    <w:p w14:paraId="312E010F" w14:textId="77777777" w:rsidR="00BD3914" w:rsidRPr="00406BBE" w:rsidRDefault="00BD3914">
      <w:pPr>
        <w:jc w:val="center"/>
        <w:rPr>
          <w:rFonts w:cs="Times New Roman"/>
          <w:b/>
          <w:sz w:val="26"/>
          <w:szCs w:val="26"/>
        </w:rPr>
      </w:pPr>
    </w:p>
    <w:p w14:paraId="0C9B8A25" w14:textId="5EF9D35A" w:rsidR="00BB6FA2" w:rsidRPr="00406BBE" w:rsidRDefault="00222B21">
      <w:pPr>
        <w:jc w:val="center"/>
        <w:rPr>
          <w:rFonts w:cs="Times New Roman"/>
          <w:b/>
          <w:sz w:val="26"/>
          <w:szCs w:val="26"/>
        </w:rPr>
      </w:pPr>
      <w:proofErr w:type="spellStart"/>
      <w:r w:rsidRPr="00406BBE">
        <w:rPr>
          <w:rFonts w:cs="Times New Roman"/>
          <w:b/>
          <w:sz w:val="26"/>
          <w:szCs w:val="26"/>
        </w:rPr>
        <w:t>Kính</w:t>
      </w:r>
      <w:proofErr w:type="spellEnd"/>
      <w:r w:rsidRPr="00406BBE">
        <w:rPr>
          <w:rFonts w:cs="Times New Roman"/>
          <w:b/>
          <w:sz w:val="26"/>
          <w:szCs w:val="26"/>
        </w:rPr>
        <w:t xml:space="preserve"> </w:t>
      </w:r>
      <w:proofErr w:type="spellStart"/>
      <w:r w:rsidRPr="00406BBE">
        <w:rPr>
          <w:rFonts w:cs="Times New Roman"/>
          <w:b/>
          <w:sz w:val="26"/>
          <w:szCs w:val="26"/>
        </w:rPr>
        <w:t>gửi</w:t>
      </w:r>
      <w:proofErr w:type="spellEnd"/>
      <w:r w:rsidRPr="00406BBE">
        <w:rPr>
          <w:rFonts w:cs="Times New Roman"/>
          <w:b/>
          <w:sz w:val="26"/>
          <w:szCs w:val="26"/>
        </w:rPr>
        <w:t xml:space="preserve">: </w:t>
      </w:r>
      <w:proofErr w:type="spellStart"/>
      <w:r w:rsidRPr="00406BBE">
        <w:rPr>
          <w:rFonts w:cs="Times New Roman"/>
          <w:b/>
          <w:sz w:val="26"/>
          <w:szCs w:val="26"/>
        </w:rPr>
        <w:t>Quỹ</w:t>
      </w:r>
      <w:proofErr w:type="spellEnd"/>
      <w:r w:rsidRPr="00406BBE">
        <w:rPr>
          <w:rFonts w:cs="Times New Roman"/>
          <w:b/>
          <w:sz w:val="26"/>
          <w:szCs w:val="26"/>
        </w:rPr>
        <w:t xml:space="preserve"> </w:t>
      </w:r>
      <w:proofErr w:type="spellStart"/>
      <w:r w:rsidRPr="00406BBE">
        <w:rPr>
          <w:rFonts w:cs="Times New Roman"/>
          <w:b/>
          <w:sz w:val="26"/>
          <w:szCs w:val="26"/>
        </w:rPr>
        <w:t>Phát</w:t>
      </w:r>
      <w:proofErr w:type="spellEnd"/>
      <w:r w:rsidRPr="00406BBE">
        <w:rPr>
          <w:rFonts w:cs="Times New Roman"/>
          <w:b/>
          <w:sz w:val="26"/>
          <w:szCs w:val="26"/>
        </w:rPr>
        <w:t xml:space="preserve"> </w:t>
      </w:r>
      <w:proofErr w:type="spellStart"/>
      <w:r w:rsidRPr="00406BBE">
        <w:rPr>
          <w:rFonts w:cs="Times New Roman"/>
          <w:b/>
          <w:sz w:val="26"/>
          <w:szCs w:val="26"/>
        </w:rPr>
        <w:t>triển</w:t>
      </w:r>
      <w:proofErr w:type="spellEnd"/>
      <w:r w:rsidRPr="00406BBE">
        <w:rPr>
          <w:rFonts w:cs="Times New Roman"/>
          <w:b/>
          <w:sz w:val="26"/>
          <w:szCs w:val="26"/>
        </w:rPr>
        <w:t xml:space="preserve"> khoa </w:t>
      </w:r>
      <w:proofErr w:type="spellStart"/>
      <w:r w:rsidRPr="00406BBE">
        <w:rPr>
          <w:rFonts w:cs="Times New Roman"/>
          <w:b/>
          <w:sz w:val="26"/>
          <w:szCs w:val="26"/>
        </w:rPr>
        <w:t>học</w:t>
      </w:r>
      <w:proofErr w:type="spellEnd"/>
      <w:r w:rsidRPr="00406BBE">
        <w:rPr>
          <w:rFonts w:cs="Times New Roman"/>
          <w:b/>
          <w:sz w:val="26"/>
          <w:szCs w:val="26"/>
        </w:rPr>
        <w:t xml:space="preserve"> </w:t>
      </w:r>
      <w:proofErr w:type="spellStart"/>
      <w:r w:rsidRPr="00406BBE">
        <w:rPr>
          <w:rFonts w:cs="Times New Roman"/>
          <w:b/>
          <w:sz w:val="26"/>
          <w:szCs w:val="26"/>
        </w:rPr>
        <w:t>và</w:t>
      </w:r>
      <w:proofErr w:type="spellEnd"/>
      <w:r w:rsidRPr="00406BBE">
        <w:rPr>
          <w:rFonts w:cs="Times New Roman"/>
          <w:b/>
          <w:sz w:val="26"/>
          <w:szCs w:val="26"/>
        </w:rPr>
        <w:t xml:space="preserve"> </w:t>
      </w:r>
      <w:proofErr w:type="spellStart"/>
      <w:r w:rsidRPr="00406BBE">
        <w:rPr>
          <w:rFonts w:cs="Times New Roman"/>
          <w:b/>
          <w:sz w:val="26"/>
          <w:szCs w:val="26"/>
        </w:rPr>
        <w:t>công</w:t>
      </w:r>
      <w:proofErr w:type="spellEnd"/>
      <w:r w:rsidRPr="00406BBE">
        <w:rPr>
          <w:rFonts w:cs="Times New Roman"/>
          <w:b/>
          <w:sz w:val="26"/>
          <w:szCs w:val="26"/>
        </w:rPr>
        <w:t xml:space="preserve"> </w:t>
      </w:r>
      <w:proofErr w:type="spellStart"/>
      <w:r w:rsidRPr="00406BBE">
        <w:rPr>
          <w:rFonts w:cs="Times New Roman"/>
          <w:b/>
          <w:sz w:val="26"/>
          <w:szCs w:val="26"/>
        </w:rPr>
        <w:t>nghệ</w:t>
      </w:r>
      <w:proofErr w:type="spellEnd"/>
      <w:r w:rsidRPr="00406BBE">
        <w:rPr>
          <w:rFonts w:cs="Times New Roman"/>
          <w:b/>
          <w:sz w:val="26"/>
          <w:szCs w:val="26"/>
        </w:rPr>
        <w:t xml:space="preserve"> Quốc </w:t>
      </w:r>
      <w:proofErr w:type="spellStart"/>
      <w:r w:rsidRPr="00406BBE">
        <w:rPr>
          <w:rFonts w:cs="Times New Roman"/>
          <w:b/>
          <w:sz w:val="26"/>
          <w:szCs w:val="26"/>
        </w:rPr>
        <w:t>gia</w:t>
      </w:r>
      <w:proofErr w:type="spellEnd"/>
      <w:r w:rsidRPr="00406BBE">
        <w:rPr>
          <w:rFonts w:cs="Times New Roman"/>
          <w:b/>
          <w:sz w:val="26"/>
          <w:szCs w:val="26"/>
        </w:rPr>
        <w:t xml:space="preserve"> (NAFOSTED)</w:t>
      </w:r>
    </w:p>
    <w:p w14:paraId="21550B8B" w14:textId="77777777" w:rsidR="006E296D" w:rsidRPr="00406BBE" w:rsidRDefault="006E296D" w:rsidP="00BD3914">
      <w:pPr>
        <w:pStyle w:val="Heading1"/>
        <w:spacing w:before="120" w:after="120" w:line="240" w:lineRule="auto"/>
        <w:rPr>
          <w:rFonts w:ascii="Times New Roman" w:hAnsi="Times New Roman" w:cs="Times New Roman"/>
          <w:color w:val="auto"/>
          <w:sz w:val="26"/>
          <w:szCs w:val="26"/>
        </w:rPr>
      </w:pPr>
    </w:p>
    <w:p w14:paraId="559E9935" w14:textId="730CF900" w:rsidR="00BB6FA2" w:rsidRPr="00406BBE" w:rsidRDefault="00222B21" w:rsidP="00BD3914">
      <w:pPr>
        <w:pStyle w:val="Heading1"/>
        <w:spacing w:before="120" w:after="120" w:line="240" w:lineRule="auto"/>
        <w:rPr>
          <w:rFonts w:ascii="Times New Roman" w:hAnsi="Times New Roman" w:cs="Times New Roman"/>
          <w:color w:val="auto"/>
          <w:sz w:val="26"/>
          <w:szCs w:val="26"/>
        </w:rPr>
      </w:pPr>
      <w:r w:rsidRPr="00406BBE">
        <w:rPr>
          <w:rFonts w:ascii="Times New Roman" w:hAnsi="Times New Roman" w:cs="Times New Roman"/>
          <w:color w:val="auto"/>
          <w:sz w:val="26"/>
          <w:szCs w:val="26"/>
        </w:rPr>
        <w:t>1. THÔNG TIN CÁ NHÂN</w:t>
      </w:r>
    </w:p>
    <w:p w14:paraId="103D4111" w14:textId="0EA9A04D" w:rsidR="0041176B" w:rsidRPr="00406BBE" w:rsidRDefault="00222B21" w:rsidP="005E668B">
      <w:pPr>
        <w:tabs>
          <w:tab w:val="left" w:leader="dot" w:pos="9639"/>
        </w:tabs>
        <w:spacing w:before="120" w:after="120" w:line="240" w:lineRule="auto"/>
        <w:rPr>
          <w:rFonts w:cs="Times New Roman"/>
          <w:sz w:val="26"/>
          <w:szCs w:val="26"/>
        </w:rPr>
      </w:pPr>
      <w:r w:rsidRPr="00406BBE">
        <w:rPr>
          <w:rFonts w:cs="Times New Roman"/>
          <w:sz w:val="26"/>
          <w:szCs w:val="26"/>
        </w:rPr>
        <w:t xml:space="preserve">1.1. </w:t>
      </w:r>
      <w:proofErr w:type="spellStart"/>
      <w:r w:rsidRPr="00406BBE">
        <w:rPr>
          <w:rFonts w:cs="Times New Roman"/>
          <w:sz w:val="26"/>
          <w:szCs w:val="26"/>
        </w:rPr>
        <w:t>Họ</w:t>
      </w:r>
      <w:proofErr w:type="spellEnd"/>
      <w:r w:rsidRPr="00406BBE">
        <w:rPr>
          <w:rFonts w:cs="Times New Roman"/>
          <w:sz w:val="26"/>
          <w:szCs w:val="26"/>
        </w:rPr>
        <w:t xml:space="preserve"> </w:t>
      </w:r>
      <w:proofErr w:type="spellStart"/>
      <w:r w:rsidRPr="00406BBE">
        <w:rPr>
          <w:rFonts w:cs="Times New Roman"/>
          <w:sz w:val="26"/>
          <w:szCs w:val="26"/>
        </w:rPr>
        <w:t>và</w:t>
      </w:r>
      <w:proofErr w:type="spellEnd"/>
      <w:r w:rsidRPr="00406BBE">
        <w:rPr>
          <w:rFonts w:cs="Times New Roman"/>
          <w:sz w:val="26"/>
          <w:szCs w:val="26"/>
        </w:rPr>
        <w:t xml:space="preserve"> </w:t>
      </w:r>
      <w:proofErr w:type="spellStart"/>
      <w:r w:rsidRPr="00406BBE">
        <w:rPr>
          <w:rFonts w:cs="Times New Roman"/>
          <w:sz w:val="26"/>
          <w:szCs w:val="26"/>
        </w:rPr>
        <w:t>tên</w:t>
      </w:r>
      <w:proofErr w:type="spellEnd"/>
      <w:r w:rsidRPr="00406BBE">
        <w:rPr>
          <w:rFonts w:cs="Times New Roman"/>
          <w:sz w:val="26"/>
          <w:szCs w:val="26"/>
        </w:rPr>
        <w:t xml:space="preserve">: </w:t>
      </w:r>
      <w:r w:rsidR="0041176B" w:rsidRPr="00406BBE">
        <w:rPr>
          <w:rFonts w:cs="Times New Roman"/>
          <w:sz w:val="26"/>
          <w:szCs w:val="26"/>
        </w:rPr>
        <w:t>.....................................................................................................................</w:t>
      </w:r>
    </w:p>
    <w:p w14:paraId="6DA8DF6A" w14:textId="22E6EDCB" w:rsidR="00426F3D" w:rsidRPr="00406BBE" w:rsidRDefault="00222B21" w:rsidP="005E668B">
      <w:pPr>
        <w:tabs>
          <w:tab w:val="left" w:leader="dot" w:pos="9639"/>
        </w:tabs>
        <w:spacing w:before="120" w:after="120" w:line="240" w:lineRule="auto"/>
        <w:rPr>
          <w:rFonts w:cs="Times New Roman"/>
          <w:sz w:val="26"/>
          <w:szCs w:val="26"/>
        </w:rPr>
      </w:pPr>
      <w:proofErr w:type="spellStart"/>
      <w:r w:rsidRPr="00406BBE">
        <w:rPr>
          <w:rFonts w:cs="Times New Roman"/>
          <w:sz w:val="26"/>
          <w:szCs w:val="26"/>
        </w:rPr>
        <w:t>Ngày</w:t>
      </w:r>
      <w:proofErr w:type="spellEnd"/>
      <w:r w:rsidRPr="00406BBE">
        <w:rPr>
          <w:rFonts w:cs="Times New Roman"/>
          <w:sz w:val="26"/>
          <w:szCs w:val="26"/>
        </w:rPr>
        <w:t xml:space="preserve">, </w:t>
      </w:r>
      <w:proofErr w:type="spellStart"/>
      <w:r w:rsidRPr="00406BBE">
        <w:rPr>
          <w:rFonts w:cs="Times New Roman"/>
          <w:sz w:val="26"/>
          <w:szCs w:val="26"/>
        </w:rPr>
        <w:t>tháng</w:t>
      </w:r>
      <w:proofErr w:type="spellEnd"/>
      <w:r w:rsidRPr="00406BBE">
        <w:rPr>
          <w:rFonts w:cs="Times New Roman"/>
          <w:sz w:val="26"/>
          <w:szCs w:val="26"/>
        </w:rPr>
        <w:t xml:space="preserve">, </w:t>
      </w:r>
      <w:proofErr w:type="spellStart"/>
      <w:r w:rsidRPr="00406BBE">
        <w:rPr>
          <w:rFonts w:cs="Times New Roman"/>
          <w:sz w:val="26"/>
          <w:szCs w:val="26"/>
        </w:rPr>
        <w:t>năm</w:t>
      </w:r>
      <w:proofErr w:type="spellEnd"/>
      <w:r w:rsidRPr="00406BBE">
        <w:rPr>
          <w:rFonts w:cs="Times New Roman"/>
          <w:sz w:val="26"/>
          <w:szCs w:val="26"/>
        </w:rPr>
        <w:t xml:space="preserve"> </w:t>
      </w:r>
      <w:proofErr w:type="spellStart"/>
      <w:r w:rsidRPr="00406BBE">
        <w:rPr>
          <w:rFonts w:cs="Times New Roman"/>
          <w:sz w:val="26"/>
          <w:szCs w:val="26"/>
        </w:rPr>
        <w:t>sinh</w:t>
      </w:r>
      <w:proofErr w:type="spellEnd"/>
      <w:r w:rsidRPr="00406BBE">
        <w:rPr>
          <w:rFonts w:cs="Times New Roman"/>
          <w:sz w:val="26"/>
          <w:szCs w:val="26"/>
        </w:rPr>
        <w:t xml:space="preserve">: </w:t>
      </w:r>
      <w:proofErr w:type="gramStart"/>
      <w:r w:rsidRPr="00406BBE">
        <w:rPr>
          <w:rFonts w:cs="Times New Roman"/>
          <w:sz w:val="26"/>
          <w:szCs w:val="26"/>
        </w:rPr>
        <w:t>…</w:t>
      </w:r>
      <w:r w:rsidR="005E668B" w:rsidRPr="00406BBE">
        <w:rPr>
          <w:rFonts w:cs="Times New Roman"/>
          <w:sz w:val="26"/>
          <w:szCs w:val="26"/>
        </w:rPr>
        <w:t>..</w:t>
      </w:r>
      <w:proofErr w:type="gramEnd"/>
      <w:r w:rsidRPr="00406BBE">
        <w:rPr>
          <w:rFonts w:cs="Times New Roman"/>
          <w:sz w:val="26"/>
          <w:szCs w:val="26"/>
        </w:rPr>
        <w:t>…/</w:t>
      </w:r>
      <w:proofErr w:type="gramStart"/>
      <w:r w:rsidRPr="00406BBE">
        <w:rPr>
          <w:rFonts w:cs="Times New Roman"/>
          <w:sz w:val="26"/>
          <w:szCs w:val="26"/>
        </w:rPr>
        <w:t>…</w:t>
      </w:r>
      <w:r w:rsidR="005E668B" w:rsidRPr="00406BBE">
        <w:rPr>
          <w:rFonts w:cs="Times New Roman"/>
          <w:sz w:val="26"/>
          <w:szCs w:val="26"/>
        </w:rPr>
        <w:t>..</w:t>
      </w:r>
      <w:proofErr w:type="gramEnd"/>
      <w:r w:rsidRPr="00406BBE">
        <w:rPr>
          <w:rFonts w:cs="Times New Roman"/>
          <w:sz w:val="26"/>
          <w:szCs w:val="26"/>
        </w:rPr>
        <w:t>…/</w:t>
      </w:r>
      <w:proofErr w:type="gramStart"/>
      <w:r w:rsidRPr="00406BBE">
        <w:rPr>
          <w:rFonts w:cs="Times New Roman"/>
          <w:sz w:val="26"/>
          <w:szCs w:val="26"/>
        </w:rPr>
        <w:t>…</w:t>
      </w:r>
      <w:r w:rsidR="005E668B" w:rsidRPr="00406BBE">
        <w:rPr>
          <w:rFonts w:cs="Times New Roman"/>
          <w:sz w:val="26"/>
          <w:szCs w:val="26"/>
        </w:rPr>
        <w:t>..</w:t>
      </w:r>
      <w:proofErr w:type="gramEnd"/>
      <w:r w:rsidRPr="00406BBE">
        <w:rPr>
          <w:rFonts w:cs="Times New Roman"/>
          <w:sz w:val="26"/>
          <w:szCs w:val="26"/>
        </w:rPr>
        <w:t xml:space="preserve">…Quốc </w:t>
      </w:r>
      <w:proofErr w:type="spellStart"/>
      <w:r w:rsidRPr="00406BBE">
        <w:rPr>
          <w:rFonts w:cs="Times New Roman"/>
          <w:sz w:val="26"/>
          <w:szCs w:val="26"/>
        </w:rPr>
        <w:t>tịch</w:t>
      </w:r>
      <w:proofErr w:type="spellEnd"/>
      <w:r w:rsidRPr="00406BBE">
        <w:rPr>
          <w:rFonts w:cs="Times New Roman"/>
          <w:sz w:val="26"/>
          <w:szCs w:val="26"/>
        </w:rPr>
        <w:t>: ...........................</w:t>
      </w:r>
      <w:r w:rsidR="005E668B" w:rsidRPr="00406BBE">
        <w:rPr>
          <w:rFonts w:cs="Times New Roman"/>
          <w:sz w:val="26"/>
          <w:szCs w:val="26"/>
        </w:rPr>
        <w:t>...............</w:t>
      </w:r>
      <w:r w:rsidRPr="00406BBE">
        <w:rPr>
          <w:rFonts w:cs="Times New Roman"/>
          <w:sz w:val="26"/>
          <w:szCs w:val="26"/>
        </w:rPr>
        <w:t xml:space="preserve">.............   </w:t>
      </w:r>
    </w:p>
    <w:p w14:paraId="73513AFB" w14:textId="7237F0E7" w:rsidR="00426F3D" w:rsidRPr="00406BBE" w:rsidRDefault="00222B21" w:rsidP="00BD3914">
      <w:pPr>
        <w:spacing w:before="120" w:after="120" w:line="240" w:lineRule="auto"/>
        <w:rPr>
          <w:rFonts w:cs="Times New Roman"/>
          <w:sz w:val="26"/>
          <w:szCs w:val="26"/>
        </w:rPr>
      </w:pPr>
      <w:proofErr w:type="spellStart"/>
      <w:r w:rsidRPr="00406BBE">
        <w:rPr>
          <w:rFonts w:cs="Times New Roman"/>
          <w:sz w:val="26"/>
          <w:szCs w:val="26"/>
        </w:rPr>
        <w:t>Số</w:t>
      </w:r>
      <w:proofErr w:type="spellEnd"/>
      <w:r w:rsidRPr="00406BBE">
        <w:rPr>
          <w:rFonts w:cs="Times New Roman"/>
          <w:sz w:val="26"/>
          <w:szCs w:val="26"/>
        </w:rPr>
        <w:t xml:space="preserve"> CCCD</w:t>
      </w:r>
      <w:r w:rsidR="00426F3D" w:rsidRPr="00406BBE">
        <w:rPr>
          <w:rFonts w:cs="Times New Roman"/>
          <w:sz w:val="26"/>
          <w:szCs w:val="26"/>
        </w:rPr>
        <w:t>: ....................................................</w:t>
      </w:r>
      <w:proofErr w:type="spellStart"/>
      <w:r w:rsidR="002F54C5" w:rsidRPr="00406BBE">
        <w:rPr>
          <w:rFonts w:cs="Times New Roman"/>
          <w:sz w:val="26"/>
          <w:szCs w:val="26"/>
        </w:rPr>
        <w:t>Ngày</w:t>
      </w:r>
      <w:proofErr w:type="spellEnd"/>
      <w:r w:rsidR="002F54C5" w:rsidRPr="00406BBE">
        <w:rPr>
          <w:rFonts w:cs="Times New Roman"/>
          <w:sz w:val="26"/>
          <w:szCs w:val="26"/>
        </w:rPr>
        <w:t xml:space="preserve"> </w:t>
      </w:r>
      <w:proofErr w:type="spellStart"/>
      <w:r w:rsidR="002F54C5" w:rsidRPr="00406BBE">
        <w:rPr>
          <w:rFonts w:cs="Times New Roman"/>
          <w:sz w:val="26"/>
          <w:szCs w:val="26"/>
        </w:rPr>
        <w:t>cấp</w:t>
      </w:r>
      <w:proofErr w:type="spellEnd"/>
      <w:r w:rsidR="002F54C5" w:rsidRPr="00406BBE">
        <w:rPr>
          <w:rFonts w:cs="Times New Roman"/>
          <w:sz w:val="26"/>
          <w:szCs w:val="26"/>
        </w:rPr>
        <w:t>: ........................................................</w:t>
      </w:r>
    </w:p>
    <w:p w14:paraId="35909743" w14:textId="52594087" w:rsidR="00BB6FA2" w:rsidRPr="00406BBE" w:rsidRDefault="00222B21" w:rsidP="00BD3914">
      <w:pPr>
        <w:spacing w:before="120" w:after="120" w:line="240" w:lineRule="auto"/>
        <w:rPr>
          <w:rFonts w:cs="Times New Roman"/>
          <w:sz w:val="26"/>
          <w:szCs w:val="26"/>
        </w:rPr>
      </w:pPr>
      <w:proofErr w:type="spellStart"/>
      <w:r w:rsidRPr="00406BBE">
        <w:rPr>
          <w:rFonts w:cs="Times New Roman"/>
          <w:sz w:val="26"/>
          <w:szCs w:val="26"/>
        </w:rPr>
        <w:t>Hộ</w:t>
      </w:r>
      <w:proofErr w:type="spellEnd"/>
      <w:r w:rsidRPr="00406BBE">
        <w:rPr>
          <w:rFonts w:cs="Times New Roman"/>
          <w:sz w:val="26"/>
          <w:szCs w:val="26"/>
        </w:rPr>
        <w:t xml:space="preserve"> </w:t>
      </w:r>
      <w:proofErr w:type="spellStart"/>
      <w:r w:rsidRPr="00406BBE">
        <w:rPr>
          <w:rFonts w:cs="Times New Roman"/>
          <w:sz w:val="26"/>
          <w:szCs w:val="26"/>
        </w:rPr>
        <w:t>chiếu</w:t>
      </w:r>
      <w:proofErr w:type="spellEnd"/>
      <w:r w:rsidRPr="00406BBE">
        <w:rPr>
          <w:rFonts w:cs="Times New Roman"/>
          <w:sz w:val="26"/>
          <w:szCs w:val="26"/>
        </w:rPr>
        <w:t>: .......................</w:t>
      </w:r>
      <w:r w:rsidR="008B50FA" w:rsidRPr="00406BBE">
        <w:rPr>
          <w:rFonts w:cs="Times New Roman"/>
          <w:sz w:val="26"/>
          <w:szCs w:val="26"/>
        </w:rPr>
        <w:t>......................</w:t>
      </w:r>
      <w:r w:rsidRPr="00406BBE">
        <w:rPr>
          <w:rFonts w:cs="Times New Roman"/>
          <w:sz w:val="26"/>
          <w:szCs w:val="26"/>
        </w:rPr>
        <w:t>.........</w:t>
      </w:r>
      <w:proofErr w:type="spellStart"/>
      <w:r w:rsidRPr="00406BBE">
        <w:rPr>
          <w:rFonts w:cs="Times New Roman"/>
          <w:sz w:val="26"/>
          <w:szCs w:val="26"/>
        </w:rPr>
        <w:t>Ngày</w:t>
      </w:r>
      <w:proofErr w:type="spellEnd"/>
      <w:r w:rsidRPr="00406BBE">
        <w:rPr>
          <w:rFonts w:cs="Times New Roman"/>
          <w:sz w:val="26"/>
          <w:szCs w:val="26"/>
        </w:rPr>
        <w:t xml:space="preserve"> </w:t>
      </w:r>
      <w:proofErr w:type="spellStart"/>
      <w:r w:rsidRPr="00406BBE">
        <w:rPr>
          <w:rFonts w:cs="Times New Roman"/>
          <w:sz w:val="26"/>
          <w:szCs w:val="26"/>
        </w:rPr>
        <w:t>hết</w:t>
      </w:r>
      <w:proofErr w:type="spellEnd"/>
      <w:r w:rsidRPr="00406BBE">
        <w:rPr>
          <w:rFonts w:cs="Times New Roman"/>
          <w:sz w:val="26"/>
          <w:szCs w:val="26"/>
        </w:rPr>
        <w:t xml:space="preserve"> </w:t>
      </w:r>
      <w:proofErr w:type="spellStart"/>
      <w:r w:rsidRPr="00406BBE">
        <w:rPr>
          <w:rFonts w:cs="Times New Roman"/>
          <w:sz w:val="26"/>
          <w:szCs w:val="26"/>
        </w:rPr>
        <w:t>hạn</w:t>
      </w:r>
      <w:proofErr w:type="spellEnd"/>
      <w:r w:rsidRPr="00406BBE">
        <w:rPr>
          <w:rFonts w:cs="Times New Roman"/>
          <w:sz w:val="26"/>
          <w:szCs w:val="26"/>
        </w:rPr>
        <w:t>: ...................</w:t>
      </w:r>
      <w:r w:rsidR="00BD3914" w:rsidRPr="00406BBE">
        <w:rPr>
          <w:rFonts w:cs="Times New Roman"/>
          <w:sz w:val="26"/>
          <w:szCs w:val="26"/>
        </w:rPr>
        <w:t>...</w:t>
      </w:r>
      <w:r w:rsidR="00290BD2" w:rsidRPr="00406BBE">
        <w:rPr>
          <w:rFonts w:cs="Times New Roman"/>
          <w:sz w:val="26"/>
          <w:szCs w:val="26"/>
        </w:rPr>
        <w:t>............................</w:t>
      </w:r>
    </w:p>
    <w:p w14:paraId="0707A75B" w14:textId="399CEC7E" w:rsidR="00BB6FA2" w:rsidRPr="00406BBE" w:rsidRDefault="00222B21" w:rsidP="0050292B">
      <w:pPr>
        <w:tabs>
          <w:tab w:val="left" w:leader="dot" w:pos="9639"/>
        </w:tabs>
        <w:spacing w:before="120" w:after="120" w:line="240" w:lineRule="auto"/>
        <w:rPr>
          <w:rFonts w:cs="Times New Roman"/>
          <w:sz w:val="26"/>
          <w:szCs w:val="26"/>
        </w:rPr>
      </w:pPr>
      <w:r w:rsidRPr="00406BBE">
        <w:rPr>
          <w:rFonts w:cs="Times New Roman"/>
          <w:sz w:val="26"/>
          <w:szCs w:val="26"/>
        </w:rPr>
        <w:t xml:space="preserve">1.2. </w:t>
      </w:r>
      <w:proofErr w:type="spellStart"/>
      <w:r w:rsidRPr="00406BBE">
        <w:rPr>
          <w:rFonts w:cs="Times New Roman"/>
          <w:sz w:val="26"/>
          <w:szCs w:val="26"/>
        </w:rPr>
        <w:t>Cơ</w:t>
      </w:r>
      <w:proofErr w:type="spellEnd"/>
      <w:r w:rsidRPr="00406BBE">
        <w:rPr>
          <w:rFonts w:cs="Times New Roman"/>
          <w:sz w:val="26"/>
          <w:szCs w:val="26"/>
        </w:rPr>
        <w:t xml:space="preserve"> </w:t>
      </w:r>
      <w:proofErr w:type="spellStart"/>
      <w:r w:rsidRPr="00406BBE">
        <w:rPr>
          <w:rFonts w:cs="Times New Roman"/>
          <w:sz w:val="26"/>
          <w:szCs w:val="26"/>
        </w:rPr>
        <w:t>quan</w:t>
      </w:r>
      <w:proofErr w:type="spellEnd"/>
      <w:r w:rsidRPr="00406BBE">
        <w:rPr>
          <w:rFonts w:cs="Times New Roman"/>
          <w:sz w:val="26"/>
          <w:szCs w:val="26"/>
        </w:rPr>
        <w:t xml:space="preserve">, </w:t>
      </w:r>
      <w:proofErr w:type="spellStart"/>
      <w:r w:rsidRPr="00406BBE">
        <w:rPr>
          <w:rFonts w:cs="Times New Roman"/>
          <w:sz w:val="26"/>
          <w:szCs w:val="26"/>
        </w:rPr>
        <w:t>tổ</w:t>
      </w:r>
      <w:proofErr w:type="spellEnd"/>
      <w:r w:rsidRPr="00406BBE">
        <w:rPr>
          <w:rFonts w:cs="Times New Roman"/>
          <w:sz w:val="26"/>
          <w:szCs w:val="26"/>
        </w:rPr>
        <w:t xml:space="preserve"> </w:t>
      </w:r>
      <w:proofErr w:type="spellStart"/>
      <w:r w:rsidRPr="00406BBE">
        <w:rPr>
          <w:rFonts w:cs="Times New Roman"/>
          <w:sz w:val="26"/>
          <w:szCs w:val="26"/>
        </w:rPr>
        <w:t>chức</w:t>
      </w:r>
      <w:proofErr w:type="spellEnd"/>
      <w:r w:rsidRPr="00406BBE">
        <w:rPr>
          <w:rFonts w:cs="Times New Roman"/>
          <w:sz w:val="26"/>
          <w:szCs w:val="26"/>
        </w:rPr>
        <w:t xml:space="preserve"> </w:t>
      </w:r>
      <w:proofErr w:type="spellStart"/>
      <w:r w:rsidRPr="00406BBE">
        <w:rPr>
          <w:rFonts w:cs="Times New Roman"/>
          <w:sz w:val="26"/>
          <w:szCs w:val="26"/>
        </w:rPr>
        <w:t>công</w:t>
      </w:r>
      <w:proofErr w:type="spellEnd"/>
      <w:r w:rsidRPr="00406BBE">
        <w:rPr>
          <w:rFonts w:cs="Times New Roman"/>
          <w:sz w:val="26"/>
          <w:szCs w:val="26"/>
        </w:rPr>
        <w:t xml:space="preserve"> </w:t>
      </w:r>
      <w:proofErr w:type="spellStart"/>
      <w:r w:rsidRPr="00406BBE">
        <w:rPr>
          <w:rFonts w:cs="Times New Roman"/>
          <w:sz w:val="26"/>
          <w:szCs w:val="26"/>
        </w:rPr>
        <w:t>tác</w:t>
      </w:r>
      <w:proofErr w:type="spellEnd"/>
      <w:r w:rsidRPr="00406BBE">
        <w:rPr>
          <w:rFonts w:cs="Times New Roman"/>
          <w:sz w:val="26"/>
          <w:szCs w:val="26"/>
        </w:rPr>
        <w:t>: ........................................................</w:t>
      </w:r>
      <w:r w:rsidR="0041176B" w:rsidRPr="00406BBE">
        <w:rPr>
          <w:rFonts w:cs="Times New Roman"/>
          <w:sz w:val="26"/>
          <w:szCs w:val="26"/>
        </w:rPr>
        <w:t>.</w:t>
      </w:r>
      <w:r w:rsidRPr="00406BBE">
        <w:rPr>
          <w:rFonts w:cs="Times New Roman"/>
          <w:sz w:val="26"/>
          <w:szCs w:val="26"/>
        </w:rPr>
        <w:t>....................................</w:t>
      </w:r>
    </w:p>
    <w:p w14:paraId="4BAC0282" w14:textId="306F6F29" w:rsidR="00BB6FA2" w:rsidRPr="00406BBE" w:rsidRDefault="00222B21" w:rsidP="00BD3914">
      <w:pPr>
        <w:spacing w:before="120" w:after="120" w:line="240" w:lineRule="auto"/>
        <w:rPr>
          <w:rFonts w:cs="Times New Roman"/>
          <w:sz w:val="26"/>
          <w:szCs w:val="26"/>
        </w:rPr>
      </w:pPr>
      <w:proofErr w:type="spellStart"/>
      <w:r w:rsidRPr="00406BBE">
        <w:rPr>
          <w:rFonts w:cs="Times New Roman"/>
          <w:sz w:val="26"/>
          <w:szCs w:val="26"/>
        </w:rPr>
        <w:t>Địa</w:t>
      </w:r>
      <w:proofErr w:type="spellEnd"/>
      <w:r w:rsidRPr="00406BBE">
        <w:rPr>
          <w:rFonts w:cs="Times New Roman"/>
          <w:sz w:val="26"/>
          <w:szCs w:val="26"/>
        </w:rPr>
        <w:t xml:space="preserve"> </w:t>
      </w:r>
      <w:proofErr w:type="spellStart"/>
      <w:r w:rsidRPr="00406BBE">
        <w:rPr>
          <w:rFonts w:cs="Times New Roman"/>
          <w:sz w:val="26"/>
          <w:szCs w:val="26"/>
        </w:rPr>
        <w:t>chỉ</w:t>
      </w:r>
      <w:proofErr w:type="spellEnd"/>
      <w:r w:rsidRPr="00406BBE">
        <w:rPr>
          <w:rFonts w:cs="Times New Roman"/>
          <w:sz w:val="26"/>
          <w:szCs w:val="26"/>
        </w:rPr>
        <w:t xml:space="preserve"> </w:t>
      </w:r>
      <w:proofErr w:type="spellStart"/>
      <w:r w:rsidRPr="00406BBE">
        <w:rPr>
          <w:rFonts w:cs="Times New Roman"/>
          <w:sz w:val="26"/>
          <w:szCs w:val="26"/>
        </w:rPr>
        <w:t>cơ</w:t>
      </w:r>
      <w:proofErr w:type="spellEnd"/>
      <w:r w:rsidRPr="00406BBE">
        <w:rPr>
          <w:rFonts w:cs="Times New Roman"/>
          <w:sz w:val="26"/>
          <w:szCs w:val="26"/>
        </w:rPr>
        <w:t xml:space="preserve"> </w:t>
      </w:r>
      <w:proofErr w:type="spellStart"/>
      <w:r w:rsidRPr="00406BBE">
        <w:rPr>
          <w:rFonts w:cs="Times New Roman"/>
          <w:sz w:val="26"/>
          <w:szCs w:val="26"/>
        </w:rPr>
        <w:t>quan</w:t>
      </w:r>
      <w:proofErr w:type="spellEnd"/>
      <w:r w:rsidRPr="00406BBE">
        <w:rPr>
          <w:rFonts w:cs="Times New Roman"/>
          <w:sz w:val="26"/>
          <w:szCs w:val="26"/>
        </w:rPr>
        <w:t>: ....................................................................................................................</w:t>
      </w:r>
    </w:p>
    <w:p w14:paraId="7E6036BB" w14:textId="1BD6AA8B" w:rsidR="0050290E" w:rsidRPr="00406BBE" w:rsidRDefault="00222B21" w:rsidP="00BD3914">
      <w:pPr>
        <w:spacing w:before="120" w:after="120" w:line="240" w:lineRule="auto"/>
        <w:rPr>
          <w:rFonts w:cs="Times New Roman"/>
          <w:sz w:val="26"/>
          <w:szCs w:val="26"/>
        </w:rPr>
      </w:pPr>
      <w:proofErr w:type="spellStart"/>
      <w:r w:rsidRPr="00406BBE">
        <w:rPr>
          <w:rFonts w:cs="Times New Roman"/>
          <w:sz w:val="26"/>
          <w:szCs w:val="26"/>
        </w:rPr>
        <w:t>Đơn</w:t>
      </w:r>
      <w:proofErr w:type="spellEnd"/>
      <w:r w:rsidRPr="00406BBE">
        <w:rPr>
          <w:rFonts w:cs="Times New Roman"/>
          <w:sz w:val="26"/>
          <w:szCs w:val="26"/>
        </w:rPr>
        <w:t xml:space="preserve"> </w:t>
      </w:r>
      <w:proofErr w:type="spellStart"/>
      <w:r w:rsidRPr="00406BBE">
        <w:rPr>
          <w:rFonts w:cs="Times New Roman"/>
          <w:sz w:val="26"/>
          <w:szCs w:val="26"/>
        </w:rPr>
        <w:t>vị</w:t>
      </w:r>
      <w:proofErr w:type="spellEnd"/>
      <w:r w:rsidRPr="00406BBE">
        <w:rPr>
          <w:rFonts w:cs="Times New Roman"/>
          <w:sz w:val="26"/>
          <w:szCs w:val="26"/>
        </w:rPr>
        <w:t>/</w:t>
      </w:r>
      <w:proofErr w:type="spellStart"/>
      <w:r w:rsidRPr="00406BBE">
        <w:rPr>
          <w:rFonts w:cs="Times New Roman"/>
          <w:sz w:val="26"/>
          <w:szCs w:val="26"/>
        </w:rPr>
        <w:t>bộ</w:t>
      </w:r>
      <w:proofErr w:type="spellEnd"/>
      <w:r w:rsidRPr="00406BBE">
        <w:rPr>
          <w:rFonts w:cs="Times New Roman"/>
          <w:sz w:val="26"/>
          <w:szCs w:val="26"/>
        </w:rPr>
        <w:t xml:space="preserve"> </w:t>
      </w:r>
      <w:proofErr w:type="spellStart"/>
      <w:r w:rsidRPr="00406BBE">
        <w:rPr>
          <w:rFonts w:cs="Times New Roman"/>
          <w:sz w:val="26"/>
          <w:szCs w:val="26"/>
        </w:rPr>
        <w:t>phận</w:t>
      </w:r>
      <w:proofErr w:type="spellEnd"/>
      <w:r w:rsidRPr="00406BBE">
        <w:rPr>
          <w:rFonts w:cs="Times New Roman"/>
          <w:sz w:val="26"/>
          <w:szCs w:val="26"/>
        </w:rPr>
        <w:t xml:space="preserve"> </w:t>
      </w:r>
      <w:proofErr w:type="spellStart"/>
      <w:r w:rsidRPr="00406BBE">
        <w:rPr>
          <w:rFonts w:cs="Times New Roman"/>
          <w:sz w:val="26"/>
          <w:szCs w:val="26"/>
        </w:rPr>
        <w:t>công</w:t>
      </w:r>
      <w:proofErr w:type="spellEnd"/>
      <w:r w:rsidRPr="00406BBE">
        <w:rPr>
          <w:rFonts w:cs="Times New Roman"/>
          <w:sz w:val="26"/>
          <w:szCs w:val="26"/>
        </w:rPr>
        <w:t xml:space="preserve"> </w:t>
      </w:r>
      <w:proofErr w:type="spellStart"/>
      <w:r w:rsidRPr="00406BBE">
        <w:rPr>
          <w:rFonts w:cs="Times New Roman"/>
          <w:sz w:val="26"/>
          <w:szCs w:val="26"/>
        </w:rPr>
        <w:t>tác</w:t>
      </w:r>
      <w:proofErr w:type="spellEnd"/>
      <w:r w:rsidRPr="00406BBE">
        <w:rPr>
          <w:rFonts w:cs="Times New Roman"/>
          <w:sz w:val="26"/>
          <w:szCs w:val="26"/>
        </w:rPr>
        <w:t>: ...............</w:t>
      </w:r>
      <w:r w:rsidR="0050292B" w:rsidRPr="00406BBE">
        <w:rPr>
          <w:rFonts w:cs="Times New Roman"/>
          <w:sz w:val="26"/>
          <w:szCs w:val="26"/>
        </w:rPr>
        <w:t>.</w:t>
      </w:r>
      <w:r w:rsidR="0050290E" w:rsidRPr="00406BBE">
        <w:rPr>
          <w:rFonts w:cs="Times New Roman"/>
          <w:sz w:val="26"/>
          <w:szCs w:val="26"/>
        </w:rPr>
        <w:t>......................................... ..............</w:t>
      </w:r>
      <w:r w:rsidRPr="00406BBE">
        <w:rPr>
          <w:rFonts w:cs="Times New Roman"/>
          <w:sz w:val="26"/>
          <w:szCs w:val="26"/>
        </w:rPr>
        <w:t>..............................</w:t>
      </w:r>
    </w:p>
    <w:p w14:paraId="5FCAE41D" w14:textId="41109011" w:rsidR="00B5347E" w:rsidRPr="00406BBE" w:rsidRDefault="00222B21" w:rsidP="00BD3914">
      <w:pPr>
        <w:spacing w:before="120" w:after="120" w:line="240" w:lineRule="auto"/>
        <w:rPr>
          <w:rFonts w:cs="Times New Roman"/>
          <w:sz w:val="26"/>
          <w:szCs w:val="26"/>
        </w:rPr>
      </w:pPr>
      <w:proofErr w:type="spellStart"/>
      <w:r w:rsidRPr="00406BBE">
        <w:rPr>
          <w:rFonts w:cs="Times New Roman"/>
          <w:sz w:val="26"/>
          <w:szCs w:val="26"/>
        </w:rPr>
        <w:t>Chức</w:t>
      </w:r>
      <w:proofErr w:type="spellEnd"/>
      <w:r w:rsidRPr="00406BBE">
        <w:rPr>
          <w:rFonts w:cs="Times New Roman"/>
          <w:sz w:val="26"/>
          <w:szCs w:val="26"/>
        </w:rPr>
        <w:t xml:space="preserve"> </w:t>
      </w:r>
      <w:proofErr w:type="spellStart"/>
      <w:r w:rsidRPr="00406BBE">
        <w:rPr>
          <w:rFonts w:cs="Times New Roman"/>
          <w:sz w:val="26"/>
          <w:szCs w:val="26"/>
        </w:rPr>
        <w:t>vụ</w:t>
      </w:r>
      <w:proofErr w:type="spellEnd"/>
      <w:r w:rsidRPr="00406BBE">
        <w:rPr>
          <w:rFonts w:cs="Times New Roman"/>
          <w:sz w:val="26"/>
          <w:szCs w:val="26"/>
        </w:rPr>
        <w:t>/</w:t>
      </w:r>
      <w:proofErr w:type="spellStart"/>
      <w:r w:rsidRPr="00406BBE">
        <w:rPr>
          <w:rFonts w:cs="Times New Roman"/>
          <w:sz w:val="26"/>
          <w:szCs w:val="26"/>
        </w:rPr>
        <w:t>chức</w:t>
      </w:r>
      <w:proofErr w:type="spellEnd"/>
      <w:r w:rsidRPr="00406BBE">
        <w:rPr>
          <w:rFonts w:cs="Times New Roman"/>
          <w:sz w:val="26"/>
          <w:szCs w:val="26"/>
        </w:rPr>
        <w:t xml:space="preserve"> </w:t>
      </w:r>
      <w:proofErr w:type="spellStart"/>
      <w:r w:rsidRPr="00406BBE">
        <w:rPr>
          <w:rFonts w:cs="Times New Roman"/>
          <w:sz w:val="26"/>
          <w:szCs w:val="26"/>
        </w:rPr>
        <w:t>danh</w:t>
      </w:r>
      <w:proofErr w:type="spellEnd"/>
      <w:r w:rsidRPr="00406BBE">
        <w:rPr>
          <w:rFonts w:cs="Times New Roman"/>
          <w:sz w:val="26"/>
          <w:szCs w:val="26"/>
        </w:rPr>
        <w:t>: ...........................</w:t>
      </w:r>
      <w:r w:rsidR="0050290E" w:rsidRPr="00406BBE">
        <w:rPr>
          <w:rFonts w:cs="Times New Roman"/>
          <w:sz w:val="26"/>
          <w:szCs w:val="26"/>
        </w:rPr>
        <w:t>.............</w:t>
      </w:r>
      <w:r w:rsidRPr="00406BBE">
        <w:rPr>
          <w:rFonts w:cs="Times New Roman"/>
          <w:sz w:val="26"/>
          <w:szCs w:val="26"/>
        </w:rPr>
        <w:t xml:space="preserve">Học </w:t>
      </w:r>
      <w:proofErr w:type="spellStart"/>
      <w:r w:rsidRPr="00406BBE">
        <w:rPr>
          <w:rFonts w:cs="Times New Roman"/>
          <w:sz w:val="26"/>
          <w:szCs w:val="26"/>
        </w:rPr>
        <w:t>hàm</w:t>
      </w:r>
      <w:proofErr w:type="spellEnd"/>
      <w:r w:rsidRPr="00406BBE">
        <w:rPr>
          <w:rFonts w:cs="Times New Roman"/>
          <w:sz w:val="26"/>
          <w:szCs w:val="26"/>
        </w:rPr>
        <w:t xml:space="preserve">, </w:t>
      </w:r>
      <w:proofErr w:type="spellStart"/>
      <w:r w:rsidRPr="00406BBE">
        <w:rPr>
          <w:rFonts w:cs="Times New Roman"/>
          <w:sz w:val="26"/>
          <w:szCs w:val="26"/>
        </w:rPr>
        <w:t>học</w:t>
      </w:r>
      <w:proofErr w:type="spellEnd"/>
      <w:r w:rsidRPr="00406BBE">
        <w:rPr>
          <w:rFonts w:cs="Times New Roman"/>
          <w:sz w:val="26"/>
          <w:szCs w:val="26"/>
        </w:rPr>
        <w:t xml:space="preserve"> </w:t>
      </w:r>
      <w:proofErr w:type="spellStart"/>
      <w:r w:rsidRPr="00406BBE">
        <w:rPr>
          <w:rFonts w:cs="Times New Roman"/>
          <w:sz w:val="26"/>
          <w:szCs w:val="26"/>
        </w:rPr>
        <w:t>vị</w:t>
      </w:r>
      <w:proofErr w:type="spellEnd"/>
      <w:r w:rsidRPr="00406BBE">
        <w:rPr>
          <w:rFonts w:cs="Times New Roman"/>
          <w:sz w:val="26"/>
          <w:szCs w:val="26"/>
        </w:rPr>
        <w:t>: .....</w:t>
      </w:r>
      <w:r w:rsidR="0041176B" w:rsidRPr="00406BBE">
        <w:rPr>
          <w:rFonts w:cs="Times New Roman"/>
          <w:sz w:val="26"/>
          <w:szCs w:val="26"/>
        </w:rPr>
        <w:t>...</w:t>
      </w:r>
      <w:r w:rsidRPr="00406BBE">
        <w:rPr>
          <w:rFonts w:cs="Times New Roman"/>
          <w:sz w:val="26"/>
          <w:szCs w:val="26"/>
        </w:rPr>
        <w:t xml:space="preserve">.................................. </w:t>
      </w:r>
    </w:p>
    <w:p w14:paraId="28CE4705" w14:textId="22406789" w:rsidR="00BB6FA2" w:rsidRPr="00406BBE" w:rsidRDefault="00222B21" w:rsidP="00BD3914">
      <w:pPr>
        <w:spacing w:before="120" w:after="120" w:line="240" w:lineRule="auto"/>
        <w:rPr>
          <w:rFonts w:cs="Times New Roman"/>
          <w:sz w:val="26"/>
          <w:szCs w:val="26"/>
        </w:rPr>
      </w:pPr>
      <w:proofErr w:type="spellStart"/>
      <w:r w:rsidRPr="00406BBE">
        <w:rPr>
          <w:rFonts w:cs="Times New Roman"/>
          <w:sz w:val="26"/>
          <w:szCs w:val="26"/>
        </w:rPr>
        <w:t>Vị</w:t>
      </w:r>
      <w:proofErr w:type="spellEnd"/>
      <w:r w:rsidRPr="00406BBE">
        <w:rPr>
          <w:rFonts w:cs="Times New Roman"/>
          <w:sz w:val="26"/>
          <w:szCs w:val="26"/>
        </w:rPr>
        <w:t xml:space="preserve"> </w:t>
      </w:r>
      <w:proofErr w:type="spellStart"/>
      <w:r w:rsidRPr="00406BBE">
        <w:rPr>
          <w:rFonts w:cs="Times New Roman"/>
          <w:sz w:val="26"/>
          <w:szCs w:val="26"/>
        </w:rPr>
        <w:t>trí</w:t>
      </w:r>
      <w:proofErr w:type="spellEnd"/>
      <w:r w:rsidR="00B5347E" w:rsidRPr="00406BBE">
        <w:rPr>
          <w:rFonts w:cs="Times New Roman"/>
          <w:sz w:val="26"/>
          <w:szCs w:val="26"/>
        </w:rPr>
        <w:t xml:space="preserve"> </w:t>
      </w:r>
      <w:r w:rsidRPr="00406BBE">
        <w:rPr>
          <w:rFonts w:cs="Times New Roman"/>
          <w:sz w:val="26"/>
          <w:szCs w:val="26"/>
        </w:rPr>
        <w:t xml:space="preserve">/ </w:t>
      </w:r>
      <w:proofErr w:type="spellStart"/>
      <w:r w:rsidRPr="00406BBE">
        <w:rPr>
          <w:rFonts w:cs="Times New Roman"/>
          <w:sz w:val="26"/>
          <w:szCs w:val="26"/>
        </w:rPr>
        <w:t>vai</w:t>
      </w:r>
      <w:proofErr w:type="spellEnd"/>
      <w:r w:rsidRPr="00406BBE">
        <w:rPr>
          <w:rFonts w:cs="Times New Roman"/>
          <w:sz w:val="26"/>
          <w:szCs w:val="26"/>
        </w:rPr>
        <w:t xml:space="preserve"> </w:t>
      </w:r>
      <w:proofErr w:type="spellStart"/>
      <w:r w:rsidRPr="00406BBE">
        <w:rPr>
          <w:rFonts w:cs="Times New Roman"/>
          <w:sz w:val="26"/>
          <w:szCs w:val="26"/>
        </w:rPr>
        <w:t>trò</w:t>
      </w:r>
      <w:proofErr w:type="spellEnd"/>
      <w:r w:rsidRPr="00406BBE">
        <w:rPr>
          <w:rFonts w:cs="Times New Roman"/>
          <w:sz w:val="26"/>
          <w:szCs w:val="26"/>
        </w:rPr>
        <w:t xml:space="preserve"> </w:t>
      </w:r>
      <w:proofErr w:type="spellStart"/>
      <w:r w:rsidRPr="00406BBE">
        <w:rPr>
          <w:rFonts w:cs="Times New Roman"/>
          <w:sz w:val="26"/>
          <w:szCs w:val="26"/>
        </w:rPr>
        <w:t>nghiên</w:t>
      </w:r>
      <w:proofErr w:type="spellEnd"/>
      <w:r w:rsidRPr="00406BBE">
        <w:rPr>
          <w:rFonts w:cs="Times New Roman"/>
          <w:sz w:val="26"/>
          <w:szCs w:val="26"/>
        </w:rPr>
        <w:t xml:space="preserve"> </w:t>
      </w:r>
      <w:proofErr w:type="spellStart"/>
      <w:r w:rsidRPr="00406BBE">
        <w:rPr>
          <w:rFonts w:cs="Times New Roman"/>
          <w:sz w:val="26"/>
          <w:szCs w:val="26"/>
        </w:rPr>
        <w:t>cứu</w:t>
      </w:r>
      <w:proofErr w:type="spellEnd"/>
      <w:r w:rsidRPr="00406BBE">
        <w:rPr>
          <w:rFonts w:cs="Times New Roman"/>
          <w:sz w:val="26"/>
          <w:szCs w:val="26"/>
        </w:rPr>
        <w:t xml:space="preserve"> </w:t>
      </w:r>
      <w:proofErr w:type="spellStart"/>
      <w:r w:rsidRPr="00406BBE">
        <w:rPr>
          <w:rFonts w:cs="Times New Roman"/>
          <w:sz w:val="26"/>
          <w:szCs w:val="26"/>
        </w:rPr>
        <w:t>hiện</w:t>
      </w:r>
      <w:proofErr w:type="spellEnd"/>
      <w:r w:rsidRPr="00406BBE">
        <w:rPr>
          <w:rFonts w:cs="Times New Roman"/>
          <w:sz w:val="26"/>
          <w:szCs w:val="26"/>
        </w:rPr>
        <w:t xml:space="preserve"> nay: .................</w:t>
      </w:r>
      <w:r w:rsidR="0078064E" w:rsidRPr="00406BBE">
        <w:rPr>
          <w:rFonts w:cs="Times New Roman"/>
          <w:sz w:val="26"/>
          <w:szCs w:val="26"/>
        </w:rPr>
        <w:t>..</w:t>
      </w:r>
      <w:r w:rsidR="0050290E" w:rsidRPr="00406BBE">
        <w:rPr>
          <w:rFonts w:cs="Times New Roman"/>
          <w:sz w:val="26"/>
          <w:szCs w:val="26"/>
        </w:rPr>
        <w:t>....................................................................</w:t>
      </w:r>
    </w:p>
    <w:p w14:paraId="0C875DEA" w14:textId="4A74868A" w:rsidR="00BB6FA2" w:rsidRPr="00406BBE" w:rsidRDefault="00222B21" w:rsidP="00BD3914">
      <w:pPr>
        <w:spacing w:before="120" w:after="120" w:line="240" w:lineRule="auto"/>
        <w:rPr>
          <w:rFonts w:cs="Times New Roman"/>
          <w:sz w:val="26"/>
          <w:szCs w:val="26"/>
          <w:lang w:val="pt-BR"/>
        </w:rPr>
      </w:pPr>
      <w:r w:rsidRPr="00406BBE">
        <w:rPr>
          <w:rFonts w:cs="Times New Roman"/>
          <w:sz w:val="26"/>
          <w:szCs w:val="26"/>
          <w:lang w:val="pt-BR"/>
        </w:rPr>
        <w:t xml:space="preserve">Điện thoại: ............................................. </w:t>
      </w:r>
      <w:r w:rsidR="0041176B" w:rsidRPr="00406BBE">
        <w:rPr>
          <w:rFonts w:cs="Times New Roman"/>
          <w:sz w:val="26"/>
          <w:szCs w:val="26"/>
          <w:lang w:val="pt-BR"/>
        </w:rPr>
        <w:t>........</w:t>
      </w:r>
      <w:r w:rsidRPr="00406BBE">
        <w:rPr>
          <w:rFonts w:cs="Times New Roman"/>
          <w:sz w:val="26"/>
          <w:szCs w:val="26"/>
          <w:lang w:val="pt-BR"/>
        </w:rPr>
        <w:t>Email cá nhân: ..............................................</w:t>
      </w:r>
    </w:p>
    <w:p w14:paraId="402A9E58" w14:textId="1FDADCC7" w:rsidR="00BB6FA2" w:rsidRPr="00406BBE" w:rsidRDefault="00222B21" w:rsidP="00BD3914">
      <w:pPr>
        <w:spacing w:before="120" w:after="120" w:line="240" w:lineRule="auto"/>
        <w:rPr>
          <w:rFonts w:cs="Times New Roman"/>
          <w:sz w:val="26"/>
          <w:szCs w:val="26"/>
          <w:lang w:val="pt-BR"/>
        </w:rPr>
      </w:pPr>
      <w:r w:rsidRPr="00406BBE">
        <w:rPr>
          <w:rFonts w:cs="Times New Roman"/>
          <w:sz w:val="26"/>
          <w:szCs w:val="26"/>
          <w:lang w:val="pt-BR"/>
        </w:rPr>
        <w:t>Email cơ quan: ......................................................................................................................</w:t>
      </w:r>
    </w:p>
    <w:p w14:paraId="3E09629F" w14:textId="6A381A6E" w:rsidR="00BB6FA2" w:rsidRPr="00406BBE" w:rsidRDefault="00222B21" w:rsidP="0057107C">
      <w:pPr>
        <w:spacing w:before="120" w:after="120" w:line="240" w:lineRule="auto"/>
        <w:jc w:val="both"/>
        <w:rPr>
          <w:rFonts w:cs="Times New Roman"/>
          <w:bCs/>
          <w:sz w:val="26"/>
          <w:szCs w:val="26"/>
          <w:lang w:val="pt-BR"/>
        </w:rPr>
      </w:pPr>
      <w:r w:rsidRPr="00406BBE">
        <w:rPr>
          <w:rFonts w:cs="Times New Roman"/>
          <w:bCs/>
          <w:sz w:val="26"/>
          <w:szCs w:val="26"/>
          <w:lang w:val="pt-BR"/>
        </w:rPr>
        <w:t>1.3. Xác nhận điều kiện (đánh dấu vào ô phù hợp):</w:t>
      </w:r>
    </w:p>
    <w:p w14:paraId="091940A3" w14:textId="77777777" w:rsidR="00BB6FA2" w:rsidRPr="00406BBE" w:rsidRDefault="00222B21" w:rsidP="0057107C">
      <w:pPr>
        <w:spacing w:before="120" w:after="120" w:line="240" w:lineRule="auto"/>
        <w:jc w:val="both"/>
        <w:rPr>
          <w:rFonts w:cs="Times New Roman"/>
          <w:sz w:val="26"/>
          <w:szCs w:val="26"/>
          <w:lang w:val="pt-BR"/>
        </w:rPr>
      </w:pPr>
      <w:r w:rsidRPr="00406BBE">
        <w:rPr>
          <w:rFonts w:ascii="Segoe UI Symbol" w:hAnsi="Segoe UI Symbol" w:cs="Segoe UI Symbol"/>
          <w:sz w:val="26"/>
          <w:szCs w:val="26"/>
          <w:lang w:val="pt-BR"/>
        </w:rPr>
        <w:t>☐</w:t>
      </w:r>
      <w:r w:rsidRPr="00406BBE">
        <w:rPr>
          <w:rFonts w:cs="Times New Roman"/>
          <w:sz w:val="26"/>
          <w:szCs w:val="26"/>
          <w:lang w:val="pt-BR"/>
        </w:rPr>
        <w:t xml:space="preserve"> Tôi là công dân Việt Nam và sinh sau ngày 16/11/1991 (dưới 35 tuổi tính đến ngày 16/11/2026).</w:t>
      </w:r>
    </w:p>
    <w:p w14:paraId="28D15CA5" w14:textId="77777777" w:rsidR="00BB6FA2" w:rsidRPr="00406BBE" w:rsidRDefault="00222B21" w:rsidP="0057107C">
      <w:pPr>
        <w:spacing w:before="120" w:after="120" w:line="240" w:lineRule="auto"/>
        <w:jc w:val="both"/>
        <w:rPr>
          <w:rFonts w:cs="Times New Roman"/>
          <w:sz w:val="26"/>
          <w:szCs w:val="26"/>
          <w:lang w:val="pt-BR"/>
        </w:rPr>
      </w:pPr>
      <w:r w:rsidRPr="00406BBE">
        <w:rPr>
          <w:rFonts w:ascii="Segoe UI Symbol" w:hAnsi="Segoe UI Symbol" w:cs="Segoe UI Symbol"/>
          <w:sz w:val="26"/>
          <w:szCs w:val="26"/>
          <w:lang w:val="pt-BR"/>
        </w:rPr>
        <w:t>☐</w:t>
      </w:r>
      <w:r w:rsidRPr="00406BBE">
        <w:rPr>
          <w:rFonts w:cs="Times New Roman"/>
          <w:sz w:val="26"/>
          <w:szCs w:val="26"/>
          <w:lang w:val="pt-BR"/>
        </w:rPr>
        <w:t xml:space="preserve"> Tôi đang công tác, nghiên cứu hoặc giảng dạy tại viện nghiên cứu, cơ sở giáo dục đại học, tổ chức khoa học và công nghệ hoặc tổ chức có hoạt động nghiên cứu và phát triển tại Việt Nam.</w:t>
      </w:r>
    </w:p>
    <w:p w14:paraId="02DBFEF6" w14:textId="77777777" w:rsidR="00BB6FA2" w:rsidRPr="00406BBE" w:rsidRDefault="00222B21" w:rsidP="0057107C">
      <w:pPr>
        <w:spacing w:before="120" w:after="120" w:line="240" w:lineRule="auto"/>
        <w:jc w:val="both"/>
        <w:rPr>
          <w:rFonts w:cs="Times New Roman"/>
          <w:sz w:val="26"/>
          <w:szCs w:val="26"/>
          <w:lang w:val="pt-BR"/>
        </w:rPr>
      </w:pPr>
      <w:r w:rsidRPr="00406BBE">
        <w:rPr>
          <w:rFonts w:ascii="Segoe UI Symbol" w:hAnsi="Segoe UI Symbol" w:cs="Segoe UI Symbol"/>
          <w:sz w:val="26"/>
          <w:szCs w:val="26"/>
          <w:lang w:val="pt-BR"/>
        </w:rPr>
        <w:t>☐</w:t>
      </w:r>
      <w:r w:rsidRPr="00406BBE">
        <w:rPr>
          <w:rFonts w:cs="Times New Roman"/>
          <w:sz w:val="26"/>
          <w:szCs w:val="26"/>
          <w:lang w:val="pt-BR"/>
        </w:rPr>
        <w:t xml:space="preserve"> Tôi có đủ sức khỏe, năng lực hành vi dân sự và đáp ứng điều kiện xuất cảnh, nhập cảnh theo quy định; có khả năng tham gia đầy đủ chương trình theo kế hoạch của đoàn.</w:t>
      </w:r>
    </w:p>
    <w:p w14:paraId="4CD0CEC0" w14:textId="1ADBB471" w:rsidR="00BB6FA2" w:rsidRPr="00406BBE" w:rsidRDefault="00222B21" w:rsidP="0057107C">
      <w:pPr>
        <w:spacing w:before="120" w:after="120" w:line="240" w:lineRule="auto"/>
        <w:jc w:val="both"/>
        <w:rPr>
          <w:rFonts w:cs="Times New Roman"/>
          <w:sz w:val="26"/>
          <w:szCs w:val="26"/>
          <w:lang w:val="pt-BR"/>
        </w:rPr>
      </w:pPr>
      <w:r w:rsidRPr="00406BBE">
        <w:rPr>
          <w:rFonts w:cs="Times New Roman"/>
          <w:sz w:val="26"/>
          <w:szCs w:val="26"/>
          <w:lang w:val="pt-BR"/>
        </w:rPr>
        <w:t>Mô tả ngắn vị trí công tác và hoạt động nghiên cứu/giảng dạy hiện nay (nhóm/lĩnh vực, nhiệm vụ chính):</w:t>
      </w:r>
    </w:p>
    <w:p w14:paraId="01987C1D" w14:textId="77777777" w:rsidR="00BB6FA2" w:rsidRPr="00406BBE" w:rsidRDefault="00222B21" w:rsidP="00BD3914">
      <w:pPr>
        <w:spacing w:before="120" w:after="120" w:line="240" w:lineRule="auto"/>
        <w:rPr>
          <w:rFonts w:cs="Times New Roman"/>
          <w:sz w:val="26"/>
          <w:szCs w:val="26"/>
          <w:lang w:val="pt-BR"/>
        </w:rPr>
      </w:pPr>
      <w:r w:rsidRPr="00406BBE">
        <w:rPr>
          <w:rFonts w:cs="Times New Roman"/>
          <w:sz w:val="26"/>
          <w:szCs w:val="26"/>
          <w:lang w:val="pt-BR"/>
        </w:rPr>
        <w:t>................................................................................................................................................</w:t>
      </w:r>
    </w:p>
    <w:p w14:paraId="51DE1F47" w14:textId="77777777" w:rsidR="00BB6FA2" w:rsidRPr="00406BBE" w:rsidRDefault="00222B21" w:rsidP="00BD3914">
      <w:pPr>
        <w:spacing w:before="120" w:after="120" w:line="240" w:lineRule="auto"/>
        <w:rPr>
          <w:rFonts w:cs="Times New Roman"/>
          <w:sz w:val="26"/>
          <w:szCs w:val="26"/>
          <w:lang w:val="pt-BR"/>
        </w:rPr>
      </w:pPr>
      <w:r w:rsidRPr="00406BBE">
        <w:rPr>
          <w:rFonts w:cs="Times New Roman"/>
          <w:sz w:val="26"/>
          <w:szCs w:val="26"/>
          <w:lang w:val="pt-BR"/>
        </w:rPr>
        <w:t>................................................................................................................................................</w:t>
      </w:r>
    </w:p>
    <w:p w14:paraId="5162D038" w14:textId="77777777" w:rsidR="00BB6FA2" w:rsidRPr="00406BBE" w:rsidRDefault="00222B21" w:rsidP="00BD3914">
      <w:pPr>
        <w:pStyle w:val="Heading1"/>
        <w:spacing w:before="120" w:after="120" w:line="240" w:lineRule="auto"/>
        <w:rPr>
          <w:rFonts w:ascii="Times New Roman" w:hAnsi="Times New Roman" w:cs="Times New Roman"/>
          <w:color w:val="auto"/>
          <w:sz w:val="26"/>
          <w:szCs w:val="26"/>
          <w:lang w:val="pt-BR"/>
        </w:rPr>
      </w:pPr>
      <w:r w:rsidRPr="00406BBE">
        <w:rPr>
          <w:rFonts w:ascii="Times New Roman" w:hAnsi="Times New Roman" w:cs="Times New Roman"/>
          <w:color w:val="auto"/>
          <w:sz w:val="26"/>
          <w:szCs w:val="26"/>
          <w:lang w:val="pt-BR"/>
        </w:rPr>
        <w:lastRenderedPageBreak/>
        <w:t>2. LĨNH VỰC ĐĂNG KÝ</w:t>
      </w:r>
    </w:p>
    <w:p w14:paraId="56DAC916" w14:textId="1F561A83" w:rsidR="00BB6FA2" w:rsidRPr="00406BBE" w:rsidRDefault="00222B21" w:rsidP="00663C83">
      <w:pPr>
        <w:spacing w:before="120" w:after="120" w:line="240" w:lineRule="auto"/>
        <w:jc w:val="both"/>
        <w:rPr>
          <w:rFonts w:cs="Times New Roman"/>
          <w:sz w:val="26"/>
          <w:szCs w:val="26"/>
          <w:lang w:val="pt-BR"/>
        </w:rPr>
      </w:pPr>
      <w:r w:rsidRPr="00406BBE">
        <w:rPr>
          <w:rFonts w:cs="Times New Roman"/>
          <w:sz w:val="26"/>
          <w:szCs w:val="26"/>
          <w:lang w:val="pt-BR"/>
        </w:rPr>
        <w:t xml:space="preserve">Chọn duy nhất 01 lĩnh vực chính phù hợp nhất với chuyên môn và định hướng nghiên cứu; đối với nghiên cứu liên ngành, chọn lĩnh vực phù hợp nhất với kết quả nghiên cứu dự kiến trình bày tại Đại hội. </w:t>
      </w:r>
    </w:p>
    <w:p w14:paraId="22613B8B" w14:textId="77777777" w:rsidR="00BB6FA2" w:rsidRPr="00406BBE" w:rsidRDefault="00222B21" w:rsidP="00BD3914">
      <w:pPr>
        <w:spacing w:before="120" w:after="120" w:line="240" w:lineRule="auto"/>
        <w:rPr>
          <w:rFonts w:cs="Times New Roman"/>
          <w:sz w:val="26"/>
          <w:szCs w:val="26"/>
          <w:lang w:val="pt-BR"/>
        </w:rPr>
      </w:pPr>
      <w:r w:rsidRPr="00406BBE">
        <w:rPr>
          <w:rFonts w:ascii="Segoe UI Symbol" w:hAnsi="Segoe UI Symbol" w:cs="Segoe UI Symbol"/>
          <w:sz w:val="26"/>
          <w:szCs w:val="26"/>
          <w:lang w:val="pt-BR"/>
        </w:rPr>
        <w:t>☐</w:t>
      </w:r>
      <w:r w:rsidRPr="00406BBE">
        <w:rPr>
          <w:rFonts w:cs="Times New Roman"/>
          <w:sz w:val="26"/>
          <w:szCs w:val="26"/>
          <w:lang w:val="pt-BR"/>
        </w:rPr>
        <w:t xml:space="preserve"> Khoa học vật liệu và công nghệ thông tin</w:t>
      </w:r>
    </w:p>
    <w:p w14:paraId="07360237" w14:textId="77777777" w:rsidR="00BB6FA2" w:rsidRPr="00406BBE" w:rsidRDefault="00222B21" w:rsidP="00BD3914">
      <w:pPr>
        <w:spacing w:before="120" w:after="120" w:line="240" w:lineRule="auto"/>
        <w:rPr>
          <w:rFonts w:cs="Times New Roman"/>
          <w:sz w:val="26"/>
          <w:szCs w:val="26"/>
          <w:lang w:val="pt-BR"/>
        </w:rPr>
      </w:pPr>
      <w:r w:rsidRPr="00406BBE">
        <w:rPr>
          <w:rFonts w:ascii="Segoe UI Symbol" w:hAnsi="Segoe UI Symbol" w:cs="Segoe UI Symbol"/>
          <w:sz w:val="26"/>
          <w:szCs w:val="26"/>
          <w:lang w:val="pt-BR"/>
        </w:rPr>
        <w:t>☐</w:t>
      </w:r>
      <w:r w:rsidRPr="00406BBE">
        <w:rPr>
          <w:rFonts w:cs="Times New Roman"/>
          <w:sz w:val="26"/>
          <w:szCs w:val="26"/>
          <w:lang w:val="pt-BR"/>
        </w:rPr>
        <w:t xml:space="preserve"> Sinh thái học, khí hậu và nghiên cứu biển</w:t>
      </w:r>
    </w:p>
    <w:p w14:paraId="3DFFACBB" w14:textId="77777777" w:rsidR="00BB6FA2" w:rsidRPr="00406BBE" w:rsidRDefault="00222B21" w:rsidP="00BD3914">
      <w:pPr>
        <w:spacing w:before="120" w:after="120" w:line="240" w:lineRule="auto"/>
        <w:rPr>
          <w:rFonts w:cs="Times New Roman"/>
          <w:sz w:val="26"/>
          <w:szCs w:val="26"/>
          <w:lang w:val="pt-BR"/>
        </w:rPr>
      </w:pPr>
      <w:r w:rsidRPr="00406BBE">
        <w:rPr>
          <w:rFonts w:ascii="Segoe UI Symbol" w:hAnsi="Segoe UI Symbol" w:cs="Segoe UI Symbol"/>
          <w:sz w:val="26"/>
          <w:szCs w:val="26"/>
          <w:lang w:val="pt-BR"/>
        </w:rPr>
        <w:t>☐</w:t>
      </w:r>
      <w:r w:rsidRPr="00406BBE">
        <w:rPr>
          <w:rFonts w:cs="Times New Roman"/>
          <w:sz w:val="26"/>
          <w:szCs w:val="26"/>
          <w:lang w:val="pt-BR"/>
        </w:rPr>
        <w:t xml:space="preserve"> Y học và công nghệ sinh học</w:t>
      </w:r>
    </w:p>
    <w:p w14:paraId="149256FB" w14:textId="77777777" w:rsidR="00BB6FA2" w:rsidRPr="00406BBE" w:rsidRDefault="00222B21" w:rsidP="00BD3914">
      <w:pPr>
        <w:spacing w:before="120" w:after="120" w:line="240" w:lineRule="auto"/>
        <w:rPr>
          <w:rFonts w:cs="Times New Roman"/>
          <w:sz w:val="26"/>
          <w:szCs w:val="26"/>
          <w:lang w:val="pt-BR"/>
        </w:rPr>
      </w:pPr>
      <w:r w:rsidRPr="00406BBE">
        <w:rPr>
          <w:rFonts w:ascii="Segoe UI Symbol" w:hAnsi="Segoe UI Symbol" w:cs="Segoe UI Symbol"/>
          <w:sz w:val="26"/>
          <w:szCs w:val="26"/>
          <w:lang w:val="pt-BR"/>
        </w:rPr>
        <w:t>☐</w:t>
      </w:r>
      <w:r w:rsidRPr="00406BBE">
        <w:rPr>
          <w:rFonts w:cs="Times New Roman"/>
          <w:sz w:val="26"/>
          <w:szCs w:val="26"/>
          <w:lang w:val="pt-BR"/>
        </w:rPr>
        <w:t xml:space="preserve"> Khoa học xã hội và nhân văn</w:t>
      </w:r>
    </w:p>
    <w:p w14:paraId="4D1F94E1" w14:textId="77777777" w:rsidR="00BB6FA2" w:rsidRPr="00406BBE" w:rsidRDefault="00222B21" w:rsidP="00BD3914">
      <w:pPr>
        <w:spacing w:before="120" w:after="120" w:line="240" w:lineRule="auto"/>
        <w:rPr>
          <w:rFonts w:cs="Times New Roman"/>
          <w:sz w:val="26"/>
          <w:szCs w:val="26"/>
          <w:lang w:val="pt-BR"/>
        </w:rPr>
      </w:pPr>
      <w:r w:rsidRPr="00406BBE">
        <w:rPr>
          <w:rFonts w:ascii="Segoe UI Symbol" w:hAnsi="Segoe UI Symbol" w:cs="Segoe UI Symbol"/>
          <w:sz w:val="26"/>
          <w:szCs w:val="26"/>
          <w:lang w:val="pt-BR"/>
        </w:rPr>
        <w:t>☐</w:t>
      </w:r>
      <w:r w:rsidRPr="00406BBE">
        <w:rPr>
          <w:rFonts w:cs="Times New Roman"/>
          <w:sz w:val="26"/>
          <w:szCs w:val="26"/>
          <w:lang w:val="pt-BR"/>
        </w:rPr>
        <w:t xml:space="preserve"> Công nghệ vũ trụ và vệ tinh quỹ đạo Trái Đất tầm thấp</w:t>
      </w:r>
    </w:p>
    <w:p w14:paraId="4F9F5055" w14:textId="77777777" w:rsidR="00BB6FA2" w:rsidRPr="00406BBE" w:rsidRDefault="00222B21" w:rsidP="00BD3914">
      <w:pPr>
        <w:spacing w:before="120" w:after="120" w:line="240" w:lineRule="auto"/>
        <w:rPr>
          <w:rFonts w:cs="Times New Roman"/>
          <w:sz w:val="26"/>
          <w:szCs w:val="26"/>
          <w:lang w:val="pt-BR"/>
        </w:rPr>
      </w:pPr>
      <w:r w:rsidRPr="00406BBE">
        <w:rPr>
          <w:rFonts w:ascii="Segoe UI Symbol" w:hAnsi="Segoe UI Symbol" w:cs="Segoe UI Symbol"/>
          <w:sz w:val="26"/>
          <w:szCs w:val="26"/>
          <w:lang w:val="pt-BR"/>
        </w:rPr>
        <w:t>☐</w:t>
      </w:r>
      <w:r w:rsidRPr="00406BBE">
        <w:rPr>
          <w:rFonts w:cs="Times New Roman"/>
          <w:sz w:val="26"/>
          <w:szCs w:val="26"/>
          <w:lang w:val="pt-BR"/>
        </w:rPr>
        <w:t xml:space="preserve"> Công nghệ hạt nhân và năng lượng nguyên tử</w:t>
      </w:r>
    </w:p>
    <w:p w14:paraId="06310AA4" w14:textId="77777777" w:rsidR="0041176B" w:rsidRPr="00406BBE" w:rsidRDefault="00222B21" w:rsidP="0041176B">
      <w:pPr>
        <w:spacing w:before="120" w:after="120" w:line="240" w:lineRule="auto"/>
        <w:rPr>
          <w:rFonts w:cs="Times New Roman"/>
          <w:sz w:val="26"/>
          <w:szCs w:val="26"/>
          <w:lang w:val="pt-BR"/>
        </w:rPr>
      </w:pPr>
      <w:r w:rsidRPr="00406BBE">
        <w:rPr>
          <w:rFonts w:cs="Times New Roman"/>
          <w:sz w:val="26"/>
          <w:szCs w:val="26"/>
          <w:lang w:val="pt-BR"/>
        </w:rPr>
        <w:t>Từ khóa chuyên môn (tối đa 05 từ khóa): ..................................................................................</w:t>
      </w:r>
      <w:r w:rsidR="0041176B" w:rsidRPr="00406BBE">
        <w:rPr>
          <w:rFonts w:cs="Times New Roman"/>
          <w:sz w:val="26"/>
          <w:szCs w:val="26"/>
          <w:lang w:val="pt-BR"/>
        </w:rPr>
        <w:t>.............................................................. ................................................................................................................................................</w:t>
      </w:r>
    </w:p>
    <w:p w14:paraId="7143994B" w14:textId="02DA27AF" w:rsidR="00BB6FA2" w:rsidRPr="00406BBE" w:rsidRDefault="00222B21" w:rsidP="0041176B">
      <w:pPr>
        <w:spacing w:before="120" w:after="120" w:line="240" w:lineRule="auto"/>
        <w:rPr>
          <w:rFonts w:cs="Times New Roman"/>
          <w:sz w:val="26"/>
          <w:szCs w:val="26"/>
          <w:lang w:val="pt-BR"/>
        </w:rPr>
      </w:pPr>
      <w:r w:rsidRPr="00406BBE">
        <w:rPr>
          <w:rFonts w:cs="Times New Roman"/>
          <w:sz w:val="26"/>
          <w:szCs w:val="26"/>
          <w:lang w:val="pt-BR"/>
        </w:rPr>
        <w:t>3. NĂNG LỰC NGOẠI NGỮ</w:t>
      </w:r>
    </w:p>
    <w:p w14:paraId="495CD4B2" w14:textId="5EB31E4D" w:rsidR="00BB6FA2" w:rsidRPr="00406BBE" w:rsidRDefault="00222B21" w:rsidP="00435896">
      <w:pPr>
        <w:spacing w:before="120" w:after="120" w:line="240" w:lineRule="auto"/>
        <w:jc w:val="both"/>
        <w:rPr>
          <w:rFonts w:cs="Times New Roman"/>
          <w:sz w:val="26"/>
          <w:szCs w:val="26"/>
          <w:lang w:val="pt-BR"/>
        </w:rPr>
      </w:pPr>
      <w:r w:rsidRPr="00406BBE">
        <w:rPr>
          <w:rFonts w:cs="Times New Roman"/>
          <w:sz w:val="26"/>
          <w:szCs w:val="26"/>
          <w:lang w:val="pt-BR"/>
        </w:rPr>
        <w:t>Kê khai khả năng sử dụng tiếng Anh và tiếng Nga</w:t>
      </w:r>
      <w:r w:rsidR="00D4762D" w:rsidRPr="00406BBE">
        <w:rPr>
          <w:rFonts w:cs="Times New Roman"/>
          <w:sz w:val="26"/>
          <w:szCs w:val="26"/>
          <w:lang w:val="pt-BR"/>
        </w:rPr>
        <w:t xml:space="preserve"> (</w:t>
      </w:r>
      <w:r w:rsidRPr="00406BBE">
        <w:rPr>
          <w:rFonts w:cs="Times New Roman"/>
          <w:sz w:val="26"/>
          <w:szCs w:val="26"/>
          <w:lang w:val="pt-BR"/>
        </w:rPr>
        <w:t xml:space="preserve">ghi rõ mức độ tự đánh giá, khả năng trình bày/thảo luận và chứng chỉ/minh chứng </w:t>
      </w:r>
      <w:r w:rsidR="00D4762D" w:rsidRPr="00406BBE">
        <w:rPr>
          <w:rFonts w:cs="Times New Roman"/>
          <w:sz w:val="26"/>
          <w:szCs w:val="26"/>
          <w:lang w:val="pt-BR"/>
        </w:rPr>
        <w:t xml:space="preserve">- </w:t>
      </w:r>
      <w:r w:rsidRPr="00406BBE">
        <w:rPr>
          <w:rFonts w:cs="Times New Roman"/>
          <w:sz w:val="26"/>
          <w:szCs w:val="26"/>
          <w:lang w:val="pt-BR"/>
        </w:rPr>
        <w:t>nếu có).</w:t>
      </w:r>
    </w:p>
    <w:tbl>
      <w:tblPr>
        <w:tblStyle w:val="TableGrid"/>
        <w:tblW w:w="0" w:type="auto"/>
        <w:jc w:val="center"/>
        <w:tblLook w:val="04A0" w:firstRow="1" w:lastRow="0" w:firstColumn="1" w:lastColumn="0" w:noHBand="0" w:noVBand="1"/>
      </w:tblPr>
      <w:tblGrid>
        <w:gridCol w:w="2403"/>
        <w:gridCol w:w="2404"/>
        <w:gridCol w:w="2406"/>
        <w:gridCol w:w="2408"/>
      </w:tblGrid>
      <w:tr w:rsidR="00BB6FA2" w:rsidRPr="00406BBE" w14:paraId="329DEC2F" w14:textId="77777777">
        <w:trPr>
          <w:jc w:val="center"/>
        </w:trPr>
        <w:tc>
          <w:tcPr>
            <w:tcW w:w="2422" w:type="dxa"/>
            <w:shd w:val="clear" w:color="auto" w:fill="D9EAF7"/>
            <w:vAlign w:val="center"/>
          </w:tcPr>
          <w:p w14:paraId="095893A6" w14:textId="77777777" w:rsidR="00BB6FA2" w:rsidRPr="00406BBE" w:rsidRDefault="00222B21" w:rsidP="00BD3914">
            <w:pPr>
              <w:spacing w:before="120" w:after="120" w:line="240" w:lineRule="auto"/>
              <w:jc w:val="center"/>
              <w:rPr>
                <w:rFonts w:cs="Times New Roman"/>
                <w:sz w:val="26"/>
                <w:szCs w:val="26"/>
              </w:rPr>
            </w:pPr>
            <w:proofErr w:type="spellStart"/>
            <w:r w:rsidRPr="00406BBE">
              <w:rPr>
                <w:rFonts w:cs="Times New Roman"/>
                <w:b/>
                <w:sz w:val="26"/>
                <w:szCs w:val="26"/>
              </w:rPr>
              <w:t>Ngoại</w:t>
            </w:r>
            <w:proofErr w:type="spellEnd"/>
            <w:r w:rsidRPr="00406BBE">
              <w:rPr>
                <w:rFonts w:cs="Times New Roman"/>
                <w:b/>
                <w:sz w:val="26"/>
                <w:szCs w:val="26"/>
              </w:rPr>
              <w:t xml:space="preserve"> </w:t>
            </w:r>
            <w:proofErr w:type="spellStart"/>
            <w:r w:rsidRPr="00406BBE">
              <w:rPr>
                <w:rFonts w:cs="Times New Roman"/>
                <w:b/>
                <w:sz w:val="26"/>
                <w:szCs w:val="26"/>
              </w:rPr>
              <w:t>ngữ</w:t>
            </w:r>
            <w:proofErr w:type="spellEnd"/>
          </w:p>
        </w:tc>
        <w:tc>
          <w:tcPr>
            <w:tcW w:w="2422" w:type="dxa"/>
            <w:shd w:val="clear" w:color="auto" w:fill="D9EAF7"/>
            <w:vAlign w:val="center"/>
          </w:tcPr>
          <w:p w14:paraId="2624F8C2" w14:textId="77777777" w:rsidR="00BB6FA2" w:rsidRPr="00406BBE" w:rsidRDefault="00222B21" w:rsidP="00BD3914">
            <w:pPr>
              <w:spacing w:before="120" w:after="120" w:line="240" w:lineRule="auto"/>
              <w:jc w:val="center"/>
              <w:rPr>
                <w:rFonts w:cs="Times New Roman"/>
                <w:sz w:val="26"/>
                <w:szCs w:val="26"/>
              </w:rPr>
            </w:pPr>
            <w:proofErr w:type="spellStart"/>
            <w:r w:rsidRPr="00406BBE">
              <w:rPr>
                <w:rFonts w:cs="Times New Roman"/>
                <w:b/>
                <w:sz w:val="26"/>
                <w:szCs w:val="26"/>
              </w:rPr>
              <w:t>Mức</w:t>
            </w:r>
            <w:proofErr w:type="spellEnd"/>
            <w:r w:rsidRPr="00406BBE">
              <w:rPr>
                <w:rFonts w:cs="Times New Roman"/>
                <w:b/>
                <w:sz w:val="26"/>
                <w:szCs w:val="26"/>
              </w:rPr>
              <w:t xml:space="preserve"> </w:t>
            </w:r>
            <w:proofErr w:type="spellStart"/>
            <w:r w:rsidRPr="00406BBE">
              <w:rPr>
                <w:rFonts w:cs="Times New Roman"/>
                <w:b/>
                <w:sz w:val="26"/>
                <w:szCs w:val="26"/>
              </w:rPr>
              <w:t>độ</w:t>
            </w:r>
            <w:proofErr w:type="spellEnd"/>
            <w:r w:rsidRPr="00406BBE">
              <w:rPr>
                <w:rFonts w:cs="Times New Roman"/>
                <w:b/>
                <w:sz w:val="26"/>
                <w:szCs w:val="26"/>
              </w:rPr>
              <w:t xml:space="preserve"> </w:t>
            </w:r>
            <w:proofErr w:type="spellStart"/>
            <w:r w:rsidRPr="00406BBE">
              <w:rPr>
                <w:rFonts w:cs="Times New Roman"/>
                <w:b/>
                <w:sz w:val="26"/>
                <w:szCs w:val="26"/>
              </w:rPr>
              <w:t>sử</w:t>
            </w:r>
            <w:proofErr w:type="spellEnd"/>
            <w:r w:rsidRPr="00406BBE">
              <w:rPr>
                <w:rFonts w:cs="Times New Roman"/>
                <w:b/>
                <w:sz w:val="26"/>
                <w:szCs w:val="26"/>
              </w:rPr>
              <w:t xml:space="preserve"> </w:t>
            </w:r>
            <w:proofErr w:type="spellStart"/>
            <w:r w:rsidRPr="00406BBE">
              <w:rPr>
                <w:rFonts w:cs="Times New Roman"/>
                <w:b/>
                <w:sz w:val="26"/>
                <w:szCs w:val="26"/>
              </w:rPr>
              <w:t>dụng</w:t>
            </w:r>
            <w:proofErr w:type="spellEnd"/>
          </w:p>
        </w:tc>
        <w:tc>
          <w:tcPr>
            <w:tcW w:w="2422" w:type="dxa"/>
            <w:shd w:val="clear" w:color="auto" w:fill="D9EAF7"/>
            <w:vAlign w:val="center"/>
          </w:tcPr>
          <w:p w14:paraId="7367FFD1" w14:textId="77777777" w:rsidR="00BB6FA2" w:rsidRPr="00406BBE" w:rsidRDefault="00222B21" w:rsidP="00BD3914">
            <w:pPr>
              <w:spacing w:before="120" w:after="120" w:line="240" w:lineRule="auto"/>
              <w:jc w:val="center"/>
              <w:rPr>
                <w:rFonts w:cs="Times New Roman"/>
                <w:sz w:val="26"/>
                <w:szCs w:val="26"/>
              </w:rPr>
            </w:pPr>
            <w:proofErr w:type="spellStart"/>
            <w:r w:rsidRPr="00406BBE">
              <w:rPr>
                <w:rFonts w:cs="Times New Roman"/>
                <w:b/>
                <w:sz w:val="26"/>
                <w:szCs w:val="26"/>
              </w:rPr>
              <w:t>Khả</w:t>
            </w:r>
            <w:proofErr w:type="spellEnd"/>
            <w:r w:rsidRPr="00406BBE">
              <w:rPr>
                <w:rFonts w:cs="Times New Roman"/>
                <w:b/>
                <w:sz w:val="26"/>
                <w:szCs w:val="26"/>
              </w:rPr>
              <w:t xml:space="preserve"> </w:t>
            </w:r>
            <w:proofErr w:type="spellStart"/>
            <w:r w:rsidRPr="00406BBE">
              <w:rPr>
                <w:rFonts w:cs="Times New Roman"/>
                <w:b/>
                <w:sz w:val="26"/>
                <w:szCs w:val="26"/>
              </w:rPr>
              <w:t>năng</w:t>
            </w:r>
            <w:proofErr w:type="spellEnd"/>
            <w:r w:rsidRPr="00406BBE">
              <w:rPr>
                <w:rFonts w:cs="Times New Roman"/>
                <w:b/>
                <w:sz w:val="26"/>
                <w:szCs w:val="26"/>
              </w:rPr>
              <w:t xml:space="preserve"> </w:t>
            </w:r>
            <w:proofErr w:type="spellStart"/>
            <w:r w:rsidRPr="00406BBE">
              <w:rPr>
                <w:rFonts w:cs="Times New Roman"/>
                <w:b/>
                <w:sz w:val="26"/>
                <w:szCs w:val="26"/>
              </w:rPr>
              <w:t>trình</w:t>
            </w:r>
            <w:proofErr w:type="spellEnd"/>
            <w:r w:rsidRPr="00406BBE">
              <w:rPr>
                <w:rFonts w:cs="Times New Roman"/>
                <w:b/>
                <w:sz w:val="26"/>
                <w:szCs w:val="26"/>
              </w:rPr>
              <w:t xml:space="preserve"> </w:t>
            </w:r>
            <w:proofErr w:type="spellStart"/>
            <w:r w:rsidRPr="00406BBE">
              <w:rPr>
                <w:rFonts w:cs="Times New Roman"/>
                <w:b/>
                <w:sz w:val="26"/>
                <w:szCs w:val="26"/>
              </w:rPr>
              <w:t>bày</w:t>
            </w:r>
            <w:proofErr w:type="spellEnd"/>
            <w:r w:rsidRPr="00406BBE">
              <w:rPr>
                <w:rFonts w:cs="Times New Roman"/>
                <w:b/>
                <w:sz w:val="26"/>
                <w:szCs w:val="26"/>
              </w:rPr>
              <w:t xml:space="preserve"> </w:t>
            </w:r>
            <w:proofErr w:type="spellStart"/>
            <w:r w:rsidRPr="00406BBE">
              <w:rPr>
                <w:rFonts w:cs="Times New Roman"/>
                <w:b/>
                <w:sz w:val="26"/>
                <w:szCs w:val="26"/>
              </w:rPr>
              <w:t>và</w:t>
            </w:r>
            <w:proofErr w:type="spellEnd"/>
            <w:r w:rsidRPr="00406BBE">
              <w:rPr>
                <w:rFonts w:cs="Times New Roman"/>
                <w:b/>
                <w:sz w:val="26"/>
                <w:szCs w:val="26"/>
              </w:rPr>
              <w:t xml:space="preserve"> </w:t>
            </w:r>
            <w:proofErr w:type="spellStart"/>
            <w:r w:rsidRPr="00406BBE">
              <w:rPr>
                <w:rFonts w:cs="Times New Roman"/>
                <w:b/>
                <w:sz w:val="26"/>
                <w:szCs w:val="26"/>
              </w:rPr>
              <w:t>thảo</w:t>
            </w:r>
            <w:proofErr w:type="spellEnd"/>
            <w:r w:rsidRPr="00406BBE">
              <w:rPr>
                <w:rFonts w:cs="Times New Roman"/>
                <w:b/>
                <w:sz w:val="26"/>
                <w:szCs w:val="26"/>
              </w:rPr>
              <w:t xml:space="preserve"> </w:t>
            </w:r>
            <w:proofErr w:type="spellStart"/>
            <w:r w:rsidRPr="00406BBE">
              <w:rPr>
                <w:rFonts w:cs="Times New Roman"/>
                <w:b/>
                <w:sz w:val="26"/>
                <w:szCs w:val="26"/>
              </w:rPr>
              <w:t>luận</w:t>
            </w:r>
            <w:proofErr w:type="spellEnd"/>
            <w:r w:rsidRPr="00406BBE">
              <w:rPr>
                <w:rFonts w:cs="Times New Roman"/>
                <w:b/>
                <w:sz w:val="26"/>
                <w:szCs w:val="26"/>
              </w:rPr>
              <w:t xml:space="preserve"> </w:t>
            </w:r>
            <w:proofErr w:type="spellStart"/>
            <w:r w:rsidRPr="00406BBE">
              <w:rPr>
                <w:rFonts w:cs="Times New Roman"/>
                <w:b/>
                <w:sz w:val="26"/>
                <w:szCs w:val="26"/>
              </w:rPr>
              <w:t>chuyên</w:t>
            </w:r>
            <w:proofErr w:type="spellEnd"/>
            <w:r w:rsidRPr="00406BBE">
              <w:rPr>
                <w:rFonts w:cs="Times New Roman"/>
                <w:b/>
                <w:sz w:val="26"/>
                <w:szCs w:val="26"/>
              </w:rPr>
              <w:t xml:space="preserve"> </w:t>
            </w:r>
            <w:proofErr w:type="spellStart"/>
            <w:r w:rsidRPr="00406BBE">
              <w:rPr>
                <w:rFonts w:cs="Times New Roman"/>
                <w:b/>
                <w:sz w:val="26"/>
                <w:szCs w:val="26"/>
              </w:rPr>
              <w:t>môn</w:t>
            </w:r>
            <w:proofErr w:type="spellEnd"/>
          </w:p>
        </w:tc>
        <w:tc>
          <w:tcPr>
            <w:tcW w:w="2422" w:type="dxa"/>
            <w:shd w:val="clear" w:color="auto" w:fill="D9EAF7"/>
            <w:vAlign w:val="center"/>
          </w:tcPr>
          <w:p w14:paraId="77CDF0DB" w14:textId="580F6268" w:rsidR="00BB6FA2" w:rsidRPr="00406BBE" w:rsidRDefault="00222B21" w:rsidP="00BD3914">
            <w:pPr>
              <w:spacing w:before="120" w:after="120" w:line="240" w:lineRule="auto"/>
              <w:jc w:val="center"/>
              <w:rPr>
                <w:rFonts w:cs="Times New Roman"/>
                <w:sz w:val="26"/>
                <w:szCs w:val="26"/>
              </w:rPr>
            </w:pPr>
            <w:proofErr w:type="spellStart"/>
            <w:r w:rsidRPr="00406BBE">
              <w:rPr>
                <w:rFonts w:cs="Times New Roman"/>
                <w:b/>
                <w:sz w:val="26"/>
                <w:szCs w:val="26"/>
              </w:rPr>
              <w:t>Chứng</w:t>
            </w:r>
            <w:proofErr w:type="spellEnd"/>
            <w:r w:rsidRPr="00406BBE">
              <w:rPr>
                <w:rFonts w:cs="Times New Roman"/>
                <w:b/>
                <w:sz w:val="26"/>
                <w:szCs w:val="26"/>
              </w:rPr>
              <w:t xml:space="preserve"> </w:t>
            </w:r>
            <w:proofErr w:type="spellStart"/>
            <w:r w:rsidRPr="00406BBE">
              <w:rPr>
                <w:rFonts w:cs="Times New Roman"/>
                <w:b/>
                <w:sz w:val="26"/>
                <w:szCs w:val="26"/>
              </w:rPr>
              <w:t>chỉ</w:t>
            </w:r>
            <w:proofErr w:type="spellEnd"/>
            <w:r w:rsidRPr="00406BBE">
              <w:rPr>
                <w:rFonts w:cs="Times New Roman"/>
                <w:b/>
                <w:sz w:val="26"/>
                <w:szCs w:val="26"/>
              </w:rPr>
              <w:t>/</w:t>
            </w:r>
            <w:proofErr w:type="spellStart"/>
            <w:r w:rsidRPr="00406BBE">
              <w:rPr>
                <w:rFonts w:cs="Times New Roman"/>
                <w:b/>
                <w:sz w:val="26"/>
                <w:szCs w:val="26"/>
              </w:rPr>
              <w:t>minh</w:t>
            </w:r>
            <w:proofErr w:type="spellEnd"/>
            <w:r w:rsidRPr="00406BBE">
              <w:rPr>
                <w:rFonts w:cs="Times New Roman"/>
                <w:b/>
                <w:sz w:val="26"/>
                <w:szCs w:val="26"/>
              </w:rPr>
              <w:t xml:space="preserve"> </w:t>
            </w:r>
            <w:proofErr w:type="spellStart"/>
            <w:r w:rsidRPr="00406BBE">
              <w:rPr>
                <w:rFonts w:cs="Times New Roman"/>
                <w:b/>
                <w:sz w:val="26"/>
                <w:szCs w:val="26"/>
              </w:rPr>
              <w:t>chứng</w:t>
            </w:r>
            <w:proofErr w:type="spellEnd"/>
          </w:p>
        </w:tc>
      </w:tr>
      <w:tr w:rsidR="00BB6FA2" w:rsidRPr="00406BBE" w14:paraId="689B30A0" w14:textId="77777777">
        <w:trPr>
          <w:jc w:val="center"/>
        </w:trPr>
        <w:tc>
          <w:tcPr>
            <w:tcW w:w="2422" w:type="dxa"/>
            <w:vAlign w:val="center"/>
          </w:tcPr>
          <w:p w14:paraId="6F7A8CD4" w14:textId="77777777" w:rsidR="00BB6FA2" w:rsidRPr="00406BBE" w:rsidRDefault="00222B21" w:rsidP="00BD3914">
            <w:pPr>
              <w:spacing w:before="120" w:after="120" w:line="240" w:lineRule="auto"/>
              <w:rPr>
                <w:rFonts w:cs="Times New Roman"/>
                <w:sz w:val="26"/>
                <w:szCs w:val="26"/>
              </w:rPr>
            </w:pPr>
            <w:proofErr w:type="spellStart"/>
            <w:r w:rsidRPr="00406BBE">
              <w:rPr>
                <w:rFonts w:cs="Times New Roman"/>
                <w:sz w:val="26"/>
                <w:szCs w:val="26"/>
              </w:rPr>
              <w:t>Tiếng</w:t>
            </w:r>
            <w:proofErr w:type="spellEnd"/>
            <w:r w:rsidRPr="00406BBE">
              <w:rPr>
                <w:rFonts w:cs="Times New Roman"/>
                <w:sz w:val="26"/>
                <w:szCs w:val="26"/>
              </w:rPr>
              <w:t xml:space="preserve"> Anh</w:t>
            </w:r>
          </w:p>
        </w:tc>
        <w:tc>
          <w:tcPr>
            <w:tcW w:w="2422" w:type="dxa"/>
            <w:vAlign w:val="center"/>
          </w:tcPr>
          <w:p w14:paraId="2AC781F2" w14:textId="77777777" w:rsidR="009D665B" w:rsidRPr="00406BBE" w:rsidRDefault="00222B21" w:rsidP="00BD3914">
            <w:pPr>
              <w:spacing w:before="120" w:after="120" w:line="240" w:lineRule="auto"/>
              <w:rPr>
                <w:rFonts w:cs="Times New Roman"/>
                <w:sz w:val="26"/>
                <w:szCs w:val="26"/>
              </w:rPr>
            </w:pPr>
            <w:r w:rsidRPr="00406BBE">
              <w:rPr>
                <w:rFonts w:ascii="Segoe UI Symbol" w:hAnsi="Segoe UI Symbol" w:cs="Segoe UI Symbol"/>
                <w:sz w:val="26"/>
                <w:szCs w:val="26"/>
              </w:rPr>
              <w:t>☐</w:t>
            </w:r>
            <w:r w:rsidRPr="00406BBE">
              <w:rPr>
                <w:rFonts w:cs="Times New Roman"/>
                <w:sz w:val="26"/>
                <w:szCs w:val="26"/>
              </w:rPr>
              <w:t xml:space="preserve"> </w:t>
            </w:r>
            <w:proofErr w:type="spellStart"/>
            <w:r w:rsidRPr="00406BBE">
              <w:rPr>
                <w:rFonts w:cs="Times New Roman"/>
                <w:sz w:val="26"/>
                <w:szCs w:val="26"/>
              </w:rPr>
              <w:t>Cơ</w:t>
            </w:r>
            <w:proofErr w:type="spellEnd"/>
            <w:r w:rsidRPr="00406BBE">
              <w:rPr>
                <w:rFonts w:cs="Times New Roman"/>
                <w:sz w:val="26"/>
                <w:szCs w:val="26"/>
              </w:rPr>
              <w:t xml:space="preserve"> </w:t>
            </w:r>
            <w:proofErr w:type="spellStart"/>
            <w:r w:rsidRPr="00406BBE">
              <w:rPr>
                <w:rFonts w:cs="Times New Roman"/>
                <w:sz w:val="26"/>
                <w:szCs w:val="26"/>
              </w:rPr>
              <w:t>bản</w:t>
            </w:r>
            <w:proofErr w:type="spellEnd"/>
            <w:r w:rsidRPr="00406BBE">
              <w:rPr>
                <w:rFonts w:cs="Times New Roman"/>
                <w:sz w:val="26"/>
                <w:szCs w:val="26"/>
              </w:rPr>
              <w:t xml:space="preserve">  </w:t>
            </w:r>
          </w:p>
          <w:p w14:paraId="630BB3FF" w14:textId="77777777" w:rsidR="009D665B" w:rsidRPr="00406BBE" w:rsidRDefault="00222B21" w:rsidP="00BD3914">
            <w:pPr>
              <w:spacing w:before="120" w:after="120" w:line="240" w:lineRule="auto"/>
              <w:rPr>
                <w:rFonts w:cs="Times New Roman"/>
                <w:sz w:val="26"/>
                <w:szCs w:val="26"/>
              </w:rPr>
            </w:pPr>
            <w:r w:rsidRPr="00406BBE">
              <w:rPr>
                <w:rFonts w:ascii="Segoe UI Symbol" w:hAnsi="Segoe UI Symbol" w:cs="Segoe UI Symbol"/>
                <w:sz w:val="26"/>
                <w:szCs w:val="26"/>
              </w:rPr>
              <w:t>☐</w:t>
            </w:r>
            <w:r w:rsidRPr="00406BBE">
              <w:rPr>
                <w:rFonts w:cs="Times New Roman"/>
                <w:sz w:val="26"/>
                <w:szCs w:val="26"/>
              </w:rPr>
              <w:t xml:space="preserve"> </w:t>
            </w:r>
            <w:proofErr w:type="spellStart"/>
            <w:r w:rsidRPr="00406BBE">
              <w:rPr>
                <w:rFonts w:cs="Times New Roman"/>
                <w:sz w:val="26"/>
                <w:szCs w:val="26"/>
              </w:rPr>
              <w:t>Khá</w:t>
            </w:r>
            <w:proofErr w:type="spellEnd"/>
            <w:r w:rsidRPr="00406BBE">
              <w:rPr>
                <w:rFonts w:cs="Times New Roman"/>
                <w:sz w:val="26"/>
                <w:szCs w:val="26"/>
              </w:rPr>
              <w:t xml:space="preserve">  </w:t>
            </w:r>
          </w:p>
          <w:p w14:paraId="05C43099" w14:textId="77777777" w:rsidR="009D665B" w:rsidRPr="00406BBE" w:rsidRDefault="00222B21" w:rsidP="00BD3914">
            <w:pPr>
              <w:spacing w:before="120" w:after="120" w:line="240" w:lineRule="auto"/>
              <w:rPr>
                <w:rFonts w:cs="Times New Roman"/>
                <w:sz w:val="26"/>
                <w:szCs w:val="26"/>
              </w:rPr>
            </w:pPr>
            <w:r w:rsidRPr="00406BBE">
              <w:rPr>
                <w:rFonts w:ascii="Segoe UI Symbol" w:hAnsi="Segoe UI Symbol" w:cs="Segoe UI Symbol"/>
                <w:sz w:val="26"/>
                <w:szCs w:val="26"/>
              </w:rPr>
              <w:t>☐</w:t>
            </w:r>
            <w:r w:rsidRPr="00406BBE">
              <w:rPr>
                <w:rFonts w:cs="Times New Roman"/>
                <w:sz w:val="26"/>
                <w:szCs w:val="26"/>
              </w:rPr>
              <w:t xml:space="preserve"> </w:t>
            </w:r>
            <w:proofErr w:type="spellStart"/>
            <w:r w:rsidRPr="00406BBE">
              <w:rPr>
                <w:rFonts w:cs="Times New Roman"/>
                <w:sz w:val="26"/>
                <w:szCs w:val="26"/>
              </w:rPr>
              <w:t>Tốt</w:t>
            </w:r>
            <w:proofErr w:type="spellEnd"/>
            <w:r w:rsidRPr="00406BBE">
              <w:rPr>
                <w:rFonts w:cs="Times New Roman"/>
                <w:sz w:val="26"/>
                <w:szCs w:val="26"/>
              </w:rPr>
              <w:t xml:space="preserve">  </w:t>
            </w:r>
          </w:p>
          <w:p w14:paraId="4B79A557" w14:textId="53051A06" w:rsidR="00BB6FA2" w:rsidRPr="00406BBE" w:rsidRDefault="00222B21" w:rsidP="00BD3914">
            <w:pPr>
              <w:spacing w:before="120" w:after="120" w:line="240" w:lineRule="auto"/>
              <w:rPr>
                <w:rFonts w:cs="Times New Roman"/>
                <w:sz w:val="26"/>
                <w:szCs w:val="26"/>
              </w:rPr>
            </w:pPr>
            <w:r w:rsidRPr="00406BBE">
              <w:rPr>
                <w:rFonts w:ascii="Segoe UI Symbol" w:hAnsi="Segoe UI Symbol" w:cs="Segoe UI Symbol"/>
                <w:sz w:val="26"/>
                <w:szCs w:val="26"/>
              </w:rPr>
              <w:t>☐</w:t>
            </w:r>
            <w:r w:rsidRPr="00406BBE">
              <w:rPr>
                <w:rFonts w:cs="Times New Roman"/>
                <w:sz w:val="26"/>
                <w:szCs w:val="26"/>
              </w:rPr>
              <w:t xml:space="preserve"> Thành </w:t>
            </w:r>
            <w:proofErr w:type="spellStart"/>
            <w:r w:rsidRPr="00406BBE">
              <w:rPr>
                <w:rFonts w:cs="Times New Roman"/>
                <w:sz w:val="26"/>
                <w:szCs w:val="26"/>
              </w:rPr>
              <w:t>thạo</w:t>
            </w:r>
            <w:proofErr w:type="spellEnd"/>
          </w:p>
        </w:tc>
        <w:tc>
          <w:tcPr>
            <w:tcW w:w="2422" w:type="dxa"/>
            <w:vAlign w:val="center"/>
          </w:tcPr>
          <w:p w14:paraId="73C21EC7" w14:textId="77777777" w:rsidR="009D665B" w:rsidRPr="00406BBE" w:rsidRDefault="00222B21" w:rsidP="00BD3914">
            <w:pPr>
              <w:spacing w:before="120" w:after="120" w:line="240" w:lineRule="auto"/>
              <w:rPr>
                <w:rFonts w:cs="Times New Roman"/>
                <w:sz w:val="26"/>
                <w:szCs w:val="26"/>
              </w:rPr>
            </w:pPr>
            <w:r w:rsidRPr="00406BBE">
              <w:rPr>
                <w:rFonts w:ascii="Segoe UI Symbol" w:hAnsi="Segoe UI Symbol" w:cs="Segoe UI Symbol"/>
                <w:sz w:val="26"/>
                <w:szCs w:val="26"/>
              </w:rPr>
              <w:t>☐</w:t>
            </w:r>
            <w:r w:rsidRPr="00406BBE">
              <w:rPr>
                <w:rFonts w:cs="Times New Roman"/>
                <w:sz w:val="26"/>
                <w:szCs w:val="26"/>
              </w:rPr>
              <w:t xml:space="preserve"> </w:t>
            </w:r>
            <w:proofErr w:type="spellStart"/>
            <w:r w:rsidRPr="00406BBE">
              <w:rPr>
                <w:rFonts w:cs="Times New Roman"/>
                <w:sz w:val="26"/>
                <w:szCs w:val="26"/>
              </w:rPr>
              <w:t>Trình</w:t>
            </w:r>
            <w:proofErr w:type="spellEnd"/>
            <w:r w:rsidRPr="00406BBE">
              <w:rPr>
                <w:rFonts w:cs="Times New Roman"/>
                <w:sz w:val="26"/>
                <w:szCs w:val="26"/>
              </w:rPr>
              <w:t xml:space="preserve"> </w:t>
            </w:r>
            <w:proofErr w:type="spellStart"/>
            <w:r w:rsidRPr="00406BBE">
              <w:rPr>
                <w:rFonts w:cs="Times New Roman"/>
                <w:sz w:val="26"/>
                <w:szCs w:val="26"/>
              </w:rPr>
              <w:t>bày</w:t>
            </w:r>
            <w:proofErr w:type="spellEnd"/>
            <w:r w:rsidRPr="00406BBE">
              <w:rPr>
                <w:rFonts w:cs="Times New Roman"/>
                <w:sz w:val="26"/>
                <w:szCs w:val="26"/>
              </w:rPr>
              <w:t xml:space="preserve">  </w:t>
            </w:r>
          </w:p>
          <w:p w14:paraId="69333FD9" w14:textId="77777777" w:rsidR="009D665B" w:rsidRPr="00406BBE" w:rsidRDefault="00222B21" w:rsidP="00BD3914">
            <w:pPr>
              <w:spacing w:before="120" w:after="120" w:line="240" w:lineRule="auto"/>
              <w:rPr>
                <w:rFonts w:cs="Times New Roman"/>
                <w:sz w:val="26"/>
                <w:szCs w:val="26"/>
              </w:rPr>
            </w:pPr>
            <w:r w:rsidRPr="00406BBE">
              <w:rPr>
                <w:rFonts w:ascii="Segoe UI Symbol" w:hAnsi="Segoe UI Symbol" w:cs="Segoe UI Symbol"/>
                <w:sz w:val="26"/>
                <w:szCs w:val="26"/>
              </w:rPr>
              <w:t>☐</w:t>
            </w:r>
            <w:r w:rsidRPr="00406BBE">
              <w:rPr>
                <w:rFonts w:cs="Times New Roman"/>
                <w:sz w:val="26"/>
                <w:szCs w:val="26"/>
              </w:rPr>
              <w:t xml:space="preserve"> Trao </w:t>
            </w:r>
            <w:proofErr w:type="spellStart"/>
            <w:r w:rsidRPr="00406BBE">
              <w:rPr>
                <w:rFonts w:cs="Times New Roman"/>
                <w:sz w:val="26"/>
                <w:szCs w:val="26"/>
              </w:rPr>
              <w:t>đổi</w:t>
            </w:r>
            <w:proofErr w:type="spellEnd"/>
            <w:r w:rsidRPr="00406BBE">
              <w:rPr>
                <w:rFonts w:cs="Times New Roman"/>
                <w:sz w:val="26"/>
                <w:szCs w:val="26"/>
              </w:rPr>
              <w:t>/</w:t>
            </w:r>
            <w:proofErr w:type="spellStart"/>
            <w:r w:rsidRPr="00406BBE">
              <w:rPr>
                <w:rFonts w:cs="Times New Roman"/>
                <w:sz w:val="26"/>
                <w:szCs w:val="26"/>
              </w:rPr>
              <w:t>thảo</w:t>
            </w:r>
            <w:proofErr w:type="spellEnd"/>
            <w:r w:rsidRPr="00406BBE">
              <w:rPr>
                <w:rFonts w:cs="Times New Roman"/>
                <w:sz w:val="26"/>
                <w:szCs w:val="26"/>
              </w:rPr>
              <w:t xml:space="preserve"> </w:t>
            </w:r>
            <w:proofErr w:type="spellStart"/>
            <w:r w:rsidRPr="00406BBE">
              <w:rPr>
                <w:rFonts w:cs="Times New Roman"/>
                <w:sz w:val="26"/>
                <w:szCs w:val="26"/>
              </w:rPr>
              <w:t>luận</w:t>
            </w:r>
            <w:proofErr w:type="spellEnd"/>
            <w:r w:rsidRPr="00406BBE">
              <w:rPr>
                <w:rFonts w:cs="Times New Roman"/>
                <w:sz w:val="26"/>
                <w:szCs w:val="26"/>
              </w:rPr>
              <w:t xml:space="preserve">  </w:t>
            </w:r>
          </w:p>
          <w:p w14:paraId="14C8CC0E" w14:textId="7923B066" w:rsidR="00BB6FA2" w:rsidRPr="00406BBE" w:rsidRDefault="00222B21" w:rsidP="00BD3914">
            <w:pPr>
              <w:spacing w:before="120" w:after="120" w:line="240" w:lineRule="auto"/>
              <w:rPr>
                <w:rFonts w:cs="Times New Roman"/>
                <w:sz w:val="26"/>
                <w:szCs w:val="26"/>
              </w:rPr>
            </w:pPr>
            <w:r w:rsidRPr="00406BBE">
              <w:rPr>
                <w:rFonts w:ascii="Segoe UI Symbol" w:hAnsi="Segoe UI Symbol" w:cs="Segoe UI Symbol"/>
                <w:sz w:val="26"/>
                <w:szCs w:val="26"/>
              </w:rPr>
              <w:t>☐</w:t>
            </w:r>
            <w:r w:rsidRPr="00406BBE">
              <w:rPr>
                <w:rFonts w:cs="Times New Roman"/>
                <w:sz w:val="26"/>
                <w:szCs w:val="26"/>
              </w:rPr>
              <w:t xml:space="preserve"> </w:t>
            </w:r>
            <w:proofErr w:type="spellStart"/>
            <w:r w:rsidRPr="00406BBE">
              <w:rPr>
                <w:rFonts w:cs="Times New Roman"/>
                <w:sz w:val="26"/>
                <w:szCs w:val="26"/>
              </w:rPr>
              <w:t>Cả</w:t>
            </w:r>
            <w:proofErr w:type="spellEnd"/>
            <w:r w:rsidRPr="00406BBE">
              <w:rPr>
                <w:rFonts w:cs="Times New Roman"/>
                <w:sz w:val="26"/>
                <w:szCs w:val="26"/>
              </w:rPr>
              <w:t xml:space="preserve"> </w:t>
            </w:r>
            <w:proofErr w:type="spellStart"/>
            <w:r w:rsidRPr="00406BBE">
              <w:rPr>
                <w:rFonts w:cs="Times New Roman"/>
                <w:sz w:val="26"/>
                <w:szCs w:val="26"/>
              </w:rPr>
              <w:t>hai</w:t>
            </w:r>
            <w:proofErr w:type="spellEnd"/>
          </w:p>
        </w:tc>
        <w:tc>
          <w:tcPr>
            <w:tcW w:w="2422" w:type="dxa"/>
            <w:vAlign w:val="center"/>
          </w:tcPr>
          <w:p w14:paraId="7648F991" w14:textId="77777777" w:rsidR="00BB6FA2" w:rsidRPr="00406BBE" w:rsidRDefault="00BB6FA2" w:rsidP="00BD3914">
            <w:pPr>
              <w:spacing w:before="120" w:after="120" w:line="240" w:lineRule="auto"/>
              <w:rPr>
                <w:rFonts w:cs="Times New Roman"/>
                <w:sz w:val="26"/>
                <w:szCs w:val="26"/>
              </w:rPr>
            </w:pPr>
          </w:p>
        </w:tc>
      </w:tr>
      <w:tr w:rsidR="00BB6FA2" w:rsidRPr="00406BBE" w14:paraId="32C0D89C" w14:textId="77777777">
        <w:trPr>
          <w:jc w:val="center"/>
        </w:trPr>
        <w:tc>
          <w:tcPr>
            <w:tcW w:w="2422" w:type="dxa"/>
            <w:vAlign w:val="center"/>
          </w:tcPr>
          <w:p w14:paraId="24A55B32" w14:textId="77777777" w:rsidR="00BB6FA2" w:rsidRPr="00406BBE" w:rsidRDefault="00222B21" w:rsidP="00BD3914">
            <w:pPr>
              <w:spacing w:before="120" w:after="120" w:line="240" w:lineRule="auto"/>
              <w:rPr>
                <w:rFonts w:cs="Times New Roman"/>
                <w:sz w:val="26"/>
                <w:szCs w:val="26"/>
              </w:rPr>
            </w:pPr>
            <w:proofErr w:type="spellStart"/>
            <w:r w:rsidRPr="00406BBE">
              <w:rPr>
                <w:rFonts w:cs="Times New Roman"/>
                <w:sz w:val="26"/>
                <w:szCs w:val="26"/>
              </w:rPr>
              <w:t>Tiếng</w:t>
            </w:r>
            <w:proofErr w:type="spellEnd"/>
            <w:r w:rsidRPr="00406BBE">
              <w:rPr>
                <w:rFonts w:cs="Times New Roman"/>
                <w:sz w:val="26"/>
                <w:szCs w:val="26"/>
              </w:rPr>
              <w:t xml:space="preserve"> Nga</w:t>
            </w:r>
          </w:p>
        </w:tc>
        <w:tc>
          <w:tcPr>
            <w:tcW w:w="2422" w:type="dxa"/>
            <w:vAlign w:val="center"/>
          </w:tcPr>
          <w:p w14:paraId="714EA7E0" w14:textId="77777777" w:rsidR="009D665B" w:rsidRPr="00406BBE" w:rsidRDefault="00222B21" w:rsidP="00BD3914">
            <w:pPr>
              <w:spacing w:before="120" w:after="120" w:line="240" w:lineRule="auto"/>
              <w:rPr>
                <w:rFonts w:cs="Times New Roman"/>
                <w:sz w:val="26"/>
                <w:szCs w:val="26"/>
              </w:rPr>
            </w:pPr>
            <w:r w:rsidRPr="00406BBE">
              <w:rPr>
                <w:rFonts w:ascii="Segoe UI Symbol" w:hAnsi="Segoe UI Symbol" w:cs="Segoe UI Symbol"/>
                <w:sz w:val="26"/>
                <w:szCs w:val="26"/>
              </w:rPr>
              <w:t>☐</w:t>
            </w:r>
            <w:r w:rsidRPr="00406BBE">
              <w:rPr>
                <w:rFonts w:cs="Times New Roman"/>
                <w:sz w:val="26"/>
                <w:szCs w:val="26"/>
              </w:rPr>
              <w:t xml:space="preserve"> </w:t>
            </w:r>
            <w:proofErr w:type="spellStart"/>
            <w:r w:rsidRPr="00406BBE">
              <w:rPr>
                <w:rFonts w:cs="Times New Roman"/>
                <w:sz w:val="26"/>
                <w:szCs w:val="26"/>
              </w:rPr>
              <w:t>Cơ</w:t>
            </w:r>
            <w:proofErr w:type="spellEnd"/>
            <w:r w:rsidRPr="00406BBE">
              <w:rPr>
                <w:rFonts w:cs="Times New Roman"/>
                <w:sz w:val="26"/>
                <w:szCs w:val="26"/>
              </w:rPr>
              <w:t xml:space="preserve"> </w:t>
            </w:r>
            <w:proofErr w:type="spellStart"/>
            <w:r w:rsidRPr="00406BBE">
              <w:rPr>
                <w:rFonts w:cs="Times New Roman"/>
                <w:sz w:val="26"/>
                <w:szCs w:val="26"/>
              </w:rPr>
              <w:t>bản</w:t>
            </w:r>
            <w:proofErr w:type="spellEnd"/>
            <w:r w:rsidRPr="00406BBE">
              <w:rPr>
                <w:rFonts w:cs="Times New Roman"/>
                <w:sz w:val="26"/>
                <w:szCs w:val="26"/>
              </w:rPr>
              <w:t xml:space="preserve">  </w:t>
            </w:r>
          </w:p>
          <w:p w14:paraId="02D12BD9" w14:textId="77777777" w:rsidR="009D665B" w:rsidRPr="00406BBE" w:rsidRDefault="00222B21" w:rsidP="00BD3914">
            <w:pPr>
              <w:spacing w:before="120" w:after="120" w:line="240" w:lineRule="auto"/>
              <w:rPr>
                <w:rFonts w:cs="Times New Roman"/>
                <w:sz w:val="26"/>
                <w:szCs w:val="26"/>
              </w:rPr>
            </w:pPr>
            <w:r w:rsidRPr="00406BBE">
              <w:rPr>
                <w:rFonts w:ascii="Segoe UI Symbol" w:hAnsi="Segoe UI Symbol" w:cs="Segoe UI Symbol"/>
                <w:sz w:val="26"/>
                <w:szCs w:val="26"/>
              </w:rPr>
              <w:t>☐</w:t>
            </w:r>
            <w:r w:rsidRPr="00406BBE">
              <w:rPr>
                <w:rFonts w:cs="Times New Roman"/>
                <w:sz w:val="26"/>
                <w:szCs w:val="26"/>
              </w:rPr>
              <w:t xml:space="preserve"> </w:t>
            </w:r>
            <w:proofErr w:type="spellStart"/>
            <w:r w:rsidRPr="00406BBE">
              <w:rPr>
                <w:rFonts w:cs="Times New Roman"/>
                <w:sz w:val="26"/>
                <w:szCs w:val="26"/>
              </w:rPr>
              <w:t>Khá</w:t>
            </w:r>
            <w:proofErr w:type="spellEnd"/>
            <w:r w:rsidRPr="00406BBE">
              <w:rPr>
                <w:rFonts w:cs="Times New Roman"/>
                <w:sz w:val="26"/>
                <w:szCs w:val="26"/>
              </w:rPr>
              <w:t xml:space="preserve">  </w:t>
            </w:r>
          </w:p>
          <w:p w14:paraId="68F80190" w14:textId="77777777" w:rsidR="009D665B" w:rsidRPr="00406BBE" w:rsidRDefault="00222B21" w:rsidP="00BD3914">
            <w:pPr>
              <w:spacing w:before="120" w:after="120" w:line="240" w:lineRule="auto"/>
              <w:rPr>
                <w:rFonts w:cs="Times New Roman"/>
                <w:sz w:val="26"/>
                <w:szCs w:val="26"/>
              </w:rPr>
            </w:pPr>
            <w:r w:rsidRPr="00406BBE">
              <w:rPr>
                <w:rFonts w:ascii="Segoe UI Symbol" w:hAnsi="Segoe UI Symbol" w:cs="Segoe UI Symbol"/>
                <w:sz w:val="26"/>
                <w:szCs w:val="26"/>
              </w:rPr>
              <w:t>☐</w:t>
            </w:r>
            <w:r w:rsidRPr="00406BBE">
              <w:rPr>
                <w:rFonts w:cs="Times New Roman"/>
                <w:sz w:val="26"/>
                <w:szCs w:val="26"/>
              </w:rPr>
              <w:t xml:space="preserve"> </w:t>
            </w:r>
            <w:proofErr w:type="spellStart"/>
            <w:r w:rsidRPr="00406BBE">
              <w:rPr>
                <w:rFonts w:cs="Times New Roman"/>
                <w:sz w:val="26"/>
                <w:szCs w:val="26"/>
              </w:rPr>
              <w:t>Tốt</w:t>
            </w:r>
            <w:proofErr w:type="spellEnd"/>
            <w:r w:rsidRPr="00406BBE">
              <w:rPr>
                <w:rFonts w:cs="Times New Roman"/>
                <w:sz w:val="26"/>
                <w:szCs w:val="26"/>
              </w:rPr>
              <w:t xml:space="preserve">  </w:t>
            </w:r>
          </w:p>
          <w:p w14:paraId="76A8444F" w14:textId="2D8BD85C" w:rsidR="00BB6FA2" w:rsidRPr="00406BBE" w:rsidRDefault="00222B21" w:rsidP="00BD3914">
            <w:pPr>
              <w:spacing w:before="120" w:after="120" w:line="240" w:lineRule="auto"/>
              <w:rPr>
                <w:rFonts w:cs="Times New Roman"/>
                <w:sz w:val="26"/>
                <w:szCs w:val="26"/>
              </w:rPr>
            </w:pPr>
            <w:r w:rsidRPr="00406BBE">
              <w:rPr>
                <w:rFonts w:ascii="Segoe UI Symbol" w:hAnsi="Segoe UI Symbol" w:cs="Segoe UI Symbol"/>
                <w:sz w:val="26"/>
                <w:szCs w:val="26"/>
              </w:rPr>
              <w:t>☐</w:t>
            </w:r>
            <w:r w:rsidRPr="00406BBE">
              <w:rPr>
                <w:rFonts w:cs="Times New Roman"/>
                <w:sz w:val="26"/>
                <w:szCs w:val="26"/>
              </w:rPr>
              <w:t xml:space="preserve"> Thành </w:t>
            </w:r>
            <w:proofErr w:type="spellStart"/>
            <w:r w:rsidRPr="00406BBE">
              <w:rPr>
                <w:rFonts w:cs="Times New Roman"/>
                <w:sz w:val="26"/>
                <w:szCs w:val="26"/>
              </w:rPr>
              <w:t>thạo</w:t>
            </w:r>
            <w:proofErr w:type="spellEnd"/>
          </w:p>
        </w:tc>
        <w:tc>
          <w:tcPr>
            <w:tcW w:w="2422" w:type="dxa"/>
            <w:vAlign w:val="center"/>
          </w:tcPr>
          <w:p w14:paraId="55DA0347" w14:textId="77777777" w:rsidR="009D665B" w:rsidRPr="00406BBE" w:rsidRDefault="00222B21" w:rsidP="00BD3914">
            <w:pPr>
              <w:spacing w:before="120" w:after="120" w:line="240" w:lineRule="auto"/>
              <w:rPr>
                <w:rFonts w:cs="Times New Roman"/>
                <w:sz w:val="26"/>
                <w:szCs w:val="26"/>
              </w:rPr>
            </w:pPr>
            <w:r w:rsidRPr="00406BBE">
              <w:rPr>
                <w:rFonts w:ascii="Segoe UI Symbol" w:hAnsi="Segoe UI Symbol" w:cs="Segoe UI Symbol"/>
                <w:sz w:val="26"/>
                <w:szCs w:val="26"/>
              </w:rPr>
              <w:t>☐</w:t>
            </w:r>
            <w:r w:rsidRPr="00406BBE">
              <w:rPr>
                <w:rFonts w:cs="Times New Roman"/>
                <w:sz w:val="26"/>
                <w:szCs w:val="26"/>
              </w:rPr>
              <w:t xml:space="preserve"> </w:t>
            </w:r>
            <w:proofErr w:type="spellStart"/>
            <w:r w:rsidRPr="00406BBE">
              <w:rPr>
                <w:rFonts w:cs="Times New Roman"/>
                <w:sz w:val="26"/>
                <w:szCs w:val="26"/>
              </w:rPr>
              <w:t>Trình</w:t>
            </w:r>
            <w:proofErr w:type="spellEnd"/>
            <w:r w:rsidRPr="00406BBE">
              <w:rPr>
                <w:rFonts w:cs="Times New Roman"/>
                <w:sz w:val="26"/>
                <w:szCs w:val="26"/>
              </w:rPr>
              <w:t xml:space="preserve"> </w:t>
            </w:r>
            <w:proofErr w:type="spellStart"/>
            <w:r w:rsidRPr="00406BBE">
              <w:rPr>
                <w:rFonts w:cs="Times New Roman"/>
                <w:sz w:val="26"/>
                <w:szCs w:val="26"/>
              </w:rPr>
              <w:t>bày</w:t>
            </w:r>
            <w:proofErr w:type="spellEnd"/>
            <w:r w:rsidRPr="00406BBE">
              <w:rPr>
                <w:rFonts w:cs="Times New Roman"/>
                <w:sz w:val="26"/>
                <w:szCs w:val="26"/>
              </w:rPr>
              <w:t xml:space="preserve">  </w:t>
            </w:r>
          </w:p>
          <w:p w14:paraId="0ABE2416" w14:textId="77777777" w:rsidR="009D665B" w:rsidRPr="00406BBE" w:rsidRDefault="00222B21" w:rsidP="00BD3914">
            <w:pPr>
              <w:spacing w:before="120" w:after="120" w:line="240" w:lineRule="auto"/>
              <w:rPr>
                <w:rFonts w:cs="Times New Roman"/>
                <w:sz w:val="26"/>
                <w:szCs w:val="26"/>
              </w:rPr>
            </w:pPr>
            <w:r w:rsidRPr="00406BBE">
              <w:rPr>
                <w:rFonts w:ascii="Segoe UI Symbol" w:hAnsi="Segoe UI Symbol" w:cs="Segoe UI Symbol"/>
                <w:sz w:val="26"/>
                <w:szCs w:val="26"/>
              </w:rPr>
              <w:t>☐</w:t>
            </w:r>
            <w:r w:rsidRPr="00406BBE">
              <w:rPr>
                <w:rFonts w:cs="Times New Roman"/>
                <w:sz w:val="26"/>
                <w:szCs w:val="26"/>
              </w:rPr>
              <w:t xml:space="preserve"> Trao </w:t>
            </w:r>
            <w:proofErr w:type="spellStart"/>
            <w:r w:rsidRPr="00406BBE">
              <w:rPr>
                <w:rFonts w:cs="Times New Roman"/>
                <w:sz w:val="26"/>
                <w:szCs w:val="26"/>
              </w:rPr>
              <w:t>đổi</w:t>
            </w:r>
            <w:proofErr w:type="spellEnd"/>
            <w:r w:rsidRPr="00406BBE">
              <w:rPr>
                <w:rFonts w:cs="Times New Roman"/>
                <w:sz w:val="26"/>
                <w:szCs w:val="26"/>
              </w:rPr>
              <w:t>/</w:t>
            </w:r>
            <w:proofErr w:type="spellStart"/>
            <w:r w:rsidRPr="00406BBE">
              <w:rPr>
                <w:rFonts w:cs="Times New Roman"/>
                <w:sz w:val="26"/>
                <w:szCs w:val="26"/>
              </w:rPr>
              <w:t>thảo</w:t>
            </w:r>
            <w:proofErr w:type="spellEnd"/>
            <w:r w:rsidRPr="00406BBE">
              <w:rPr>
                <w:rFonts w:cs="Times New Roman"/>
                <w:sz w:val="26"/>
                <w:szCs w:val="26"/>
              </w:rPr>
              <w:t xml:space="preserve"> </w:t>
            </w:r>
            <w:proofErr w:type="spellStart"/>
            <w:r w:rsidRPr="00406BBE">
              <w:rPr>
                <w:rFonts w:cs="Times New Roman"/>
                <w:sz w:val="26"/>
                <w:szCs w:val="26"/>
              </w:rPr>
              <w:t>luận</w:t>
            </w:r>
            <w:proofErr w:type="spellEnd"/>
            <w:r w:rsidRPr="00406BBE">
              <w:rPr>
                <w:rFonts w:cs="Times New Roman"/>
                <w:sz w:val="26"/>
                <w:szCs w:val="26"/>
              </w:rPr>
              <w:t xml:space="preserve">  </w:t>
            </w:r>
          </w:p>
          <w:p w14:paraId="30517EEA" w14:textId="27BCA2CC" w:rsidR="00BB6FA2" w:rsidRPr="00406BBE" w:rsidRDefault="00222B21" w:rsidP="00BD3914">
            <w:pPr>
              <w:spacing w:before="120" w:after="120" w:line="240" w:lineRule="auto"/>
              <w:rPr>
                <w:rFonts w:cs="Times New Roman"/>
                <w:sz w:val="26"/>
                <w:szCs w:val="26"/>
              </w:rPr>
            </w:pPr>
            <w:r w:rsidRPr="00406BBE">
              <w:rPr>
                <w:rFonts w:ascii="Segoe UI Symbol" w:hAnsi="Segoe UI Symbol" w:cs="Segoe UI Symbol"/>
                <w:sz w:val="26"/>
                <w:szCs w:val="26"/>
              </w:rPr>
              <w:t>☐</w:t>
            </w:r>
            <w:r w:rsidRPr="00406BBE">
              <w:rPr>
                <w:rFonts w:cs="Times New Roman"/>
                <w:sz w:val="26"/>
                <w:szCs w:val="26"/>
              </w:rPr>
              <w:t xml:space="preserve"> </w:t>
            </w:r>
            <w:proofErr w:type="spellStart"/>
            <w:r w:rsidRPr="00406BBE">
              <w:rPr>
                <w:rFonts w:cs="Times New Roman"/>
                <w:sz w:val="26"/>
                <w:szCs w:val="26"/>
              </w:rPr>
              <w:t>Cả</w:t>
            </w:r>
            <w:proofErr w:type="spellEnd"/>
            <w:r w:rsidRPr="00406BBE">
              <w:rPr>
                <w:rFonts w:cs="Times New Roman"/>
                <w:sz w:val="26"/>
                <w:szCs w:val="26"/>
              </w:rPr>
              <w:t xml:space="preserve"> </w:t>
            </w:r>
            <w:proofErr w:type="spellStart"/>
            <w:r w:rsidRPr="00406BBE">
              <w:rPr>
                <w:rFonts w:cs="Times New Roman"/>
                <w:sz w:val="26"/>
                <w:szCs w:val="26"/>
              </w:rPr>
              <w:t>hai</w:t>
            </w:r>
            <w:proofErr w:type="spellEnd"/>
          </w:p>
        </w:tc>
        <w:tc>
          <w:tcPr>
            <w:tcW w:w="2422" w:type="dxa"/>
            <w:vAlign w:val="center"/>
          </w:tcPr>
          <w:p w14:paraId="417EA65B" w14:textId="77777777" w:rsidR="00BB6FA2" w:rsidRPr="00406BBE" w:rsidRDefault="00BB6FA2" w:rsidP="00BD3914">
            <w:pPr>
              <w:spacing w:before="120" w:after="120" w:line="240" w:lineRule="auto"/>
              <w:rPr>
                <w:rFonts w:cs="Times New Roman"/>
                <w:sz w:val="26"/>
                <w:szCs w:val="26"/>
              </w:rPr>
            </w:pPr>
          </w:p>
        </w:tc>
      </w:tr>
    </w:tbl>
    <w:p w14:paraId="2B42B390" w14:textId="77777777" w:rsidR="00BB6FA2" w:rsidRPr="00406BBE" w:rsidRDefault="00222B21" w:rsidP="00D4762D">
      <w:pPr>
        <w:spacing w:before="120" w:after="120" w:line="240" w:lineRule="auto"/>
        <w:jc w:val="both"/>
        <w:rPr>
          <w:rFonts w:cs="Times New Roman"/>
          <w:sz w:val="26"/>
          <w:szCs w:val="26"/>
        </w:rPr>
      </w:pPr>
      <w:proofErr w:type="spellStart"/>
      <w:r w:rsidRPr="00406BBE">
        <w:rPr>
          <w:rFonts w:cs="Times New Roman"/>
          <w:sz w:val="26"/>
          <w:szCs w:val="26"/>
        </w:rPr>
        <w:t>Quá</w:t>
      </w:r>
      <w:proofErr w:type="spellEnd"/>
      <w:r w:rsidRPr="00406BBE">
        <w:rPr>
          <w:rFonts w:cs="Times New Roman"/>
          <w:sz w:val="26"/>
          <w:szCs w:val="26"/>
        </w:rPr>
        <w:t xml:space="preserve"> </w:t>
      </w:r>
      <w:proofErr w:type="spellStart"/>
      <w:r w:rsidRPr="00406BBE">
        <w:rPr>
          <w:rFonts w:cs="Times New Roman"/>
          <w:sz w:val="26"/>
          <w:szCs w:val="26"/>
        </w:rPr>
        <w:t>trình</w:t>
      </w:r>
      <w:proofErr w:type="spellEnd"/>
      <w:r w:rsidRPr="00406BBE">
        <w:rPr>
          <w:rFonts w:cs="Times New Roman"/>
          <w:sz w:val="26"/>
          <w:szCs w:val="26"/>
        </w:rPr>
        <w:t xml:space="preserve"> </w:t>
      </w:r>
      <w:proofErr w:type="spellStart"/>
      <w:r w:rsidRPr="00406BBE">
        <w:rPr>
          <w:rFonts w:cs="Times New Roman"/>
          <w:sz w:val="26"/>
          <w:szCs w:val="26"/>
        </w:rPr>
        <w:t>học</w:t>
      </w:r>
      <w:proofErr w:type="spellEnd"/>
      <w:r w:rsidRPr="00406BBE">
        <w:rPr>
          <w:rFonts w:cs="Times New Roman"/>
          <w:sz w:val="26"/>
          <w:szCs w:val="26"/>
        </w:rPr>
        <w:t xml:space="preserve"> </w:t>
      </w:r>
      <w:proofErr w:type="spellStart"/>
      <w:r w:rsidRPr="00406BBE">
        <w:rPr>
          <w:rFonts w:cs="Times New Roman"/>
          <w:sz w:val="26"/>
          <w:szCs w:val="26"/>
        </w:rPr>
        <w:t>tập</w:t>
      </w:r>
      <w:proofErr w:type="spellEnd"/>
      <w:r w:rsidRPr="00406BBE">
        <w:rPr>
          <w:rFonts w:cs="Times New Roman"/>
          <w:sz w:val="26"/>
          <w:szCs w:val="26"/>
        </w:rPr>
        <w:t xml:space="preserve">, </w:t>
      </w:r>
      <w:proofErr w:type="spellStart"/>
      <w:r w:rsidRPr="00406BBE">
        <w:rPr>
          <w:rFonts w:cs="Times New Roman"/>
          <w:sz w:val="26"/>
          <w:szCs w:val="26"/>
        </w:rPr>
        <w:t>nghiên</w:t>
      </w:r>
      <w:proofErr w:type="spellEnd"/>
      <w:r w:rsidRPr="00406BBE">
        <w:rPr>
          <w:rFonts w:cs="Times New Roman"/>
          <w:sz w:val="26"/>
          <w:szCs w:val="26"/>
        </w:rPr>
        <w:t xml:space="preserve"> </w:t>
      </w:r>
      <w:proofErr w:type="spellStart"/>
      <w:r w:rsidRPr="00406BBE">
        <w:rPr>
          <w:rFonts w:cs="Times New Roman"/>
          <w:sz w:val="26"/>
          <w:szCs w:val="26"/>
        </w:rPr>
        <w:t>cứu</w:t>
      </w:r>
      <w:proofErr w:type="spellEnd"/>
      <w:r w:rsidRPr="00406BBE">
        <w:rPr>
          <w:rFonts w:cs="Times New Roman"/>
          <w:sz w:val="26"/>
          <w:szCs w:val="26"/>
        </w:rPr>
        <w:t xml:space="preserve">, </w:t>
      </w:r>
      <w:proofErr w:type="spellStart"/>
      <w:r w:rsidRPr="00406BBE">
        <w:rPr>
          <w:rFonts w:cs="Times New Roman"/>
          <w:sz w:val="26"/>
          <w:szCs w:val="26"/>
        </w:rPr>
        <w:t>làm</w:t>
      </w:r>
      <w:proofErr w:type="spellEnd"/>
      <w:r w:rsidRPr="00406BBE">
        <w:rPr>
          <w:rFonts w:cs="Times New Roman"/>
          <w:sz w:val="26"/>
          <w:szCs w:val="26"/>
        </w:rPr>
        <w:t xml:space="preserve"> </w:t>
      </w:r>
      <w:proofErr w:type="spellStart"/>
      <w:r w:rsidRPr="00406BBE">
        <w:rPr>
          <w:rFonts w:cs="Times New Roman"/>
          <w:sz w:val="26"/>
          <w:szCs w:val="26"/>
        </w:rPr>
        <w:t>việc</w:t>
      </w:r>
      <w:proofErr w:type="spellEnd"/>
      <w:r w:rsidRPr="00406BBE">
        <w:rPr>
          <w:rFonts w:cs="Times New Roman"/>
          <w:sz w:val="26"/>
          <w:szCs w:val="26"/>
        </w:rPr>
        <w:t xml:space="preserve"> </w:t>
      </w:r>
      <w:proofErr w:type="spellStart"/>
      <w:r w:rsidRPr="00406BBE">
        <w:rPr>
          <w:rFonts w:cs="Times New Roman"/>
          <w:sz w:val="26"/>
          <w:szCs w:val="26"/>
        </w:rPr>
        <w:t>hoặc</w:t>
      </w:r>
      <w:proofErr w:type="spellEnd"/>
      <w:r w:rsidRPr="00406BBE">
        <w:rPr>
          <w:rFonts w:cs="Times New Roman"/>
          <w:sz w:val="26"/>
          <w:szCs w:val="26"/>
        </w:rPr>
        <w:t xml:space="preserve"> </w:t>
      </w:r>
      <w:proofErr w:type="spellStart"/>
      <w:r w:rsidRPr="00406BBE">
        <w:rPr>
          <w:rFonts w:cs="Times New Roman"/>
          <w:sz w:val="26"/>
          <w:szCs w:val="26"/>
        </w:rPr>
        <w:t>hợp</w:t>
      </w:r>
      <w:proofErr w:type="spellEnd"/>
      <w:r w:rsidRPr="00406BBE">
        <w:rPr>
          <w:rFonts w:cs="Times New Roman"/>
          <w:sz w:val="26"/>
          <w:szCs w:val="26"/>
        </w:rPr>
        <w:t xml:space="preserve"> </w:t>
      </w:r>
      <w:proofErr w:type="spellStart"/>
      <w:r w:rsidRPr="00406BBE">
        <w:rPr>
          <w:rFonts w:cs="Times New Roman"/>
          <w:sz w:val="26"/>
          <w:szCs w:val="26"/>
        </w:rPr>
        <w:t>tác</w:t>
      </w:r>
      <w:proofErr w:type="spellEnd"/>
      <w:r w:rsidRPr="00406BBE">
        <w:rPr>
          <w:rFonts w:cs="Times New Roman"/>
          <w:sz w:val="26"/>
          <w:szCs w:val="26"/>
        </w:rPr>
        <w:t xml:space="preserve"> </w:t>
      </w:r>
      <w:proofErr w:type="spellStart"/>
      <w:r w:rsidRPr="00406BBE">
        <w:rPr>
          <w:rFonts w:cs="Times New Roman"/>
          <w:sz w:val="26"/>
          <w:szCs w:val="26"/>
        </w:rPr>
        <w:t>trong</w:t>
      </w:r>
      <w:proofErr w:type="spellEnd"/>
      <w:r w:rsidRPr="00406BBE">
        <w:rPr>
          <w:rFonts w:cs="Times New Roman"/>
          <w:sz w:val="26"/>
          <w:szCs w:val="26"/>
        </w:rPr>
        <w:t xml:space="preserve"> </w:t>
      </w:r>
      <w:proofErr w:type="spellStart"/>
      <w:r w:rsidRPr="00406BBE">
        <w:rPr>
          <w:rFonts w:cs="Times New Roman"/>
          <w:sz w:val="26"/>
          <w:szCs w:val="26"/>
        </w:rPr>
        <w:t>môi</w:t>
      </w:r>
      <w:proofErr w:type="spellEnd"/>
      <w:r w:rsidRPr="00406BBE">
        <w:rPr>
          <w:rFonts w:cs="Times New Roman"/>
          <w:sz w:val="26"/>
          <w:szCs w:val="26"/>
        </w:rPr>
        <w:t xml:space="preserve"> </w:t>
      </w:r>
      <w:proofErr w:type="spellStart"/>
      <w:r w:rsidRPr="00406BBE">
        <w:rPr>
          <w:rFonts w:cs="Times New Roman"/>
          <w:sz w:val="26"/>
          <w:szCs w:val="26"/>
        </w:rPr>
        <w:t>trường</w:t>
      </w:r>
      <w:proofErr w:type="spellEnd"/>
      <w:r w:rsidRPr="00406BBE">
        <w:rPr>
          <w:rFonts w:cs="Times New Roman"/>
          <w:sz w:val="26"/>
          <w:szCs w:val="26"/>
        </w:rPr>
        <w:t xml:space="preserve"> </w:t>
      </w:r>
      <w:proofErr w:type="spellStart"/>
      <w:r w:rsidRPr="00406BBE">
        <w:rPr>
          <w:rFonts w:cs="Times New Roman"/>
          <w:sz w:val="26"/>
          <w:szCs w:val="26"/>
        </w:rPr>
        <w:t>sử</w:t>
      </w:r>
      <w:proofErr w:type="spellEnd"/>
      <w:r w:rsidRPr="00406BBE">
        <w:rPr>
          <w:rFonts w:cs="Times New Roman"/>
          <w:sz w:val="26"/>
          <w:szCs w:val="26"/>
        </w:rPr>
        <w:t xml:space="preserve"> </w:t>
      </w:r>
      <w:proofErr w:type="spellStart"/>
      <w:r w:rsidRPr="00406BBE">
        <w:rPr>
          <w:rFonts w:cs="Times New Roman"/>
          <w:sz w:val="26"/>
          <w:szCs w:val="26"/>
        </w:rPr>
        <w:t>dụng</w:t>
      </w:r>
      <w:proofErr w:type="spellEnd"/>
      <w:r w:rsidRPr="00406BBE">
        <w:rPr>
          <w:rFonts w:cs="Times New Roman"/>
          <w:sz w:val="26"/>
          <w:szCs w:val="26"/>
        </w:rPr>
        <w:t xml:space="preserve"> </w:t>
      </w:r>
      <w:proofErr w:type="spellStart"/>
      <w:r w:rsidRPr="00406BBE">
        <w:rPr>
          <w:rFonts w:cs="Times New Roman"/>
          <w:sz w:val="26"/>
          <w:szCs w:val="26"/>
        </w:rPr>
        <w:t>tiếng</w:t>
      </w:r>
      <w:proofErr w:type="spellEnd"/>
      <w:r w:rsidRPr="00406BBE">
        <w:rPr>
          <w:rFonts w:cs="Times New Roman"/>
          <w:sz w:val="26"/>
          <w:szCs w:val="26"/>
        </w:rPr>
        <w:t xml:space="preserve"> Anh/</w:t>
      </w:r>
      <w:proofErr w:type="spellStart"/>
      <w:r w:rsidRPr="00406BBE">
        <w:rPr>
          <w:rFonts w:cs="Times New Roman"/>
          <w:sz w:val="26"/>
          <w:szCs w:val="26"/>
        </w:rPr>
        <w:t>tiếng</w:t>
      </w:r>
      <w:proofErr w:type="spellEnd"/>
      <w:r w:rsidRPr="00406BBE">
        <w:rPr>
          <w:rFonts w:cs="Times New Roman"/>
          <w:sz w:val="26"/>
          <w:szCs w:val="26"/>
        </w:rPr>
        <w:t xml:space="preserve"> Nga (</w:t>
      </w:r>
      <w:proofErr w:type="spellStart"/>
      <w:r w:rsidRPr="00406BBE">
        <w:rPr>
          <w:rFonts w:cs="Times New Roman"/>
          <w:sz w:val="26"/>
          <w:szCs w:val="26"/>
        </w:rPr>
        <w:t>nếu</w:t>
      </w:r>
      <w:proofErr w:type="spellEnd"/>
      <w:r w:rsidRPr="00406BBE">
        <w:rPr>
          <w:rFonts w:cs="Times New Roman"/>
          <w:sz w:val="26"/>
          <w:szCs w:val="26"/>
        </w:rPr>
        <w:t xml:space="preserve"> </w:t>
      </w:r>
      <w:proofErr w:type="spellStart"/>
      <w:r w:rsidRPr="00406BBE">
        <w:rPr>
          <w:rFonts w:cs="Times New Roman"/>
          <w:sz w:val="26"/>
          <w:szCs w:val="26"/>
        </w:rPr>
        <w:t>có</w:t>
      </w:r>
      <w:proofErr w:type="spellEnd"/>
      <w:r w:rsidRPr="00406BBE">
        <w:rPr>
          <w:rFonts w:cs="Times New Roman"/>
          <w:sz w:val="26"/>
          <w:szCs w:val="26"/>
        </w:rPr>
        <w:t>):</w:t>
      </w:r>
    </w:p>
    <w:p w14:paraId="38EF5B74" w14:textId="2271F38C" w:rsidR="00BB6FA2" w:rsidRPr="00406BBE" w:rsidRDefault="0041176B" w:rsidP="00BD3914">
      <w:pPr>
        <w:spacing w:before="120" w:after="120" w:line="240" w:lineRule="auto"/>
        <w:rPr>
          <w:rFonts w:cs="Times New Roman"/>
          <w:sz w:val="26"/>
          <w:szCs w:val="26"/>
        </w:rPr>
      </w:pPr>
      <w:r w:rsidRPr="00406BBE">
        <w:rPr>
          <w:rFonts w:cs="Times New Roman"/>
          <w:sz w:val="26"/>
          <w:szCs w:val="26"/>
          <w:lang w:val="pt-BR"/>
        </w:rPr>
        <w:t>................................................................................................................................................</w:t>
      </w:r>
      <w:r w:rsidR="00222B21" w:rsidRPr="00406BBE">
        <w:rPr>
          <w:rFonts w:cs="Times New Roman"/>
          <w:sz w:val="26"/>
          <w:szCs w:val="26"/>
        </w:rPr>
        <w:t>................................................................................................................................................</w:t>
      </w:r>
    </w:p>
    <w:p w14:paraId="51943733" w14:textId="77777777" w:rsidR="00BB6FA2" w:rsidRPr="00406BBE" w:rsidRDefault="00222B21" w:rsidP="00BD3914">
      <w:pPr>
        <w:pStyle w:val="Heading1"/>
        <w:spacing w:before="120" w:after="120" w:line="240" w:lineRule="auto"/>
        <w:rPr>
          <w:rFonts w:ascii="Times New Roman" w:hAnsi="Times New Roman" w:cs="Times New Roman"/>
          <w:color w:val="auto"/>
          <w:sz w:val="26"/>
          <w:szCs w:val="26"/>
        </w:rPr>
      </w:pPr>
      <w:r w:rsidRPr="00406BBE">
        <w:rPr>
          <w:rFonts w:ascii="Times New Roman" w:hAnsi="Times New Roman" w:cs="Times New Roman"/>
          <w:color w:val="auto"/>
          <w:sz w:val="26"/>
          <w:szCs w:val="26"/>
        </w:rPr>
        <w:lastRenderedPageBreak/>
        <w:t>4. NĂNG LỰC VÀ KẾT QUẢ NGHIÊN CỨU TIÊU BIỂU</w:t>
      </w:r>
    </w:p>
    <w:p w14:paraId="3E1672FF" w14:textId="77777777" w:rsidR="00BB6FA2" w:rsidRPr="00406BBE" w:rsidRDefault="00222B21" w:rsidP="0029031A">
      <w:pPr>
        <w:spacing w:before="120" w:after="120" w:line="240" w:lineRule="auto"/>
        <w:jc w:val="both"/>
        <w:rPr>
          <w:rFonts w:cs="Times New Roman"/>
          <w:sz w:val="26"/>
          <w:szCs w:val="26"/>
        </w:rPr>
      </w:pPr>
      <w:proofErr w:type="spellStart"/>
      <w:r w:rsidRPr="00406BBE">
        <w:rPr>
          <w:rFonts w:cs="Times New Roman"/>
          <w:i/>
          <w:sz w:val="26"/>
          <w:szCs w:val="26"/>
        </w:rPr>
        <w:t>Kê</w:t>
      </w:r>
      <w:proofErr w:type="spellEnd"/>
      <w:r w:rsidRPr="00406BBE">
        <w:rPr>
          <w:rFonts w:cs="Times New Roman"/>
          <w:i/>
          <w:sz w:val="26"/>
          <w:szCs w:val="26"/>
        </w:rPr>
        <w:t xml:space="preserve"> </w:t>
      </w:r>
      <w:proofErr w:type="spellStart"/>
      <w:r w:rsidRPr="00406BBE">
        <w:rPr>
          <w:rFonts w:cs="Times New Roman"/>
          <w:i/>
          <w:sz w:val="26"/>
          <w:szCs w:val="26"/>
        </w:rPr>
        <w:t>khai</w:t>
      </w:r>
      <w:proofErr w:type="spellEnd"/>
      <w:r w:rsidRPr="00406BBE">
        <w:rPr>
          <w:rFonts w:cs="Times New Roman"/>
          <w:i/>
          <w:sz w:val="26"/>
          <w:szCs w:val="26"/>
        </w:rPr>
        <w:t xml:space="preserve"> </w:t>
      </w:r>
      <w:proofErr w:type="spellStart"/>
      <w:r w:rsidRPr="00406BBE">
        <w:rPr>
          <w:rFonts w:cs="Times New Roman"/>
          <w:i/>
          <w:sz w:val="26"/>
          <w:szCs w:val="26"/>
        </w:rPr>
        <w:t>tóm</w:t>
      </w:r>
      <w:proofErr w:type="spellEnd"/>
      <w:r w:rsidRPr="00406BBE">
        <w:rPr>
          <w:rFonts w:cs="Times New Roman"/>
          <w:i/>
          <w:sz w:val="26"/>
          <w:szCs w:val="26"/>
        </w:rPr>
        <w:t xml:space="preserve"> </w:t>
      </w:r>
      <w:proofErr w:type="spellStart"/>
      <w:r w:rsidRPr="00406BBE">
        <w:rPr>
          <w:rFonts w:cs="Times New Roman"/>
          <w:i/>
          <w:sz w:val="26"/>
          <w:szCs w:val="26"/>
        </w:rPr>
        <w:t>tắt</w:t>
      </w:r>
      <w:proofErr w:type="spellEnd"/>
      <w:r w:rsidRPr="00406BBE">
        <w:rPr>
          <w:rFonts w:cs="Times New Roman"/>
          <w:i/>
          <w:sz w:val="26"/>
          <w:szCs w:val="26"/>
        </w:rPr>
        <w:t xml:space="preserve"> </w:t>
      </w:r>
      <w:proofErr w:type="spellStart"/>
      <w:r w:rsidRPr="00406BBE">
        <w:rPr>
          <w:rFonts w:cs="Times New Roman"/>
          <w:i/>
          <w:sz w:val="26"/>
          <w:szCs w:val="26"/>
        </w:rPr>
        <w:t>các</w:t>
      </w:r>
      <w:proofErr w:type="spellEnd"/>
      <w:r w:rsidRPr="00406BBE">
        <w:rPr>
          <w:rFonts w:cs="Times New Roman"/>
          <w:i/>
          <w:sz w:val="26"/>
          <w:szCs w:val="26"/>
        </w:rPr>
        <w:t xml:space="preserve"> </w:t>
      </w:r>
      <w:proofErr w:type="spellStart"/>
      <w:r w:rsidRPr="00406BBE">
        <w:rPr>
          <w:rFonts w:cs="Times New Roman"/>
          <w:i/>
          <w:sz w:val="26"/>
          <w:szCs w:val="26"/>
        </w:rPr>
        <w:t>kết</w:t>
      </w:r>
      <w:proofErr w:type="spellEnd"/>
      <w:r w:rsidRPr="00406BBE">
        <w:rPr>
          <w:rFonts w:cs="Times New Roman"/>
          <w:i/>
          <w:sz w:val="26"/>
          <w:szCs w:val="26"/>
        </w:rPr>
        <w:t xml:space="preserve"> </w:t>
      </w:r>
      <w:proofErr w:type="spellStart"/>
      <w:r w:rsidRPr="00406BBE">
        <w:rPr>
          <w:rFonts w:cs="Times New Roman"/>
          <w:i/>
          <w:sz w:val="26"/>
          <w:szCs w:val="26"/>
        </w:rPr>
        <w:t>quả</w:t>
      </w:r>
      <w:proofErr w:type="spellEnd"/>
      <w:r w:rsidRPr="00406BBE">
        <w:rPr>
          <w:rFonts w:cs="Times New Roman"/>
          <w:i/>
          <w:sz w:val="26"/>
          <w:szCs w:val="26"/>
        </w:rPr>
        <w:t xml:space="preserve"> </w:t>
      </w:r>
      <w:proofErr w:type="spellStart"/>
      <w:r w:rsidRPr="00406BBE">
        <w:rPr>
          <w:rFonts w:cs="Times New Roman"/>
          <w:i/>
          <w:sz w:val="26"/>
          <w:szCs w:val="26"/>
        </w:rPr>
        <w:t>tiêu</w:t>
      </w:r>
      <w:proofErr w:type="spellEnd"/>
      <w:r w:rsidRPr="00406BBE">
        <w:rPr>
          <w:rFonts w:cs="Times New Roman"/>
          <w:i/>
          <w:sz w:val="26"/>
          <w:szCs w:val="26"/>
        </w:rPr>
        <w:t xml:space="preserve"> </w:t>
      </w:r>
      <w:proofErr w:type="spellStart"/>
      <w:r w:rsidRPr="00406BBE">
        <w:rPr>
          <w:rFonts w:cs="Times New Roman"/>
          <w:i/>
          <w:sz w:val="26"/>
          <w:szCs w:val="26"/>
        </w:rPr>
        <w:t>biểu</w:t>
      </w:r>
      <w:proofErr w:type="spellEnd"/>
      <w:r w:rsidRPr="00406BBE">
        <w:rPr>
          <w:rFonts w:cs="Times New Roman"/>
          <w:i/>
          <w:sz w:val="26"/>
          <w:szCs w:val="26"/>
        </w:rPr>
        <w:t xml:space="preserve">, </w:t>
      </w:r>
      <w:proofErr w:type="spellStart"/>
      <w:r w:rsidRPr="00406BBE">
        <w:rPr>
          <w:rFonts w:cs="Times New Roman"/>
          <w:i/>
          <w:sz w:val="26"/>
          <w:szCs w:val="26"/>
        </w:rPr>
        <w:t>phù</w:t>
      </w:r>
      <w:proofErr w:type="spellEnd"/>
      <w:r w:rsidRPr="00406BBE">
        <w:rPr>
          <w:rFonts w:cs="Times New Roman"/>
          <w:i/>
          <w:sz w:val="26"/>
          <w:szCs w:val="26"/>
        </w:rPr>
        <w:t xml:space="preserve"> </w:t>
      </w:r>
      <w:proofErr w:type="spellStart"/>
      <w:r w:rsidRPr="00406BBE">
        <w:rPr>
          <w:rFonts w:cs="Times New Roman"/>
          <w:i/>
          <w:sz w:val="26"/>
          <w:szCs w:val="26"/>
        </w:rPr>
        <w:t>hợp</w:t>
      </w:r>
      <w:proofErr w:type="spellEnd"/>
      <w:r w:rsidRPr="00406BBE">
        <w:rPr>
          <w:rFonts w:cs="Times New Roman"/>
          <w:i/>
          <w:sz w:val="26"/>
          <w:szCs w:val="26"/>
        </w:rPr>
        <w:t xml:space="preserve"> </w:t>
      </w:r>
      <w:proofErr w:type="spellStart"/>
      <w:r w:rsidRPr="00406BBE">
        <w:rPr>
          <w:rFonts w:cs="Times New Roman"/>
          <w:i/>
          <w:sz w:val="26"/>
          <w:szCs w:val="26"/>
        </w:rPr>
        <w:t>với</w:t>
      </w:r>
      <w:proofErr w:type="spellEnd"/>
      <w:r w:rsidRPr="00406BBE">
        <w:rPr>
          <w:rFonts w:cs="Times New Roman"/>
          <w:i/>
          <w:sz w:val="26"/>
          <w:szCs w:val="26"/>
        </w:rPr>
        <w:t xml:space="preserve"> </w:t>
      </w:r>
      <w:proofErr w:type="spellStart"/>
      <w:r w:rsidRPr="00406BBE">
        <w:rPr>
          <w:rFonts w:cs="Times New Roman"/>
          <w:i/>
          <w:sz w:val="26"/>
          <w:szCs w:val="26"/>
        </w:rPr>
        <w:t>lĩnh</w:t>
      </w:r>
      <w:proofErr w:type="spellEnd"/>
      <w:r w:rsidRPr="00406BBE">
        <w:rPr>
          <w:rFonts w:cs="Times New Roman"/>
          <w:i/>
          <w:sz w:val="26"/>
          <w:szCs w:val="26"/>
        </w:rPr>
        <w:t xml:space="preserve"> </w:t>
      </w:r>
      <w:proofErr w:type="spellStart"/>
      <w:r w:rsidRPr="00406BBE">
        <w:rPr>
          <w:rFonts w:cs="Times New Roman"/>
          <w:i/>
          <w:sz w:val="26"/>
          <w:szCs w:val="26"/>
        </w:rPr>
        <w:t>vực</w:t>
      </w:r>
      <w:proofErr w:type="spellEnd"/>
      <w:r w:rsidRPr="00406BBE">
        <w:rPr>
          <w:rFonts w:cs="Times New Roman"/>
          <w:i/>
          <w:sz w:val="26"/>
          <w:szCs w:val="26"/>
        </w:rPr>
        <w:t xml:space="preserve"> </w:t>
      </w:r>
      <w:proofErr w:type="spellStart"/>
      <w:r w:rsidRPr="00406BBE">
        <w:rPr>
          <w:rFonts w:cs="Times New Roman"/>
          <w:i/>
          <w:sz w:val="26"/>
          <w:szCs w:val="26"/>
        </w:rPr>
        <w:t>đăng</w:t>
      </w:r>
      <w:proofErr w:type="spellEnd"/>
      <w:r w:rsidRPr="00406BBE">
        <w:rPr>
          <w:rFonts w:cs="Times New Roman"/>
          <w:i/>
          <w:sz w:val="26"/>
          <w:szCs w:val="26"/>
        </w:rPr>
        <w:t xml:space="preserve"> </w:t>
      </w:r>
      <w:proofErr w:type="spellStart"/>
      <w:r w:rsidRPr="00406BBE">
        <w:rPr>
          <w:rFonts w:cs="Times New Roman"/>
          <w:i/>
          <w:sz w:val="26"/>
          <w:szCs w:val="26"/>
        </w:rPr>
        <w:t>ký</w:t>
      </w:r>
      <w:proofErr w:type="spellEnd"/>
      <w:r w:rsidRPr="00406BBE">
        <w:rPr>
          <w:rFonts w:cs="Times New Roman"/>
          <w:i/>
          <w:sz w:val="26"/>
          <w:szCs w:val="26"/>
        </w:rPr>
        <w:t xml:space="preserve">; </w:t>
      </w:r>
      <w:proofErr w:type="spellStart"/>
      <w:r w:rsidRPr="00406BBE">
        <w:rPr>
          <w:rFonts w:cs="Times New Roman"/>
          <w:i/>
          <w:sz w:val="26"/>
          <w:szCs w:val="26"/>
        </w:rPr>
        <w:t>ưu</w:t>
      </w:r>
      <w:proofErr w:type="spellEnd"/>
      <w:r w:rsidRPr="00406BBE">
        <w:rPr>
          <w:rFonts w:cs="Times New Roman"/>
          <w:i/>
          <w:sz w:val="26"/>
          <w:szCs w:val="26"/>
        </w:rPr>
        <w:t xml:space="preserve"> </w:t>
      </w:r>
      <w:proofErr w:type="spellStart"/>
      <w:r w:rsidRPr="00406BBE">
        <w:rPr>
          <w:rFonts w:cs="Times New Roman"/>
          <w:i/>
          <w:sz w:val="26"/>
          <w:szCs w:val="26"/>
        </w:rPr>
        <w:t>tiên</w:t>
      </w:r>
      <w:proofErr w:type="spellEnd"/>
      <w:r w:rsidRPr="00406BBE">
        <w:rPr>
          <w:rFonts w:cs="Times New Roman"/>
          <w:i/>
          <w:sz w:val="26"/>
          <w:szCs w:val="26"/>
        </w:rPr>
        <w:t xml:space="preserve"> </w:t>
      </w:r>
      <w:proofErr w:type="spellStart"/>
      <w:r w:rsidRPr="00406BBE">
        <w:rPr>
          <w:rFonts w:cs="Times New Roman"/>
          <w:i/>
          <w:sz w:val="26"/>
          <w:szCs w:val="26"/>
        </w:rPr>
        <w:t>nêu</w:t>
      </w:r>
      <w:proofErr w:type="spellEnd"/>
      <w:r w:rsidRPr="00406BBE">
        <w:rPr>
          <w:rFonts w:cs="Times New Roman"/>
          <w:i/>
          <w:sz w:val="26"/>
          <w:szCs w:val="26"/>
        </w:rPr>
        <w:t xml:space="preserve"> </w:t>
      </w:r>
      <w:proofErr w:type="spellStart"/>
      <w:r w:rsidRPr="00406BBE">
        <w:rPr>
          <w:rFonts w:cs="Times New Roman"/>
          <w:i/>
          <w:sz w:val="26"/>
          <w:szCs w:val="26"/>
        </w:rPr>
        <w:t>rõ</w:t>
      </w:r>
      <w:proofErr w:type="spellEnd"/>
      <w:r w:rsidRPr="00406BBE">
        <w:rPr>
          <w:rFonts w:cs="Times New Roman"/>
          <w:i/>
          <w:sz w:val="26"/>
          <w:szCs w:val="26"/>
        </w:rPr>
        <w:t xml:space="preserve"> </w:t>
      </w:r>
      <w:proofErr w:type="spellStart"/>
      <w:r w:rsidRPr="00406BBE">
        <w:rPr>
          <w:rFonts w:cs="Times New Roman"/>
          <w:i/>
          <w:sz w:val="26"/>
          <w:szCs w:val="26"/>
        </w:rPr>
        <w:t>vai</w:t>
      </w:r>
      <w:proofErr w:type="spellEnd"/>
      <w:r w:rsidRPr="00406BBE">
        <w:rPr>
          <w:rFonts w:cs="Times New Roman"/>
          <w:i/>
          <w:sz w:val="26"/>
          <w:szCs w:val="26"/>
        </w:rPr>
        <w:t xml:space="preserve"> </w:t>
      </w:r>
      <w:proofErr w:type="spellStart"/>
      <w:r w:rsidRPr="00406BBE">
        <w:rPr>
          <w:rFonts w:cs="Times New Roman"/>
          <w:i/>
          <w:sz w:val="26"/>
          <w:szCs w:val="26"/>
        </w:rPr>
        <w:t>trò</w:t>
      </w:r>
      <w:proofErr w:type="spellEnd"/>
      <w:r w:rsidRPr="00406BBE">
        <w:rPr>
          <w:rFonts w:cs="Times New Roman"/>
          <w:i/>
          <w:sz w:val="26"/>
          <w:szCs w:val="26"/>
        </w:rPr>
        <w:t xml:space="preserve"> </w:t>
      </w:r>
      <w:proofErr w:type="spellStart"/>
      <w:r w:rsidRPr="00406BBE">
        <w:rPr>
          <w:rFonts w:cs="Times New Roman"/>
          <w:i/>
          <w:sz w:val="26"/>
          <w:szCs w:val="26"/>
        </w:rPr>
        <w:t>cá</w:t>
      </w:r>
      <w:proofErr w:type="spellEnd"/>
      <w:r w:rsidRPr="00406BBE">
        <w:rPr>
          <w:rFonts w:cs="Times New Roman"/>
          <w:i/>
          <w:sz w:val="26"/>
          <w:szCs w:val="26"/>
        </w:rPr>
        <w:t xml:space="preserve"> </w:t>
      </w:r>
      <w:proofErr w:type="spellStart"/>
      <w:r w:rsidRPr="00406BBE">
        <w:rPr>
          <w:rFonts w:cs="Times New Roman"/>
          <w:i/>
          <w:sz w:val="26"/>
          <w:szCs w:val="26"/>
        </w:rPr>
        <w:t>nhân</w:t>
      </w:r>
      <w:proofErr w:type="spellEnd"/>
      <w:r w:rsidRPr="00406BBE">
        <w:rPr>
          <w:rFonts w:cs="Times New Roman"/>
          <w:i/>
          <w:sz w:val="26"/>
          <w:szCs w:val="26"/>
        </w:rPr>
        <w:t xml:space="preserve"> </w:t>
      </w:r>
      <w:proofErr w:type="spellStart"/>
      <w:r w:rsidRPr="00406BBE">
        <w:rPr>
          <w:rFonts w:cs="Times New Roman"/>
          <w:i/>
          <w:sz w:val="26"/>
          <w:szCs w:val="26"/>
        </w:rPr>
        <w:t>và</w:t>
      </w:r>
      <w:proofErr w:type="spellEnd"/>
      <w:r w:rsidRPr="00406BBE">
        <w:rPr>
          <w:rFonts w:cs="Times New Roman"/>
          <w:i/>
          <w:sz w:val="26"/>
          <w:szCs w:val="26"/>
        </w:rPr>
        <w:t xml:space="preserve"> </w:t>
      </w:r>
      <w:proofErr w:type="spellStart"/>
      <w:r w:rsidRPr="00406BBE">
        <w:rPr>
          <w:rFonts w:cs="Times New Roman"/>
          <w:i/>
          <w:sz w:val="26"/>
          <w:szCs w:val="26"/>
        </w:rPr>
        <w:t>thông</w:t>
      </w:r>
      <w:proofErr w:type="spellEnd"/>
      <w:r w:rsidRPr="00406BBE">
        <w:rPr>
          <w:rFonts w:cs="Times New Roman"/>
          <w:i/>
          <w:sz w:val="26"/>
          <w:szCs w:val="26"/>
        </w:rPr>
        <w:t xml:space="preserve"> tin </w:t>
      </w:r>
      <w:proofErr w:type="spellStart"/>
      <w:r w:rsidRPr="00406BBE">
        <w:rPr>
          <w:rFonts w:cs="Times New Roman"/>
          <w:i/>
          <w:sz w:val="26"/>
          <w:szCs w:val="26"/>
        </w:rPr>
        <w:t>định</w:t>
      </w:r>
      <w:proofErr w:type="spellEnd"/>
      <w:r w:rsidRPr="00406BBE">
        <w:rPr>
          <w:rFonts w:cs="Times New Roman"/>
          <w:i/>
          <w:sz w:val="26"/>
          <w:szCs w:val="26"/>
        </w:rPr>
        <w:t xml:space="preserve"> </w:t>
      </w:r>
      <w:proofErr w:type="spellStart"/>
      <w:r w:rsidRPr="00406BBE">
        <w:rPr>
          <w:rFonts w:cs="Times New Roman"/>
          <w:i/>
          <w:sz w:val="26"/>
          <w:szCs w:val="26"/>
        </w:rPr>
        <w:t>danh</w:t>
      </w:r>
      <w:proofErr w:type="spellEnd"/>
      <w:r w:rsidRPr="00406BBE">
        <w:rPr>
          <w:rFonts w:cs="Times New Roman"/>
          <w:i/>
          <w:sz w:val="26"/>
          <w:szCs w:val="26"/>
        </w:rPr>
        <w:t>/</w:t>
      </w:r>
      <w:proofErr w:type="spellStart"/>
      <w:r w:rsidRPr="00406BBE">
        <w:rPr>
          <w:rFonts w:cs="Times New Roman"/>
          <w:i/>
          <w:sz w:val="26"/>
          <w:szCs w:val="26"/>
        </w:rPr>
        <w:t>tài</w:t>
      </w:r>
      <w:proofErr w:type="spellEnd"/>
      <w:r w:rsidRPr="00406BBE">
        <w:rPr>
          <w:rFonts w:cs="Times New Roman"/>
          <w:i/>
          <w:sz w:val="26"/>
          <w:szCs w:val="26"/>
        </w:rPr>
        <w:t xml:space="preserve"> </w:t>
      </w:r>
      <w:proofErr w:type="spellStart"/>
      <w:r w:rsidRPr="00406BBE">
        <w:rPr>
          <w:rFonts w:cs="Times New Roman"/>
          <w:i/>
          <w:sz w:val="26"/>
          <w:szCs w:val="26"/>
        </w:rPr>
        <w:t>liệu</w:t>
      </w:r>
      <w:proofErr w:type="spellEnd"/>
      <w:r w:rsidRPr="00406BBE">
        <w:rPr>
          <w:rFonts w:cs="Times New Roman"/>
          <w:i/>
          <w:sz w:val="26"/>
          <w:szCs w:val="26"/>
        </w:rPr>
        <w:t xml:space="preserve"> </w:t>
      </w:r>
      <w:proofErr w:type="spellStart"/>
      <w:r w:rsidRPr="00406BBE">
        <w:rPr>
          <w:rFonts w:cs="Times New Roman"/>
          <w:i/>
          <w:sz w:val="26"/>
          <w:szCs w:val="26"/>
        </w:rPr>
        <w:t>minh</w:t>
      </w:r>
      <w:proofErr w:type="spellEnd"/>
      <w:r w:rsidRPr="00406BBE">
        <w:rPr>
          <w:rFonts w:cs="Times New Roman"/>
          <w:i/>
          <w:sz w:val="26"/>
          <w:szCs w:val="26"/>
        </w:rPr>
        <w:t xml:space="preserve"> </w:t>
      </w:r>
      <w:proofErr w:type="spellStart"/>
      <w:r w:rsidRPr="00406BBE">
        <w:rPr>
          <w:rFonts w:cs="Times New Roman"/>
          <w:i/>
          <w:sz w:val="26"/>
          <w:szCs w:val="26"/>
        </w:rPr>
        <w:t>chứng</w:t>
      </w:r>
      <w:proofErr w:type="spellEnd"/>
      <w:r w:rsidRPr="00406BBE">
        <w:rPr>
          <w:rFonts w:cs="Times New Roman"/>
          <w:i/>
          <w:sz w:val="26"/>
          <w:szCs w:val="26"/>
        </w:rPr>
        <w:t xml:space="preserve">. Chi </w:t>
      </w:r>
      <w:proofErr w:type="spellStart"/>
      <w:r w:rsidRPr="00406BBE">
        <w:rPr>
          <w:rFonts w:cs="Times New Roman"/>
          <w:i/>
          <w:sz w:val="26"/>
          <w:szCs w:val="26"/>
        </w:rPr>
        <w:t>tiết</w:t>
      </w:r>
      <w:proofErr w:type="spellEnd"/>
      <w:r w:rsidRPr="00406BBE">
        <w:rPr>
          <w:rFonts w:cs="Times New Roman"/>
          <w:i/>
          <w:sz w:val="26"/>
          <w:szCs w:val="26"/>
        </w:rPr>
        <w:t xml:space="preserve"> </w:t>
      </w:r>
      <w:proofErr w:type="spellStart"/>
      <w:r w:rsidRPr="00406BBE">
        <w:rPr>
          <w:rFonts w:cs="Times New Roman"/>
          <w:i/>
          <w:sz w:val="26"/>
          <w:szCs w:val="26"/>
        </w:rPr>
        <w:t>thể</w:t>
      </w:r>
      <w:proofErr w:type="spellEnd"/>
      <w:r w:rsidRPr="00406BBE">
        <w:rPr>
          <w:rFonts w:cs="Times New Roman"/>
          <w:i/>
          <w:sz w:val="26"/>
          <w:szCs w:val="26"/>
        </w:rPr>
        <w:t xml:space="preserve"> </w:t>
      </w:r>
      <w:proofErr w:type="spellStart"/>
      <w:r w:rsidRPr="00406BBE">
        <w:rPr>
          <w:rFonts w:cs="Times New Roman"/>
          <w:i/>
          <w:sz w:val="26"/>
          <w:szCs w:val="26"/>
        </w:rPr>
        <w:t>hiện</w:t>
      </w:r>
      <w:proofErr w:type="spellEnd"/>
      <w:r w:rsidRPr="00406BBE">
        <w:rPr>
          <w:rFonts w:cs="Times New Roman"/>
          <w:i/>
          <w:sz w:val="26"/>
          <w:szCs w:val="26"/>
        </w:rPr>
        <w:t xml:space="preserve"> </w:t>
      </w:r>
      <w:proofErr w:type="spellStart"/>
      <w:r w:rsidRPr="00406BBE">
        <w:rPr>
          <w:rFonts w:cs="Times New Roman"/>
          <w:i/>
          <w:sz w:val="26"/>
          <w:szCs w:val="26"/>
        </w:rPr>
        <w:t>trong</w:t>
      </w:r>
      <w:proofErr w:type="spellEnd"/>
      <w:r w:rsidRPr="00406BBE">
        <w:rPr>
          <w:rFonts w:cs="Times New Roman"/>
          <w:i/>
          <w:sz w:val="26"/>
          <w:szCs w:val="26"/>
        </w:rPr>
        <w:t xml:space="preserve"> Lý </w:t>
      </w:r>
      <w:proofErr w:type="spellStart"/>
      <w:r w:rsidRPr="00406BBE">
        <w:rPr>
          <w:rFonts w:cs="Times New Roman"/>
          <w:i/>
          <w:sz w:val="26"/>
          <w:szCs w:val="26"/>
        </w:rPr>
        <w:t>lịch</w:t>
      </w:r>
      <w:proofErr w:type="spellEnd"/>
      <w:r w:rsidRPr="00406BBE">
        <w:rPr>
          <w:rFonts w:cs="Times New Roman"/>
          <w:i/>
          <w:sz w:val="26"/>
          <w:szCs w:val="26"/>
        </w:rPr>
        <w:t xml:space="preserve"> khoa </w:t>
      </w:r>
      <w:proofErr w:type="spellStart"/>
      <w:r w:rsidRPr="00406BBE">
        <w:rPr>
          <w:rFonts w:cs="Times New Roman"/>
          <w:i/>
          <w:sz w:val="26"/>
          <w:szCs w:val="26"/>
        </w:rPr>
        <w:t>học</w:t>
      </w:r>
      <w:proofErr w:type="spellEnd"/>
      <w:r w:rsidRPr="00406BBE">
        <w:rPr>
          <w:rFonts w:cs="Times New Roman"/>
          <w:i/>
          <w:sz w:val="26"/>
          <w:szCs w:val="26"/>
        </w:rPr>
        <w:t xml:space="preserve"> </w:t>
      </w:r>
      <w:proofErr w:type="spellStart"/>
      <w:r w:rsidRPr="00406BBE">
        <w:rPr>
          <w:rFonts w:cs="Times New Roman"/>
          <w:i/>
          <w:sz w:val="26"/>
          <w:szCs w:val="26"/>
        </w:rPr>
        <w:t>và</w:t>
      </w:r>
      <w:proofErr w:type="spellEnd"/>
      <w:r w:rsidRPr="00406BBE">
        <w:rPr>
          <w:rFonts w:cs="Times New Roman"/>
          <w:i/>
          <w:sz w:val="26"/>
          <w:szCs w:val="26"/>
        </w:rPr>
        <w:t xml:space="preserve"> </w:t>
      </w:r>
      <w:proofErr w:type="spellStart"/>
      <w:r w:rsidRPr="00406BBE">
        <w:rPr>
          <w:rFonts w:cs="Times New Roman"/>
          <w:i/>
          <w:sz w:val="26"/>
          <w:szCs w:val="26"/>
        </w:rPr>
        <w:t>tài</w:t>
      </w:r>
      <w:proofErr w:type="spellEnd"/>
      <w:r w:rsidRPr="00406BBE">
        <w:rPr>
          <w:rFonts w:cs="Times New Roman"/>
          <w:i/>
          <w:sz w:val="26"/>
          <w:szCs w:val="26"/>
        </w:rPr>
        <w:t xml:space="preserve"> </w:t>
      </w:r>
      <w:proofErr w:type="spellStart"/>
      <w:r w:rsidRPr="00406BBE">
        <w:rPr>
          <w:rFonts w:cs="Times New Roman"/>
          <w:i/>
          <w:sz w:val="26"/>
          <w:szCs w:val="26"/>
        </w:rPr>
        <w:t>liệu</w:t>
      </w:r>
      <w:proofErr w:type="spellEnd"/>
      <w:r w:rsidRPr="00406BBE">
        <w:rPr>
          <w:rFonts w:cs="Times New Roman"/>
          <w:i/>
          <w:sz w:val="26"/>
          <w:szCs w:val="26"/>
        </w:rPr>
        <w:t xml:space="preserve"> </w:t>
      </w:r>
      <w:proofErr w:type="spellStart"/>
      <w:r w:rsidRPr="00406BBE">
        <w:rPr>
          <w:rFonts w:cs="Times New Roman"/>
          <w:i/>
          <w:sz w:val="26"/>
          <w:szCs w:val="26"/>
        </w:rPr>
        <w:t>kèm</w:t>
      </w:r>
      <w:proofErr w:type="spellEnd"/>
      <w:r w:rsidRPr="00406BBE">
        <w:rPr>
          <w:rFonts w:cs="Times New Roman"/>
          <w:i/>
          <w:sz w:val="26"/>
          <w:szCs w:val="26"/>
        </w:rPr>
        <w:t xml:space="preserve"> </w:t>
      </w:r>
      <w:proofErr w:type="spellStart"/>
      <w:r w:rsidRPr="00406BBE">
        <w:rPr>
          <w:rFonts w:cs="Times New Roman"/>
          <w:i/>
          <w:sz w:val="26"/>
          <w:szCs w:val="26"/>
        </w:rPr>
        <w:t>theo.</w:t>
      </w:r>
      <w:proofErr w:type="spellEnd"/>
    </w:p>
    <w:p w14:paraId="7E4687CF" w14:textId="77777777" w:rsidR="00BB6FA2" w:rsidRPr="00406BBE" w:rsidRDefault="00222B21" w:rsidP="0029031A">
      <w:pPr>
        <w:spacing w:before="120" w:after="120" w:line="240" w:lineRule="auto"/>
        <w:jc w:val="both"/>
        <w:rPr>
          <w:rFonts w:cs="Times New Roman"/>
          <w:sz w:val="26"/>
          <w:szCs w:val="26"/>
        </w:rPr>
      </w:pPr>
      <w:r w:rsidRPr="00406BBE">
        <w:rPr>
          <w:rFonts w:cs="Times New Roman"/>
          <w:sz w:val="26"/>
          <w:szCs w:val="26"/>
        </w:rPr>
        <w:t xml:space="preserve">4.1. Công </w:t>
      </w:r>
      <w:proofErr w:type="spellStart"/>
      <w:r w:rsidRPr="00406BBE">
        <w:rPr>
          <w:rFonts w:cs="Times New Roman"/>
          <w:sz w:val="26"/>
          <w:szCs w:val="26"/>
        </w:rPr>
        <w:t>bố</w:t>
      </w:r>
      <w:proofErr w:type="spellEnd"/>
      <w:r w:rsidRPr="00406BBE">
        <w:rPr>
          <w:rFonts w:cs="Times New Roman"/>
          <w:sz w:val="26"/>
          <w:szCs w:val="26"/>
        </w:rPr>
        <w:t xml:space="preserve"> khoa </w:t>
      </w:r>
      <w:proofErr w:type="spellStart"/>
      <w:r w:rsidRPr="00406BBE">
        <w:rPr>
          <w:rFonts w:cs="Times New Roman"/>
          <w:sz w:val="26"/>
          <w:szCs w:val="26"/>
        </w:rPr>
        <w:t>học</w:t>
      </w:r>
      <w:proofErr w:type="spellEnd"/>
      <w:r w:rsidRPr="00406BBE">
        <w:rPr>
          <w:rFonts w:cs="Times New Roman"/>
          <w:sz w:val="26"/>
          <w:szCs w:val="26"/>
        </w:rPr>
        <w:t xml:space="preserve">: </w:t>
      </w:r>
      <w:proofErr w:type="spellStart"/>
      <w:r w:rsidRPr="00406BBE">
        <w:rPr>
          <w:rFonts w:cs="Times New Roman"/>
          <w:sz w:val="26"/>
          <w:szCs w:val="26"/>
        </w:rPr>
        <w:t>số</w:t>
      </w:r>
      <w:proofErr w:type="spellEnd"/>
      <w:r w:rsidRPr="00406BBE">
        <w:rPr>
          <w:rFonts w:cs="Times New Roman"/>
          <w:sz w:val="26"/>
          <w:szCs w:val="26"/>
        </w:rPr>
        <w:t xml:space="preserve"> </w:t>
      </w:r>
      <w:proofErr w:type="spellStart"/>
      <w:r w:rsidRPr="00406BBE">
        <w:rPr>
          <w:rFonts w:cs="Times New Roman"/>
          <w:sz w:val="26"/>
          <w:szCs w:val="26"/>
        </w:rPr>
        <w:t>lượng</w:t>
      </w:r>
      <w:proofErr w:type="spellEnd"/>
      <w:r w:rsidRPr="00406BBE">
        <w:rPr>
          <w:rFonts w:cs="Times New Roman"/>
          <w:sz w:val="26"/>
          <w:szCs w:val="26"/>
        </w:rPr>
        <w:t xml:space="preserve"> </w:t>
      </w:r>
      <w:proofErr w:type="spellStart"/>
      <w:r w:rsidRPr="00406BBE">
        <w:rPr>
          <w:rFonts w:cs="Times New Roman"/>
          <w:sz w:val="26"/>
          <w:szCs w:val="26"/>
        </w:rPr>
        <w:t>bài</w:t>
      </w:r>
      <w:proofErr w:type="spellEnd"/>
      <w:r w:rsidRPr="00406BBE">
        <w:rPr>
          <w:rFonts w:cs="Times New Roman"/>
          <w:sz w:val="26"/>
          <w:szCs w:val="26"/>
        </w:rPr>
        <w:t xml:space="preserve"> </w:t>
      </w:r>
      <w:proofErr w:type="spellStart"/>
      <w:r w:rsidRPr="00406BBE">
        <w:rPr>
          <w:rFonts w:cs="Times New Roman"/>
          <w:sz w:val="26"/>
          <w:szCs w:val="26"/>
        </w:rPr>
        <w:t>báo</w:t>
      </w:r>
      <w:proofErr w:type="spellEnd"/>
      <w:r w:rsidRPr="00406BBE">
        <w:rPr>
          <w:rFonts w:cs="Times New Roman"/>
          <w:sz w:val="26"/>
          <w:szCs w:val="26"/>
        </w:rPr>
        <w:t xml:space="preserve"> </w:t>
      </w:r>
      <w:proofErr w:type="spellStart"/>
      <w:r w:rsidRPr="00406BBE">
        <w:rPr>
          <w:rFonts w:cs="Times New Roman"/>
          <w:sz w:val="26"/>
          <w:szCs w:val="26"/>
        </w:rPr>
        <w:t>WoS</w:t>
      </w:r>
      <w:proofErr w:type="spellEnd"/>
      <w:r w:rsidRPr="00406BBE">
        <w:rPr>
          <w:rFonts w:cs="Times New Roman"/>
          <w:sz w:val="26"/>
          <w:szCs w:val="26"/>
        </w:rPr>
        <w:t xml:space="preserve">/Scopus; </w:t>
      </w:r>
      <w:proofErr w:type="spellStart"/>
      <w:r w:rsidRPr="00406BBE">
        <w:rPr>
          <w:rFonts w:cs="Times New Roman"/>
          <w:sz w:val="26"/>
          <w:szCs w:val="26"/>
        </w:rPr>
        <w:t>sách</w:t>
      </w:r>
      <w:proofErr w:type="spellEnd"/>
      <w:r w:rsidRPr="00406BBE">
        <w:rPr>
          <w:rFonts w:cs="Times New Roman"/>
          <w:sz w:val="26"/>
          <w:szCs w:val="26"/>
        </w:rPr>
        <w:t>/</w:t>
      </w:r>
      <w:proofErr w:type="spellStart"/>
      <w:r w:rsidRPr="00406BBE">
        <w:rPr>
          <w:rFonts w:cs="Times New Roman"/>
          <w:sz w:val="26"/>
          <w:szCs w:val="26"/>
        </w:rPr>
        <w:t>chương</w:t>
      </w:r>
      <w:proofErr w:type="spellEnd"/>
      <w:r w:rsidRPr="00406BBE">
        <w:rPr>
          <w:rFonts w:cs="Times New Roman"/>
          <w:sz w:val="26"/>
          <w:szCs w:val="26"/>
        </w:rPr>
        <w:t xml:space="preserve"> </w:t>
      </w:r>
      <w:proofErr w:type="spellStart"/>
      <w:r w:rsidRPr="00406BBE">
        <w:rPr>
          <w:rFonts w:cs="Times New Roman"/>
          <w:sz w:val="26"/>
          <w:szCs w:val="26"/>
        </w:rPr>
        <w:t>sách</w:t>
      </w:r>
      <w:proofErr w:type="spellEnd"/>
      <w:r w:rsidRPr="00406BBE">
        <w:rPr>
          <w:rFonts w:cs="Times New Roman"/>
          <w:sz w:val="26"/>
          <w:szCs w:val="26"/>
        </w:rPr>
        <w:t xml:space="preserve"> </w:t>
      </w:r>
      <w:proofErr w:type="spellStart"/>
      <w:r w:rsidRPr="00406BBE">
        <w:rPr>
          <w:rFonts w:cs="Times New Roman"/>
          <w:sz w:val="26"/>
          <w:szCs w:val="26"/>
        </w:rPr>
        <w:t>chuyên</w:t>
      </w:r>
      <w:proofErr w:type="spellEnd"/>
      <w:r w:rsidRPr="00406BBE">
        <w:rPr>
          <w:rFonts w:cs="Times New Roman"/>
          <w:sz w:val="26"/>
          <w:szCs w:val="26"/>
        </w:rPr>
        <w:t xml:space="preserve"> </w:t>
      </w:r>
      <w:proofErr w:type="spellStart"/>
      <w:r w:rsidRPr="00406BBE">
        <w:rPr>
          <w:rFonts w:cs="Times New Roman"/>
          <w:sz w:val="26"/>
          <w:szCs w:val="26"/>
        </w:rPr>
        <w:t>khảo</w:t>
      </w:r>
      <w:proofErr w:type="spellEnd"/>
      <w:r w:rsidRPr="00406BBE">
        <w:rPr>
          <w:rFonts w:cs="Times New Roman"/>
          <w:sz w:val="26"/>
          <w:szCs w:val="26"/>
        </w:rPr>
        <w:t xml:space="preserve">; </w:t>
      </w:r>
      <w:proofErr w:type="spellStart"/>
      <w:r w:rsidRPr="00406BBE">
        <w:rPr>
          <w:rFonts w:cs="Times New Roman"/>
          <w:sz w:val="26"/>
          <w:szCs w:val="26"/>
        </w:rPr>
        <w:t>báo</w:t>
      </w:r>
      <w:proofErr w:type="spellEnd"/>
      <w:r w:rsidRPr="00406BBE">
        <w:rPr>
          <w:rFonts w:cs="Times New Roman"/>
          <w:sz w:val="26"/>
          <w:szCs w:val="26"/>
        </w:rPr>
        <w:t xml:space="preserve"> </w:t>
      </w:r>
      <w:proofErr w:type="spellStart"/>
      <w:r w:rsidRPr="00406BBE">
        <w:rPr>
          <w:rFonts w:cs="Times New Roman"/>
          <w:sz w:val="26"/>
          <w:szCs w:val="26"/>
        </w:rPr>
        <w:t>cáo</w:t>
      </w:r>
      <w:proofErr w:type="spellEnd"/>
      <w:r w:rsidRPr="00406BBE">
        <w:rPr>
          <w:rFonts w:cs="Times New Roman"/>
          <w:sz w:val="26"/>
          <w:szCs w:val="26"/>
        </w:rPr>
        <w:t xml:space="preserve"> </w:t>
      </w:r>
      <w:proofErr w:type="spellStart"/>
      <w:r w:rsidRPr="00406BBE">
        <w:rPr>
          <w:rFonts w:cs="Times New Roman"/>
          <w:sz w:val="26"/>
          <w:szCs w:val="26"/>
        </w:rPr>
        <w:t>tại</w:t>
      </w:r>
      <w:proofErr w:type="spellEnd"/>
      <w:r w:rsidRPr="00406BBE">
        <w:rPr>
          <w:rFonts w:cs="Times New Roman"/>
          <w:sz w:val="26"/>
          <w:szCs w:val="26"/>
        </w:rPr>
        <w:t xml:space="preserve"> </w:t>
      </w:r>
      <w:proofErr w:type="spellStart"/>
      <w:r w:rsidRPr="00406BBE">
        <w:rPr>
          <w:rFonts w:cs="Times New Roman"/>
          <w:sz w:val="26"/>
          <w:szCs w:val="26"/>
        </w:rPr>
        <w:t>hội</w:t>
      </w:r>
      <w:proofErr w:type="spellEnd"/>
      <w:r w:rsidRPr="00406BBE">
        <w:rPr>
          <w:rFonts w:cs="Times New Roman"/>
          <w:sz w:val="26"/>
          <w:szCs w:val="26"/>
        </w:rPr>
        <w:t xml:space="preserve"> </w:t>
      </w:r>
      <w:proofErr w:type="spellStart"/>
      <w:r w:rsidRPr="00406BBE">
        <w:rPr>
          <w:rFonts w:cs="Times New Roman"/>
          <w:sz w:val="26"/>
          <w:szCs w:val="26"/>
        </w:rPr>
        <w:t>nghị</w:t>
      </w:r>
      <w:proofErr w:type="spellEnd"/>
      <w:r w:rsidRPr="00406BBE">
        <w:rPr>
          <w:rFonts w:cs="Times New Roman"/>
          <w:sz w:val="26"/>
          <w:szCs w:val="26"/>
        </w:rPr>
        <w:t xml:space="preserve"> khoa </w:t>
      </w:r>
      <w:proofErr w:type="spellStart"/>
      <w:r w:rsidRPr="00406BBE">
        <w:rPr>
          <w:rFonts w:cs="Times New Roman"/>
          <w:sz w:val="26"/>
          <w:szCs w:val="26"/>
        </w:rPr>
        <w:t>học</w:t>
      </w:r>
      <w:proofErr w:type="spellEnd"/>
      <w:r w:rsidRPr="00406BBE">
        <w:rPr>
          <w:rFonts w:cs="Times New Roman"/>
          <w:sz w:val="26"/>
          <w:szCs w:val="26"/>
        </w:rPr>
        <w:t xml:space="preserve"> </w:t>
      </w:r>
      <w:proofErr w:type="spellStart"/>
      <w:r w:rsidRPr="00406BBE">
        <w:rPr>
          <w:rFonts w:cs="Times New Roman"/>
          <w:sz w:val="26"/>
          <w:szCs w:val="26"/>
        </w:rPr>
        <w:t>quốc</w:t>
      </w:r>
      <w:proofErr w:type="spellEnd"/>
      <w:r w:rsidRPr="00406BBE">
        <w:rPr>
          <w:rFonts w:cs="Times New Roman"/>
          <w:sz w:val="26"/>
          <w:szCs w:val="26"/>
        </w:rPr>
        <w:t xml:space="preserve"> </w:t>
      </w:r>
      <w:proofErr w:type="spellStart"/>
      <w:r w:rsidRPr="00406BBE">
        <w:rPr>
          <w:rFonts w:cs="Times New Roman"/>
          <w:sz w:val="26"/>
          <w:szCs w:val="26"/>
        </w:rPr>
        <w:t>tế</w:t>
      </w:r>
      <w:proofErr w:type="spellEnd"/>
      <w:r w:rsidRPr="00406BBE">
        <w:rPr>
          <w:rFonts w:cs="Times New Roman"/>
          <w:sz w:val="26"/>
          <w:szCs w:val="26"/>
        </w:rPr>
        <w:t xml:space="preserve">; </w:t>
      </w:r>
      <w:proofErr w:type="spellStart"/>
      <w:r w:rsidRPr="00406BBE">
        <w:rPr>
          <w:rFonts w:cs="Times New Roman"/>
          <w:sz w:val="26"/>
          <w:szCs w:val="26"/>
        </w:rPr>
        <w:t>nêu</w:t>
      </w:r>
      <w:proofErr w:type="spellEnd"/>
      <w:r w:rsidRPr="00406BBE">
        <w:rPr>
          <w:rFonts w:cs="Times New Roman"/>
          <w:sz w:val="26"/>
          <w:szCs w:val="26"/>
        </w:rPr>
        <w:t xml:space="preserve"> 03–05 </w:t>
      </w:r>
      <w:proofErr w:type="spellStart"/>
      <w:r w:rsidRPr="00406BBE">
        <w:rPr>
          <w:rFonts w:cs="Times New Roman"/>
          <w:sz w:val="26"/>
          <w:szCs w:val="26"/>
        </w:rPr>
        <w:t>công</w:t>
      </w:r>
      <w:proofErr w:type="spellEnd"/>
      <w:r w:rsidRPr="00406BBE">
        <w:rPr>
          <w:rFonts w:cs="Times New Roman"/>
          <w:sz w:val="26"/>
          <w:szCs w:val="26"/>
        </w:rPr>
        <w:t xml:space="preserve"> </w:t>
      </w:r>
      <w:proofErr w:type="spellStart"/>
      <w:r w:rsidRPr="00406BBE">
        <w:rPr>
          <w:rFonts w:cs="Times New Roman"/>
          <w:sz w:val="26"/>
          <w:szCs w:val="26"/>
        </w:rPr>
        <w:t>trình</w:t>
      </w:r>
      <w:proofErr w:type="spellEnd"/>
      <w:r w:rsidRPr="00406BBE">
        <w:rPr>
          <w:rFonts w:cs="Times New Roman"/>
          <w:sz w:val="26"/>
          <w:szCs w:val="26"/>
        </w:rPr>
        <w:t xml:space="preserve"> </w:t>
      </w:r>
      <w:proofErr w:type="spellStart"/>
      <w:r w:rsidRPr="00406BBE">
        <w:rPr>
          <w:rFonts w:cs="Times New Roman"/>
          <w:sz w:val="26"/>
          <w:szCs w:val="26"/>
        </w:rPr>
        <w:t>tiêu</w:t>
      </w:r>
      <w:proofErr w:type="spellEnd"/>
      <w:r w:rsidRPr="00406BBE">
        <w:rPr>
          <w:rFonts w:cs="Times New Roman"/>
          <w:sz w:val="26"/>
          <w:szCs w:val="26"/>
        </w:rPr>
        <w:t xml:space="preserve"> </w:t>
      </w:r>
      <w:proofErr w:type="spellStart"/>
      <w:r w:rsidRPr="00406BBE">
        <w:rPr>
          <w:rFonts w:cs="Times New Roman"/>
          <w:sz w:val="26"/>
          <w:szCs w:val="26"/>
        </w:rPr>
        <w:t>biểu</w:t>
      </w:r>
      <w:proofErr w:type="spellEnd"/>
      <w:r w:rsidRPr="00406BBE">
        <w:rPr>
          <w:rFonts w:cs="Times New Roman"/>
          <w:sz w:val="26"/>
          <w:szCs w:val="26"/>
        </w:rPr>
        <w:t xml:space="preserve"> (</w:t>
      </w:r>
      <w:proofErr w:type="spellStart"/>
      <w:r w:rsidRPr="00406BBE">
        <w:rPr>
          <w:rFonts w:cs="Times New Roman"/>
          <w:sz w:val="26"/>
          <w:szCs w:val="26"/>
        </w:rPr>
        <w:t>tên</w:t>
      </w:r>
      <w:proofErr w:type="spellEnd"/>
      <w:r w:rsidRPr="00406BBE">
        <w:rPr>
          <w:rFonts w:cs="Times New Roman"/>
          <w:sz w:val="26"/>
          <w:szCs w:val="26"/>
        </w:rPr>
        <w:t xml:space="preserve">, </w:t>
      </w:r>
      <w:proofErr w:type="spellStart"/>
      <w:r w:rsidRPr="00406BBE">
        <w:rPr>
          <w:rFonts w:cs="Times New Roman"/>
          <w:sz w:val="26"/>
          <w:szCs w:val="26"/>
        </w:rPr>
        <w:t>năm</w:t>
      </w:r>
      <w:proofErr w:type="spellEnd"/>
      <w:r w:rsidRPr="00406BBE">
        <w:rPr>
          <w:rFonts w:cs="Times New Roman"/>
          <w:sz w:val="26"/>
          <w:szCs w:val="26"/>
        </w:rPr>
        <w:t xml:space="preserve">, </w:t>
      </w:r>
      <w:proofErr w:type="spellStart"/>
      <w:r w:rsidRPr="00406BBE">
        <w:rPr>
          <w:rFonts w:cs="Times New Roman"/>
          <w:sz w:val="26"/>
          <w:szCs w:val="26"/>
        </w:rPr>
        <w:t>tạp</w:t>
      </w:r>
      <w:proofErr w:type="spellEnd"/>
      <w:r w:rsidRPr="00406BBE">
        <w:rPr>
          <w:rFonts w:cs="Times New Roman"/>
          <w:sz w:val="26"/>
          <w:szCs w:val="26"/>
        </w:rPr>
        <w:t xml:space="preserve"> </w:t>
      </w:r>
      <w:proofErr w:type="spellStart"/>
      <w:r w:rsidRPr="00406BBE">
        <w:rPr>
          <w:rFonts w:cs="Times New Roman"/>
          <w:sz w:val="26"/>
          <w:szCs w:val="26"/>
        </w:rPr>
        <w:t>chí</w:t>
      </w:r>
      <w:proofErr w:type="spellEnd"/>
      <w:r w:rsidRPr="00406BBE">
        <w:rPr>
          <w:rFonts w:cs="Times New Roman"/>
          <w:sz w:val="26"/>
          <w:szCs w:val="26"/>
        </w:rPr>
        <w:t>/</w:t>
      </w:r>
      <w:proofErr w:type="spellStart"/>
      <w:r w:rsidRPr="00406BBE">
        <w:rPr>
          <w:rFonts w:cs="Times New Roman"/>
          <w:sz w:val="26"/>
          <w:szCs w:val="26"/>
        </w:rPr>
        <w:t>hội</w:t>
      </w:r>
      <w:proofErr w:type="spellEnd"/>
      <w:r w:rsidRPr="00406BBE">
        <w:rPr>
          <w:rFonts w:cs="Times New Roman"/>
          <w:sz w:val="26"/>
          <w:szCs w:val="26"/>
        </w:rPr>
        <w:t xml:space="preserve"> </w:t>
      </w:r>
      <w:proofErr w:type="spellStart"/>
      <w:r w:rsidRPr="00406BBE">
        <w:rPr>
          <w:rFonts w:cs="Times New Roman"/>
          <w:sz w:val="26"/>
          <w:szCs w:val="26"/>
        </w:rPr>
        <w:t>nghị</w:t>
      </w:r>
      <w:proofErr w:type="spellEnd"/>
      <w:r w:rsidRPr="00406BBE">
        <w:rPr>
          <w:rFonts w:cs="Times New Roman"/>
          <w:sz w:val="26"/>
          <w:szCs w:val="26"/>
        </w:rPr>
        <w:t>, DOI/</w:t>
      </w:r>
      <w:proofErr w:type="spellStart"/>
      <w:r w:rsidRPr="00406BBE">
        <w:rPr>
          <w:rFonts w:cs="Times New Roman"/>
          <w:sz w:val="26"/>
          <w:szCs w:val="26"/>
        </w:rPr>
        <w:t>đường</w:t>
      </w:r>
      <w:proofErr w:type="spellEnd"/>
      <w:r w:rsidRPr="00406BBE">
        <w:rPr>
          <w:rFonts w:cs="Times New Roman"/>
          <w:sz w:val="26"/>
          <w:szCs w:val="26"/>
        </w:rPr>
        <w:t xml:space="preserve"> </w:t>
      </w:r>
      <w:proofErr w:type="spellStart"/>
      <w:r w:rsidRPr="00406BBE">
        <w:rPr>
          <w:rFonts w:cs="Times New Roman"/>
          <w:sz w:val="26"/>
          <w:szCs w:val="26"/>
        </w:rPr>
        <w:t>dẫn</w:t>
      </w:r>
      <w:proofErr w:type="spellEnd"/>
      <w:r w:rsidRPr="00406BBE">
        <w:rPr>
          <w:rFonts w:cs="Times New Roman"/>
          <w:sz w:val="26"/>
          <w:szCs w:val="26"/>
        </w:rPr>
        <w:t xml:space="preserve"> </w:t>
      </w:r>
      <w:proofErr w:type="spellStart"/>
      <w:r w:rsidRPr="00406BBE">
        <w:rPr>
          <w:rFonts w:cs="Times New Roman"/>
          <w:sz w:val="26"/>
          <w:szCs w:val="26"/>
        </w:rPr>
        <w:t>nếu</w:t>
      </w:r>
      <w:proofErr w:type="spellEnd"/>
      <w:r w:rsidRPr="00406BBE">
        <w:rPr>
          <w:rFonts w:cs="Times New Roman"/>
          <w:sz w:val="26"/>
          <w:szCs w:val="26"/>
        </w:rPr>
        <w:t xml:space="preserve"> </w:t>
      </w:r>
      <w:proofErr w:type="spellStart"/>
      <w:r w:rsidRPr="00406BBE">
        <w:rPr>
          <w:rFonts w:cs="Times New Roman"/>
          <w:sz w:val="26"/>
          <w:szCs w:val="26"/>
        </w:rPr>
        <w:t>có</w:t>
      </w:r>
      <w:proofErr w:type="spellEnd"/>
      <w:r w:rsidRPr="00406BBE">
        <w:rPr>
          <w:rFonts w:cs="Times New Roman"/>
          <w:sz w:val="26"/>
          <w:szCs w:val="26"/>
        </w:rPr>
        <w:t xml:space="preserve">) </w:t>
      </w:r>
      <w:proofErr w:type="spellStart"/>
      <w:r w:rsidRPr="00406BBE">
        <w:rPr>
          <w:rFonts w:cs="Times New Roman"/>
          <w:sz w:val="26"/>
          <w:szCs w:val="26"/>
        </w:rPr>
        <w:t>và</w:t>
      </w:r>
      <w:proofErr w:type="spellEnd"/>
      <w:r w:rsidRPr="00406BBE">
        <w:rPr>
          <w:rFonts w:cs="Times New Roman"/>
          <w:sz w:val="26"/>
          <w:szCs w:val="26"/>
        </w:rPr>
        <w:t xml:space="preserve"> </w:t>
      </w:r>
      <w:proofErr w:type="spellStart"/>
      <w:r w:rsidRPr="00406BBE">
        <w:rPr>
          <w:rFonts w:cs="Times New Roman"/>
          <w:sz w:val="26"/>
          <w:szCs w:val="26"/>
        </w:rPr>
        <w:t>vai</w:t>
      </w:r>
      <w:proofErr w:type="spellEnd"/>
      <w:r w:rsidRPr="00406BBE">
        <w:rPr>
          <w:rFonts w:cs="Times New Roman"/>
          <w:sz w:val="26"/>
          <w:szCs w:val="26"/>
        </w:rPr>
        <w:t xml:space="preserve"> </w:t>
      </w:r>
      <w:proofErr w:type="spellStart"/>
      <w:r w:rsidRPr="00406BBE">
        <w:rPr>
          <w:rFonts w:cs="Times New Roman"/>
          <w:sz w:val="26"/>
          <w:szCs w:val="26"/>
        </w:rPr>
        <w:t>trò</w:t>
      </w:r>
      <w:proofErr w:type="spellEnd"/>
      <w:r w:rsidRPr="00406BBE">
        <w:rPr>
          <w:rFonts w:cs="Times New Roman"/>
          <w:sz w:val="26"/>
          <w:szCs w:val="26"/>
        </w:rPr>
        <w:t xml:space="preserve"> </w:t>
      </w:r>
      <w:proofErr w:type="spellStart"/>
      <w:r w:rsidRPr="00406BBE">
        <w:rPr>
          <w:rFonts w:cs="Times New Roman"/>
          <w:sz w:val="26"/>
          <w:szCs w:val="26"/>
        </w:rPr>
        <w:t>tác</w:t>
      </w:r>
      <w:proofErr w:type="spellEnd"/>
      <w:r w:rsidRPr="00406BBE">
        <w:rPr>
          <w:rFonts w:cs="Times New Roman"/>
          <w:sz w:val="26"/>
          <w:szCs w:val="26"/>
        </w:rPr>
        <w:t xml:space="preserve"> </w:t>
      </w:r>
      <w:proofErr w:type="spellStart"/>
      <w:r w:rsidRPr="00406BBE">
        <w:rPr>
          <w:rFonts w:cs="Times New Roman"/>
          <w:sz w:val="26"/>
          <w:szCs w:val="26"/>
        </w:rPr>
        <w:t>giả</w:t>
      </w:r>
      <w:proofErr w:type="spellEnd"/>
      <w:r w:rsidRPr="00406BBE">
        <w:rPr>
          <w:rFonts w:cs="Times New Roman"/>
          <w:sz w:val="26"/>
          <w:szCs w:val="26"/>
        </w:rPr>
        <w:t>:</w:t>
      </w:r>
    </w:p>
    <w:p w14:paraId="72D514F8" w14:textId="77777777" w:rsidR="00BB6FA2" w:rsidRPr="00406BBE" w:rsidRDefault="00222B21" w:rsidP="0029031A">
      <w:pPr>
        <w:spacing w:before="120" w:after="120" w:line="240" w:lineRule="auto"/>
        <w:jc w:val="both"/>
        <w:rPr>
          <w:rFonts w:cs="Times New Roman"/>
          <w:sz w:val="26"/>
          <w:szCs w:val="26"/>
        </w:rPr>
      </w:pPr>
      <w:r w:rsidRPr="00406BBE">
        <w:rPr>
          <w:rFonts w:cs="Times New Roman"/>
          <w:sz w:val="26"/>
          <w:szCs w:val="26"/>
        </w:rPr>
        <w:t>................................................................................................................................................</w:t>
      </w:r>
    </w:p>
    <w:p w14:paraId="73926933" w14:textId="77777777" w:rsidR="00BB6FA2" w:rsidRPr="00406BBE" w:rsidRDefault="00222B21" w:rsidP="0029031A">
      <w:pPr>
        <w:spacing w:before="120" w:after="120" w:line="240" w:lineRule="auto"/>
        <w:jc w:val="both"/>
        <w:rPr>
          <w:rFonts w:cs="Times New Roman"/>
          <w:sz w:val="26"/>
          <w:szCs w:val="26"/>
        </w:rPr>
      </w:pPr>
      <w:r w:rsidRPr="00406BBE">
        <w:rPr>
          <w:rFonts w:cs="Times New Roman"/>
          <w:sz w:val="26"/>
          <w:szCs w:val="26"/>
        </w:rPr>
        <w:t>................................................................................................................................................</w:t>
      </w:r>
    </w:p>
    <w:p w14:paraId="52DAB426" w14:textId="77777777" w:rsidR="00BB6FA2" w:rsidRPr="00406BBE" w:rsidRDefault="00222B21" w:rsidP="0029031A">
      <w:pPr>
        <w:spacing w:before="120" w:after="120" w:line="240" w:lineRule="auto"/>
        <w:jc w:val="both"/>
        <w:rPr>
          <w:rFonts w:cs="Times New Roman"/>
          <w:sz w:val="26"/>
          <w:szCs w:val="26"/>
        </w:rPr>
      </w:pPr>
      <w:r w:rsidRPr="00406BBE">
        <w:rPr>
          <w:rFonts w:cs="Times New Roman"/>
          <w:sz w:val="26"/>
          <w:szCs w:val="26"/>
        </w:rPr>
        <w:t xml:space="preserve">4.2. </w:t>
      </w:r>
      <w:proofErr w:type="spellStart"/>
      <w:r w:rsidRPr="00406BBE">
        <w:rPr>
          <w:rFonts w:cs="Times New Roman"/>
          <w:sz w:val="26"/>
          <w:szCs w:val="26"/>
        </w:rPr>
        <w:t>Nhiệm</w:t>
      </w:r>
      <w:proofErr w:type="spellEnd"/>
      <w:r w:rsidRPr="00406BBE">
        <w:rPr>
          <w:rFonts w:cs="Times New Roman"/>
          <w:sz w:val="26"/>
          <w:szCs w:val="26"/>
        </w:rPr>
        <w:t xml:space="preserve"> </w:t>
      </w:r>
      <w:proofErr w:type="spellStart"/>
      <w:r w:rsidRPr="00406BBE">
        <w:rPr>
          <w:rFonts w:cs="Times New Roman"/>
          <w:sz w:val="26"/>
          <w:szCs w:val="26"/>
        </w:rPr>
        <w:t>vụ</w:t>
      </w:r>
      <w:proofErr w:type="spellEnd"/>
      <w:r w:rsidRPr="00406BBE">
        <w:rPr>
          <w:rFonts w:cs="Times New Roman"/>
          <w:sz w:val="26"/>
          <w:szCs w:val="26"/>
        </w:rPr>
        <w:t>/</w:t>
      </w:r>
      <w:proofErr w:type="spellStart"/>
      <w:r w:rsidRPr="00406BBE">
        <w:rPr>
          <w:rFonts w:cs="Times New Roman"/>
          <w:sz w:val="26"/>
          <w:szCs w:val="26"/>
        </w:rPr>
        <w:t>đề</w:t>
      </w:r>
      <w:proofErr w:type="spellEnd"/>
      <w:r w:rsidRPr="00406BBE">
        <w:rPr>
          <w:rFonts w:cs="Times New Roman"/>
          <w:sz w:val="26"/>
          <w:szCs w:val="26"/>
        </w:rPr>
        <w:t xml:space="preserve"> </w:t>
      </w:r>
      <w:proofErr w:type="spellStart"/>
      <w:r w:rsidRPr="00406BBE">
        <w:rPr>
          <w:rFonts w:cs="Times New Roman"/>
          <w:sz w:val="26"/>
          <w:szCs w:val="26"/>
        </w:rPr>
        <w:t>tài</w:t>
      </w:r>
      <w:proofErr w:type="spellEnd"/>
      <w:r w:rsidRPr="00406BBE">
        <w:rPr>
          <w:rFonts w:cs="Times New Roman"/>
          <w:sz w:val="26"/>
          <w:szCs w:val="26"/>
        </w:rPr>
        <w:t>/</w:t>
      </w:r>
      <w:proofErr w:type="spellStart"/>
      <w:r w:rsidRPr="00406BBE">
        <w:rPr>
          <w:rFonts w:cs="Times New Roman"/>
          <w:sz w:val="26"/>
          <w:szCs w:val="26"/>
        </w:rPr>
        <w:t>dự</w:t>
      </w:r>
      <w:proofErr w:type="spellEnd"/>
      <w:r w:rsidRPr="00406BBE">
        <w:rPr>
          <w:rFonts w:cs="Times New Roman"/>
          <w:sz w:val="26"/>
          <w:szCs w:val="26"/>
        </w:rPr>
        <w:t xml:space="preserve"> </w:t>
      </w:r>
      <w:proofErr w:type="spellStart"/>
      <w:r w:rsidRPr="00406BBE">
        <w:rPr>
          <w:rFonts w:cs="Times New Roman"/>
          <w:sz w:val="26"/>
          <w:szCs w:val="26"/>
        </w:rPr>
        <w:t>án</w:t>
      </w:r>
      <w:proofErr w:type="spellEnd"/>
      <w:r w:rsidRPr="00406BBE">
        <w:rPr>
          <w:rFonts w:cs="Times New Roman"/>
          <w:sz w:val="26"/>
          <w:szCs w:val="26"/>
        </w:rPr>
        <w:t xml:space="preserve"> </w:t>
      </w:r>
      <w:proofErr w:type="gramStart"/>
      <w:r w:rsidRPr="00406BBE">
        <w:rPr>
          <w:rFonts w:cs="Times New Roman"/>
          <w:sz w:val="26"/>
          <w:szCs w:val="26"/>
        </w:rPr>
        <w:t>KH,CN</w:t>
      </w:r>
      <w:proofErr w:type="gramEnd"/>
      <w:r w:rsidRPr="00406BBE">
        <w:rPr>
          <w:rFonts w:cs="Times New Roman"/>
          <w:sz w:val="26"/>
          <w:szCs w:val="26"/>
        </w:rPr>
        <w:t xml:space="preserve">&amp;ĐMST </w:t>
      </w:r>
      <w:proofErr w:type="spellStart"/>
      <w:r w:rsidRPr="00406BBE">
        <w:rPr>
          <w:rFonts w:cs="Times New Roman"/>
          <w:sz w:val="26"/>
          <w:szCs w:val="26"/>
        </w:rPr>
        <w:t>đã</w:t>
      </w:r>
      <w:proofErr w:type="spellEnd"/>
      <w:r w:rsidRPr="00406BBE">
        <w:rPr>
          <w:rFonts w:cs="Times New Roman"/>
          <w:sz w:val="26"/>
          <w:szCs w:val="26"/>
        </w:rPr>
        <w:t xml:space="preserve"> </w:t>
      </w:r>
      <w:proofErr w:type="spellStart"/>
      <w:r w:rsidRPr="00406BBE">
        <w:rPr>
          <w:rFonts w:cs="Times New Roman"/>
          <w:sz w:val="26"/>
          <w:szCs w:val="26"/>
        </w:rPr>
        <w:t>và</w:t>
      </w:r>
      <w:proofErr w:type="spellEnd"/>
      <w:r w:rsidRPr="00406BBE">
        <w:rPr>
          <w:rFonts w:cs="Times New Roman"/>
          <w:sz w:val="26"/>
          <w:szCs w:val="26"/>
        </w:rPr>
        <w:t xml:space="preserve"> </w:t>
      </w:r>
      <w:proofErr w:type="spellStart"/>
      <w:r w:rsidRPr="00406BBE">
        <w:rPr>
          <w:rFonts w:cs="Times New Roman"/>
          <w:sz w:val="26"/>
          <w:szCs w:val="26"/>
        </w:rPr>
        <w:t>đang</w:t>
      </w:r>
      <w:proofErr w:type="spellEnd"/>
      <w:r w:rsidRPr="00406BBE">
        <w:rPr>
          <w:rFonts w:cs="Times New Roman"/>
          <w:sz w:val="26"/>
          <w:szCs w:val="26"/>
        </w:rPr>
        <w:t xml:space="preserve"> </w:t>
      </w:r>
      <w:proofErr w:type="spellStart"/>
      <w:r w:rsidRPr="00406BBE">
        <w:rPr>
          <w:rFonts w:cs="Times New Roman"/>
          <w:sz w:val="26"/>
          <w:szCs w:val="26"/>
        </w:rPr>
        <w:t>tham</w:t>
      </w:r>
      <w:proofErr w:type="spellEnd"/>
      <w:r w:rsidRPr="00406BBE">
        <w:rPr>
          <w:rFonts w:cs="Times New Roman"/>
          <w:sz w:val="26"/>
          <w:szCs w:val="26"/>
        </w:rPr>
        <w:t xml:space="preserve"> </w:t>
      </w:r>
      <w:proofErr w:type="spellStart"/>
      <w:r w:rsidRPr="00406BBE">
        <w:rPr>
          <w:rFonts w:cs="Times New Roman"/>
          <w:sz w:val="26"/>
          <w:szCs w:val="26"/>
        </w:rPr>
        <w:t>gia</w:t>
      </w:r>
      <w:proofErr w:type="spellEnd"/>
      <w:r w:rsidRPr="00406BBE">
        <w:rPr>
          <w:rFonts w:cs="Times New Roman"/>
          <w:sz w:val="26"/>
          <w:szCs w:val="26"/>
        </w:rPr>
        <w:t xml:space="preserve">: </w:t>
      </w:r>
      <w:proofErr w:type="spellStart"/>
      <w:r w:rsidRPr="00406BBE">
        <w:rPr>
          <w:rFonts w:cs="Times New Roman"/>
          <w:sz w:val="26"/>
          <w:szCs w:val="26"/>
        </w:rPr>
        <w:t>tên</w:t>
      </w:r>
      <w:proofErr w:type="spellEnd"/>
      <w:r w:rsidRPr="00406BBE">
        <w:rPr>
          <w:rFonts w:cs="Times New Roman"/>
          <w:sz w:val="26"/>
          <w:szCs w:val="26"/>
        </w:rPr>
        <w:t xml:space="preserve"> </w:t>
      </w:r>
      <w:proofErr w:type="spellStart"/>
      <w:r w:rsidRPr="00406BBE">
        <w:rPr>
          <w:rFonts w:cs="Times New Roman"/>
          <w:sz w:val="26"/>
          <w:szCs w:val="26"/>
        </w:rPr>
        <w:t>nhiệm</w:t>
      </w:r>
      <w:proofErr w:type="spellEnd"/>
      <w:r w:rsidRPr="00406BBE">
        <w:rPr>
          <w:rFonts w:cs="Times New Roman"/>
          <w:sz w:val="26"/>
          <w:szCs w:val="26"/>
        </w:rPr>
        <w:t xml:space="preserve"> </w:t>
      </w:r>
      <w:proofErr w:type="spellStart"/>
      <w:r w:rsidRPr="00406BBE">
        <w:rPr>
          <w:rFonts w:cs="Times New Roman"/>
          <w:sz w:val="26"/>
          <w:szCs w:val="26"/>
        </w:rPr>
        <w:t>vụ</w:t>
      </w:r>
      <w:proofErr w:type="spellEnd"/>
      <w:r w:rsidRPr="00406BBE">
        <w:rPr>
          <w:rFonts w:cs="Times New Roman"/>
          <w:sz w:val="26"/>
          <w:szCs w:val="26"/>
        </w:rPr>
        <w:t xml:space="preserve">, </w:t>
      </w:r>
      <w:proofErr w:type="spellStart"/>
      <w:r w:rsidRPr="00406BBE">
        <w:rPr>
          <w:rFonts w:cs="Times New Roman"/>
          <w:sz w:val="26"/>
          <w:szCs w:val="26"/>
        </w:rPr>
        <w:t>thời</w:t>
      </w:r>
      <w:proofErr w:type="spellEnd"/>
      <w:r w:rsidRPr="00406BBE">
        <w:rPr>
          <w:rFonts w:cs="Times New Roman"/>
          <w:sz w:val="26"/>
          <w:szCs w:val="26"/>
        </w:rPr>
        <w:t xml:space="preserve"> </w:t>
      </w:r>
      <w:proofErr w:type="spellStart"/>
      <w:r w:rsidRPr="00406BBE">
        <w:rPr>
          <w:rFonts w:cs="Times New Roman"/>
          <w:sz w:val="26"/>
          <w:szCs w:val="26"/>
        </w:rPr>
        <w:t>gian</w:t>
      </w:r>
      <w:proofErr w:type="spellEnd"/>
      <w:r w:rsidRPr="00406BBE">
        <w:rPr>
          <w:rFonts w:cs="Times New Roman"/>
          <w:sz w:val="26"/>
          <w:szCs w:val="26"/>
        </w:rPr>
        <w:t xml:space="preserve">, </w:t>
      </w:r>
      <w:proofErr w:type="spellStart"/>
      <w:r w:rsidRPr="00406BBE">
        <w:rPr>
          <w:rFonts w:cs="Times New Roman"/>
          <w:sz w:val="26"/>
          <w:szCs w:val="26"/>
        </w:rPr>
        <w:t>cấp</w:t>
      </w:r>
      <w:proofErr w:type="spellEnd"/>
      <w:r w:rsidRPr="00406BBE">
        <w:rPr>
          <w:rFonts w:cs="Times New Roman"/>
          <w:sz w:val="26"/>
          <w:szCs w:val="26"/>
        </w:rPr>
        <w:t xml:space="preserve"> </w:t>
      </w:r>
      <w:proofErr w:type="spellStart"/>
      <w:r w:rsidRPr="00406BBE">
        <w:rPr>
          <w:rFonts w:cs="Times New Roman"/>
          <w:sz w:val="26"/>
          <w:szCs w:val="26"/>
        </w:rPr>
        <w:t>quản</w:t>
      </w:r>
      <w:proofErr w:type="spellEnd"/>
      <w:r w:rsidRPr="00406BBE">
        <w:rPr>
          <w:rFonts w:cs="Times New Roman"/>
          <w:sz w:val="26"/>
          <w:szCs w:val="26"/>
        </w:rPr>
        <w:t xml:space="preserve"> </w:t>
      </w:r>
      <w:proofErr w:type="spellStart"/>
      <w:r w:rsidRPr="00406BBE">
        <w:rPr>
          <w:rFonts w:cs="Times New Roman"/>
          <w:sz w:val="26"/>
          <w:szCs w:val="26"/>
        </w:rPr>
        <w:t>lý</w:t>
      </w:r>
      <w:proofErr w:type="spellEnd"/>
      <w:r w:rsidRPr="00406BBE">
        <w:rPr>
          <w:rFonts w:cs="Times New Roman"/>
          <w:sz w:val="26"/>
          <w:szCs w:val="26"/>
        </w:rPr>
        <w:t xml:space="preserve">, </w:t>
      </w:r>
      <w:proofErr w:type="spellStart"/>
      <w:r w:rsidRPr="00406BBE">
        <w:rPr>
          <w:rFonts w:cs="Times New Roman"/>
          <w:sz w:val="26"/>
          <w:szCs w:val="26"/>
        </w:rPr>
        <w:t>vai</w:t>
      </w:r>
      <w:proofErr w:type="spellEnd"/>
      <w:r w:rsidRPr="00406BBE">
        <w:rPr>
          <w:rFonts w:cs="Times New Roman"/>
          <w:sz w:val="26"/>
          <w:szCs w:val="26"/>
        </w:rPr>
        <w:t xml:space="preserve"> </w:t>
      </w:r>
      <w:proofErr w:type="spellStart"/>
      <w:r w:rsidRPr="00406BBE">
        <w:rPr>
          <w:rFonts w:cs="Times New Roman"/>
          <w:sz w:val="26"/>
          <w:szCs w:val="26"/>
        </w:rPr>
        <w:t>trò</w:t>
      </w:r>
      <w:proofErr w:type="spellEnd"/>
      <w:r w:rsidRPr="00406BBE">
        <w:rPr>
          <w:rFonts w:cs="Times New Roman"/>
          <w:sz w:val="26"/>
          <w:szCs w:val="26"/>
        </w:rPr>
        <w:t xml:space="preserve"> (</w:t>
      </w:r>
      <w:proofErr w:type="spellStart"/>
      <w:r w:rsidRPr="00406BBE">
        <w:rPr>
          <w:rFonts w:cs="Times New Roman"/>
          <w:sz w:val="26"/>
          <w:szCs w:val="26"/>
        </w:rPr>
        <w:t>chủ</w:t>
      </w:r>
      <w:proofErr w:type="spellEnd"/>
      <w:r w:rsidRPr="00406BBE">
        <w:rPr>
          <w:rFonts w:cs="Times New Roman"/>
          <w:sz w:val="26"/>
          <w:szCs w:val="26"/>
        </w:rPr>
        <w:t xml:space="preserve"> </w:t>
      </w:r>
      <w:proofErr w:type="spellStart"/>
      <w:r w:rsidRPr="00406BBE">
        <w:rPr>
          <w:rFonts w:cs="Times New Roman"/>
          <w:sz w:val="26"/>
          <w:szCs w:val="26"/>
        </w:rPr>
        <w:t>nhiệm</w:t>
      </w:r>
      <w:proofErr w:type="spellEnd"/>
      <w:r w:rsidRPr="00406BBE">
        <w:rPr>
          <w:rFonts w:cs="Times New Roman"/>
          <w:sz w:val="26"/>
          <w:szCs w:val="26"/>
        </w:rPr>
        <w:t>/</w:t>
      </w:r>
      <w:proofErr w:type="spellStart"/>
      <w:r w:rsidRPr="00406BBE">
        <w:rPr>
          <w:rFonts w:cs="Times New Roman"/>
          <w:sz w:val="26"/>
          <w:szCs w:val="26"/>
        </w:rPr>
        <w:t>thành</w:t>
      </w:r>
      <w:proofErr w:type="spellEnd"/>
      <w:r w:rsidRPr="00406BBE">
        <w:rPr>
          <w:rFonts w:cs="Times New Roman"/>
          <w:sz w:val="26"/>
          <w:szCs w:val="26"/>
        </w:rPr>
        <w:t xml:space="preserve"> </w:t>
      </w:r>
      <w:proofErr w:type="spellStart"/>
      <w:r w:rsidRPr="00406BBE">
        <w:rPr>
          <w:rFonts w:cs="Times New Roman"/>
          <w:sz w:val="26"/>
          <w:szCs w:val="26"/>
        </w:rPr>
        <w:t>viên</w:t>
      </w:r>
      <w:proofErr w:type="spellEnd"/>
      <w:r w:rsidRPr="00406BBE">
        <w:rPr>
          <w:rFonts w:cs="Times New Roman"/>
          <w:sz w:val="26"/>
          <w:szCs w:val="26"/>
        </w:rPr>
        <w:t xml:space="preserve">), </w:t>
      </w:r>
      <w:proofErr w:type="spellStart"/>
      <w:r w:rsidRPr="00406BBE">
        <w:rPr>
          <w:rFonts w:cs="Times New Roman"/>
          <w:sz w:val="26"/>
          <w:szCs w:val="26"/>
        </w:rPr>
        <w:t>kết</w:t>
      </w:r>
      <w:proofErr w:type="spellEnd"/>
      <w:r w:rsidRPr="00406BBE">
        <w:rPr>
          <w:rFonts w:cs="Times New Roman"/>
          <w:sz w:val="26"/>
          <w:szCs w:val="26"/>
        </w:rPr>
        <w:t xml:space="preserve"> </w:t>
      </w:r>
      <w:proofErr w:type="spellStart"/>
      <w:r w:rsidRPr="00406BBE">
        <w:rPr>
          <w:rFonts w:cs="Times New Roman"/>
          <w:sz w:val="26"/>
          <w:szCs w:val="26"/>
        </w:rPr>
        <w:t>quả</w:t>
      </w:r>
      <w:proofErr w:type="spellEnd"/>
      <w:r w:rsidRPr="00406BBE">
        <w:rPr>
          <w:rFonts w:cs="Times New Roman"/>
          <w:sz w:val="26"/>
          <w:szCs w:val="26"/>
        </w:rPr>
        <w:t xml:space="preserve"> </w:t>
      </w:r>
      <w:proofErr w:type="spellStart"/>
      <w:r w:rsidRPr="00406BBE">
        <w:rPr>
          <w:rFonts w:cs="Times New Roman"/>
          <w:sz w:val="26"/>
          <w:szCs w:val="26"/>
        </w:rPr>
        <w:t>chính</w:t>
      </w:r>
      <w:proofErr w:type="spellEnd"/>
      <w:r w:rsidRPr="00406BBE">
        <w:rPr>
          <w:rFonts w:cs="Times New Roman"/>
          <w:sz w:val="26"/>
          <w:szCs w:val="26"/>
        </w:rPr>
        <w:t>:</w:t>
      </w:r>
    </w:p>
    <w:p w14:paraId="2B3E01EE" w14:textId="77777777" w:rsidR="00BB6FA2" w:rsidRPr="00406BBE" w:rsidRDefault="00222B21" w:rsidP="0029031A">
      <w:pPr>
        <w:spacing w:before="120" w:after="120" w:line="240" w:lineRule="auto"/>
        <w:jc w:val="both"/>
        <w:rPr>
          <w:rFonts w:cs="Times New Roman"/>
          <w:sz w:val="26"/>
          <w:szCs w:val="26"/>
        </w:rPr>
      </w:pPr>
      <w:r w:rsidRPr="00406BBE">
        <w:rPr>
          <w:rFonts w:cs="Times New Roman"/>
          <w:sz w:val="26"/>
          <w:szCs w:val="26"/>
        </w:rPr>
        <w:t>................................................................................................................................................</w:t>
      </w:r>
    </w:p>
    <w:p w14:paraId="04DCBF10" w14:textId="77777777" w:rsidR="00BB6FA2" w:rsidRPr="00406BBE" w:rsidRDefault="00222B21" w:rsidP="0029031A">
      <w:pPr>
        <w:spacing w:before="120" w:after="120" w:line="240" w:lineRule="auto"/>
        <w:jc w:val="both"/>
        <w:rPr>
          <w:rFonts w:cs="Times New Roman"/>
          <w:sz w:val="26"/>
          <w:szCs w:val="26"/>
        </w:rPr>
      </w:pPr>
      <w:r w:rsidRPr="00406BBE">
        <w:rPr>
          <w:rFonts w:cs="Times New Roman"/>
          <w:sz w:val="26"/>
          <w:szCs w:val="26"/>
        </w:rPr>
        <w:t>................................................................................................................................................</w:t>
      </w:r>
    </w:p>
    <w:p w14:paraId="239A73C0" w14:textId="77777777" w:rsidR="00BB6FA2" w:rsidRPr="00406BBE" w:rsidRDefault="00222B21" w:rsidP="0029031A">
      <w:pPr>
        <w:spacing w:before="120" w:after="120" w:line="240" w:lineRule="auto"/>
        <w:jc w:val="both"/>
        <w:rPr>
          <w:rFonts w:cs="Times New Roman"/>
          <w:sz w:val="26"/>
          <w:szCs w:val="26"/>
        </w:rPr>
      </w:pPr>
      <w:r w:rsidRPr="00406BBE">
        <w:rPr>
          <w:rFonts w:cs="Times New Roman"/>
          <w:sz w:val="26"/>
          <w:szCs w:val="26"/>
        </w:rPr>
        <w:t xml:space="preserve">4.3. Sáng </w:t>
      </w:r>
      <w:proofErr w:type="spellStart"/>
      <w:r w:rsidRPr="00406BBE">
        <w:rPr>
          <w:rFonts w:cs="Times New Roman"/>
          <w:sz w:val="26"/>
          <w:szCs w:val="26"/>
        </w:rPr>
        <w:t>chế</w:t>
      </w:r>
      <w:proofErr w:type="spellEnd"/>
      <w:r w:rsidRPr="00406BBE">
        <w:rPr>
          <w:rFonts w:cs="Times New Roman"/>
          <w:sz w:val="26"/>
          <w:szCs w:val="26"/>
        </w:rPr>
        <w:t xml:space="preserve">, </w:t>
      </w:r>
      <w:proofErr w:type="spellStart"/>
      <w:r w:rsidRPr="00406BBE">
        <w:rPr>
          <w:rFonts w:cs="Times New Roman"/>
          <w:sz w:val="26"/>
          <w:szCs w:val="26"/>
        </w:rPr>
        <w:t>giải</w:t>
      </w:r>
      <w:proofErr w:type="spellEnd"/>
      <w:r w:rsidRPr="00406BBE">
        <w:rPr>
          <w:rFonts w:cs="Times New Roman"/>
          <w:sz w:val="26"/>
          <w:szCs w:val="26"/>
        </w:rPr>
        <w:t xml:space="preserve"> </w:t>
      </w:r>
      <w:proofErr w:type="spellStart"/>
      <w:r w:rsidRPr="00406BBE">
        <w:rPr>
          <w:rFonts w:cs="Times New Roman"/>
          <w:sz w:val="26"/>
          <w:szCs w:val="26"/>
        </w:rPr>
        <w:t>pháp</w:t>
      </w:r>
      <w:proofErr w:type="spellEnd"/>
      <w:r w:rsidRPr="00406BBE">
        <w:rPr>
          <w:rFonts w:cs="Times New Roman"/>
          <w:sz w:val="26"/>
          <w:szCs w:val="26"/>
        </w:rPr>
        <w:t xml:space="preserve"> </w:t>
      </w:r>
      <w:proofErr w:type="spellStart"/>
      <w:r w:rsidRPr="00406BBE">
        <w:rPr>
          <w:rFonts w:cs="Times New Roman"/>
          <w:sz w:val="26"/>
          <w:szCs w:val="26"/>
        </w:rPr>
        <w:t>hữu</w:t>
      </w:r>
      <w:proofErr w:type="spellEnd"/>
      <w:r w:rsidRPr="00406BBE">
        <w:rPr>
          <w:rFonts w:cs="Times New Roman"/>
          <w:sz w:val="26"/>
          <w:szCs w:val="26"/>
        </w:rPr>
        <w:t xml:space="preserve"> </w:t>
      </w:r>
      <w:proofErr w:type="spellStart"/>
      <w:r w:rsidRPr="00406BBE">
        <w:rPr>
          <w:rFonts w:cs="Times New Roman"/>
          <w:sz w:val="26"/>
          <w:szCs w:val="26"/>
        </w:rPr>
        <w:t>ích</w:t>
      </w:r>
      <w:proofErr w:type="spellEnd"/>
      <w:r w:rsidRPr="00406BBE">
        <w:rPr>
          <w:rFonts w:cs="Times New Roman"/>
          <w:sz w:val="26"/>
          <w:szCs w:val="26"/>
        </w:rPr>
        <w:t xml:space="preserve">, </w:t>
      </w:r>
      <w:proofErr w:type="spellStart"/>
      <w:r w:rsidRPr="00406BBE">
        <w:rPr>
          <w:rFonts w:cs="Times New Roman"/>
          <w:sz w:val="26"/>
          <w:szCs w:val="26"/>
        </w:rPr>
        <w:t>sản</w:t>
      </w:r>
      <w:proofErr w:type="spellEnd"/>
      <w:r w:rsidRPr="00406BBE">
        <w:rPr>
          <w:rFonts w:cs="Times New Roman"/>
          <w:sz w:val="26"/>
          <w:szCs w:val="26"/>
        </w:rPr>
        <w:t xml:space="preserve"> </w:t>
      </w:r>
      <w:proofErr w:type="spellStart"/>
      <w:r w:rsidRPr="00406BBE">
        <w:rPr>
          <w:rFonts w:cs="Times New Roman"/>
          <w:sz w:val="26"/>
          <w:szCs w:val="26"/>
        </w:rPr>
        <w:t>phẩm</w:t>
      </w:r>
      <w:proofErr w:type="spellEnd"/>
      <w:r w:rsidRPr="00406BBE">
        <w:rPr>
          <w:rFonts w:cs="Times New Roman"/>
          <w:sz w:val="26"/>
          <w:szCs w:val="26"/>
        </w:rPr>
        <w:t>/</w:t>
      </w:r>
      <w:proofErr w:type="spellStart"/>
      <w:r w:rsidRPr="00406BBE">
        <w:rPr>
          <w:rFonts w:cs="Times New Roman"/>
          <w:sz w:val="26"/>
          <w:szCs w:val="26"/>
        </w:rPr>
        <w:t>công</w:t>
      </w:r>
      <w:proofErr w:type="spellEnd"/>
      <w:r w:rsidRPr="00406BBE">
        <w:rPr>
          <w:rFonts w:cs="Times New Roman"/>
          <w:sz w:val="26"/>
          <w:szCs w:val="26"/>
        </w:rPr>
        <w:t xml:space="preserve"> </w:t>
      </w:r>
      <w:proofErr w:type="spellStart"/>
      <w:r w:rsidRPr="00406BBE">
        <w:rPr>
          <w:rFonts w:cs="Times New Roman"/>
          <w:sz w:val="26"/>
          <w:szCs w:val="26"/>
        </w:rPr>
        <w:t>nghệ</w:t>
      </w:r>
      <w:proofErr w:type="spellEnd"/>
      <w:r w:rsidRPr="00406BBE">
        <w:rPr>
          <w:rFonts w:cs="Times New Roman"/>
          <w:sz w:val="26"/>
          <w:szCs w:val="26"/>
        </w:rPr>
        <w:t xml:space="preserve"> </w:t>
      </w:r>
      <w:proofErr w:type="spellStart"/>
      <w:r w:rsidRPr="00406BBE">
        <w:rPr>
          <w:rFonts w:cs="Times New Roman"/>
          <w:sz w:val="26"/>
          <w:szCs w:val="26"/>
        </w:rPr>
        <w:t>và</w:t>
      </w:r>
      <w:proofErr w:type="spellEnd"/>
      <w:r w:rsidRPr="00406BBE">
        <w:rPr>
          <w:rFonts w:cs="Times New Roman"/>
          <w:sz w:val="26"/>
          <w:szCs w:val="26"/>
        </w:rPr>
        <w:t xml:space="preserve"> </w:t>
      </w:r>
      <w:proofErr w:type="spellStart"/>
      <w:r w:rsidRPr="00406BBE">
        <w:rPr>
          <w:rFonts w:cs="Times New Roman"/>
          <w:sz w:val="26"/>
          <w:szCs w:val="26"/>
        </w:rPr>
        <w:t>kết</w:t>
      </w:r>
      <w:proofErr w:type="spellEnd"/>
      <w:r w:rsidRPr="00406BBE">
        <w:rPr>
          <w:rFonts w:cs="Times New Roman"/>
          <w:sz w:val="26"/>
          <w:szCs w:val="26"/>
        </w:rPr>
        <w:t xml:space="preserve"> </w:t>
      </w:r>
      <w:proofErr w:type="spellStart"/>
      <w:r w:rsidRPr="00406BBE">
        <w:rPr>
          <w:rFonts w:cs="Times New Roman"/>
          <w:sz w:val="26"/>
          <w:szCs w:val="26"/>
        </w:rPr>
        <w:t>quả</w:t>
      </w:r>
      <w:proofErr w:type="spellEnd"/>
      <w:r w:rsidRPr="00406BBE">
        <w:rPr>
          <w:rFonts w:cs="Times New Roman"/>
          <w:sz w:val="26"/>
          <w:szCs w:val="26"/>
        </w:rPr>
        <w:t xml:space="preserve"> </w:t>
      </w:r>
      <w:proofErr w:type="spellStart"/>
      <w:r w:rsidRPr="00406BBE">
        <w:rPr>
          <w:rFonts w:cs="Times New Roman"/>
          <w:sz w:val="26"/>
          <w:szCs w:val="26"/>
        </w:rPr>
        <w:t>đã</w:t>
      </w:r>
      <w:proofErr w:type="spellEnd"/>
      <w:r w:rsidRPr="00406BBE">
        <w:rPr>
          <w:rFonts w:cs="Times New Roman"/>
          <w:sz w:val="26"/>
          <w:szCs w:val="26"/>
        </w:rPr>
        <w:t xml:space="preserve"> </w:t>
      </w:r>
      <w:proofErr w:type="spellStart"/>
      <w:r w:rsidRPr="00406BBE">
        <w:rPr>
          <w:rFonts w:cs="Times New Roman"/>
          <w:sz w:val="26"/>
          <w:szCs w:val="26"/>
        </w:rPr>
        <w:t>ứng</w:t>
      </w:r>
      <w:proofErr w:type="spellEnd"/>
      <w:r w:rsidRPr="00406BBE">
        <w:rPr>
          <w:rFonts w:cs="Times New Roman"/>
          <w:sz w:val="26"/>
          <w:szCs w:val="26"/>
        </w:rPr>
        <w:t xml:space="preserve"> </w:t>
      </w:r>
      <w:proofErr w:type="spellStart"/>
      <w:r w:rsidRPr="00406BBE">
        <w:rPr>
          <w:rFonts w:cs="Times New Roman"/>
          <w:sz w:val="26"/>
          <w:szCs w:val="26"/>
        </w:rPr>
        <w:t>dụng</w:t>
      </w:r>
      <w:proofErr w:type="spellEnd"/>
      <w:r w:rsidRPr="00406BBE">
        <w:rPr>
          <w:rFonts w:cs="Times New Roman"/>
          <w:sz w:val="26"/>
          <w:szCs w:val="26"/>
        </w:rPr>
        <w:t xml:space="preserve"> </w:t>
      </w:r>
      <w:proofErr w:type="spellStart"/>
      <w:r w:rsidRPr="00406BBE">
        <w:rPr>
          <w:rFonts w:cs="Times New Roman"/>
          <w:sz w:val="26"/>
          <w:szCs w:val="26"/>
        </w:rPr>
        <w:t>hoặc</w:t>
      </w:r>
      <w:proofErr w:type="spellEnd"/>
      <w:r w:rsidRPr="00406BBE">
        <w:rPr>
          <w:rFonts w:cs="Times New Roman"/>
          <w:sz w:val="26"/>
          <w:szCs w:val="26"/>
        </w:rPr>
        <w:t xml:space="preserve"> </w:t>
      </w:r>
      <w:proofErr w:type="spellStart"/>
      <w:r w:rsidRPr="00406BBE">
        <w:rPr>
          <w:rFonts w:cs="Times New Roman"/>
          <w:sz w:val="26"/>
          <w:szCs w:val="26"/>
        </w:rPr>
        <w:t>chuyển</w:t>
      </w:r>
      <w:proofErr w:type="spellEnd"/>
      <w:r w:rsidRPr="00406BBE">
        <w:rPr>
          <w:rFonts w:cs="Times New Roman"/>
          <w:sz w:val="26"/>
          <w:szCs w:val="26"/>
        </w:rPr>
        <w:t xml:space="preserve"> </w:t>
      </w:r>
      <w:proofErr w:type="spellStart"/>
      <w:r w:rsidRPr="00406BBE">
        <w:rPr>
          <w:rFonts w:cs="Times New Roman"/>
          <w:sz w:val="26"/>
          <w:szCs w:val="26"/>
        </w:rPr>
        <w:t>giao</w:t>
      </w:r>
      <w:proofErr w:type="spellEnd"/>
      <w:r w:rsidRPr="00406BBE">
        <w:rPr>
          <w:rFonts w:cs="Times New Roman"/>
          <w:sz w:val="26"/>
          <w:szCs w:val="26"/>
        </w:rPr>
        <w:t xml:space="preserve">: </w:t>
      </w:r>
      <w:proofErr w:type="spellStart"/>
      <w:r w:rsidRPr="00406BBE">
        <w:rPr>
          <w:rFonts w:cs="Times New Roman"/>
          <w:sz w:val="26"/>
          <w:szCs w:val="26"/>
        </w:rPr>
        <w:t>tên</w:t>
      </w:r>
      <w:proofErr w:type="spellEnd"/>
      <w:r w:rsidRPr="00406BBE">
        <w:rPr>
          <w:rFonts w:cs="Times New Roman"/>
          <w:sz w:val="26"/>
          <w:szCs w:val="26"/>
        </w:rPr>
        <w:t xml:space="preserve">, </w:t>
      </w:r>
      <w:proofErr w:type="spellStart"/>
      <w:r w:rsidRPr="00406BBE">
        <w:rPr>
          <w:rFonts w:cs="Times New Roman"/>
          <w:sz w:val="26"/>
          <w:szCs w:val="26"/>
        </w:rPr>
        <w:t>số</w:t>
      </w:r>
      <w:proofErr w:type="spellEnd"/>
      <w:r w:rsidRPr="00406BBE">
        <w:rPr>
          <w:rFonts w:cs="Times New Roman"/>
          <w:sz w:val="26"/>
          <w:szCs w:val="26"/>
        </w:rPr>
        <w:t xml:space="preserve"> </w:t>
      </w:r>
      <w:proofErr w:type="spellStart"/>
      <w:r w:rsidRPr="00406BBE">
        <w:rPr>
          <w:rFonts w:cs="Times New Roman"/>
          <w:sz w:val="26"/>
          <w:szCs w:val="26"/>
        </w:rPr>
        <w:t>văn</w:t>
      </w:r>
      <w:proofErr w:type="spellEnd"/>
      <w:r w:rsidRPr="00406BBE">
        <w:rPr>
          <w:rFonts w:cs="Times New Roman"/>
          <w:sz w:val="26"/>
          <w:szCs w:val="26"/>
        </w:rPr>
        <w:t xml:space="preserve"> </w:t>
      </w:r>
      <w:proofErr w:type="spellStart"/>
      <w:r w:rsidRPr="00406BBE">
        <w:rPr>
          <w:rFonts w:cs="Times New Roman"/>
          <w:sz w:val="26"/>
          <w:szCs w:val="26"/>
        </w:rPr>
        <w:t>bằng</w:t>
      </w:r>
      <w:proofErr w:type="spellEnd"/>
      <w:r w:rsidRPr="00406BBE">
        <w:rPr>
          <w:rFonts w:cs="Times New Roman"/>
          <w:sz w:val="26"/>
          <w:szCs w:val="26"/>
        </w:rPr>
        <w:t>/</w:t>
      </w:r>
      <w:proofErr w:type="spellStart"/>
      <w:r w:rsidRPr="00406BBE">
        <w:rPr>
          <w:rFonts w:cs="Times New Roman"/>
          <w:sz w:val="26"/>
          <w:szCs w:val="26"/>
        </w:rPr>
        <w:t>hồ</w:t>
      </w:r>
      <w:proofErr w:type="spellEnd"/>
      <w:r w:rsidRPr="00406BBE">
        <w:rPr>
          <w:rFonts w:cs="Times New Roman"/>
          <w:sz w:val="26"/>
          <w:szCs w:val="26"/>
        </w:rPr>
        <w:t xml:space="preserve"> </w:t>
      </w:r>
      <w:proofErr w:type="spellStart"/>
      <w:r w:rsidRPr="00406BBE">
        <w:rPr>
          <w:rFonts w:cs="Times New Roman"/>
          <w:sz w:val="26"/>
          <w:szCs w:val="26"/>
        </w:rPr>
        <w:t>sơ</w:t>
      </w:r>
      <w:proofErr w:type="spellEnd"/>
      <w:r w:rsidRPr="00406BBE">
        <w:rPr>
          <w:rFonts w:cs="Times New Roman"/>
          <w:sz w:val="26"/>
          <w:szCs w:val="26"/>
        </w:rPr>
        <w:t xml:space="preserve">, </w:t>
      </w:r>
      <w:proofErr w:type="spellStart"/>
      <w:r w:rsidRPr="00406BBE">
        <w:rPr>
          <w:rFonts w:cs="Times New Roman"/>
          <w:sz w:val="26"/>
          <w:szCs w:val="26"/>
        </w:rPr>
        <w:t>tình</w:t>
      </w:r>
      <w:proofErr w:type="spellEnd"/>
      <w:r w:rsidRPr="00406BBE">
        <w:rPr>
          <w:rFonts w:cs="Times New Roman"/>
          <w:sz w:val="26"/>
          <w:szCs w:val="26"/>
        </w:rPr>
        <w:t xml:space="preserve"> </w:t>
      </w:r>
      <w:proofErr w:type="spellStart"/>
      <w:r w:rsidRPr="00406BBE">
        <w:rPr>
          <w:rFonts w:cs="Times New Roman"/>
          <w:sz w:val="26"/>
          <w:szCs w:val="26"/>
        </w:rPr>
        <w:t>trạng</w:t>
      </w:r>
      <w:proofErr w:type="spellEnd"/>
      <w:r w:rsidRPr="00406BBE">
        <w:rPr>
          <w:rFonts w:cs="Times New Roman"/>
          <w:sz w:val="26"/>
          <w:szCs w:val="26"/>
        </w:rPr>
        <w:t xml:space="preserve">, </w:t>
      </w:r>
      <w:proofErr w:type="spellStart"/>
      <w:r w:rsidRPr="00406BBE">
        <w:rPr>
          <w:rFonts w:cs="Times New Roman"/>
          <w:sz w:val="26"/>
          <w:szCs w:val="26"/>
        </w:rPr>
        <w:t>đơn</w:t>
      </w:r>
      <w:proofErr w:type="spellEnd"/>
      <w:r w:rsidRPr="00406BBE">
        <w:rPr>
          <w:rFonts w:cs="Times New Roman"/>
          <w:sz w:val="26"/>
          <w:szCs w:val="26"/>
        </w:rPr>
        <w:t xml:space="preserve"> </w:t>
      </w:r>
      <w:proofErr w:type="spellStart"/>
      <w:r w:rsidRPr="00406BBE">
        <w:rPr>
          <w:rFonts w:cs="Times New Roman"/>
          <w:sz w:val="26"/>
          <w:szCs w:val="26"/>
        </w:rPr>
        <w:t>vị</w:t>
      </w:r>
      <w:proofErr w:type="spellEnd"/>
      <w:r w:rsidRPr="00406BBE">
        <w:rPr>
          <w:rFonts w:cs="Times New Roman"/>
          <w:sz w:val="26"/>
          <w:szCs w:val="26"/>
        </w:rPr>
        <w:t xml:space="preserve"> </w:t>
      </w:r>
      <w:proofErr w:type="spellStart"/>
      <w:r w:rsidRPr="00406BBE">
        <w:rPr>
          <w:rFonts w:cs="Times New Roman"/>
          <w:sz w:val="26"/>
          <w:szCs w:val="26"/>
        </w:rPr>
        <w:t>tiếp</w:t>
      </w:r>
      <w:proofErr w:type="spellEnd"/>
      <w:r w:rsidRPr="00406BBE">
        <w:rPr>
          <w:rFonts w:cs="Times New Roman"/>
          <w:sz w:val="26"/>
          <w:szCs w:val="26"/>
        </w:rPr>
        <w:t xml:space="preserve"> </w:t>
      </w:r>
      <w:proofErr w:type="spellStart"/>
      <w:r w:rsidRPr="00406BBE">
        <w:rPr>
          <w:rFonts w:cs="Times New Roman"/>
          <w:sz w:val="26"/>
          <w:szCs w:val="26"/>
        </w:rPr>
        <w:t>nhận</w:t>
      </w:r>
      <w:proofErr w:type="spellEnd"/>
      <w:r w:rsidRPr="00406BBE">
        <w:rPr>
          <w:rFonts w:cs="Times New Roman"/>
          <w:sz w:val="26"/>
          <w:szCs w:val="26"/>
        </w:rPr>
        <w:t>/</w:t>
      </w:r>
      <w:proofErr w:type="spellStart"/>
      <w:r w:rsidRPr="00406BBE">
        <w:rPr>
          <w:rFonts w:cs="Times New Roman"/>
          <w:sz w:val="26"/>
          <w:szCs w:val="26"/>
        </w:rPr>
        <w:t>ứng</w:t>
      </w:r>
      <w:proofErr w:type="spellEnd"/>
      <w:r w:rsidRPr="00406BBE">
        <w:rPr>
          <w:rFonts w:cs="Times New Roman"/>
          <w:sz w:val="26"/>
          <w:szCs w:val="26"/>
        </w:rPr>
        <w:t xml:space="preserve"> </w:t>
      </w:r>
      <w:proofErr w:type="spellStart"/>
      <w:r w:rsidRPr="00406BBE">
        <w:rPr>
          <w:rFonts w:cs="Times New Roman"/>
          <w:sz w:val="26"/>
          <w:szCs w:val="26"/>
        </w:rPr>
        <w:t>dụng</w:t>
      </w:r>
      <w:proofErr w:type="spellEnd"/>
      <w:r w:rsidRPr="00406BBE">
        <w:rPr>
          <w:rFonts w:cs="Times New Roman"/>
          <w:sz w:val="26"/>
          <w:szCs w:val="26"/>
        </w:rPr>
        <w:t xml:space="preserve"> (</w:t>
      </w:r>
      <w:proofErr w:type="spellStart"/>
      <w:r w:rsidRPr="00406BBE">
        <w:rPr>
          <w:rFonts w:cs="Times New Roman"/>
          <w:sz w:val="26"/>
          <w:szCs w:val="26"/>
        </w:rPr>
        <w:t>nếu</w:t>
      </w:r>
      <w:proofErr w:type="spellEnd"/>
      <w:r w:rsidRPr="00406BBE">
        <w:rPr>
          <w:rFonts w:cs="Times New Roman"/>
          <w:sz w:val="26"/>
          <w:szCs w:val="26"/>
        </w:rPr>
        <w:t xml:space="preserve"> </w:t>
      </w:r>
      <w:proofErr w:type="spellStart"/>
      <w:r w:rsidRPr="00406BBE">
        <w:rPr>
          <w:rFonts w:cs="Times New Roman"/>
          <w:sz w:val="26"/>
          <w:szCs w:val="26"/>
        </w:rPr>
        <w:t>có</w:t>
      </w:r>
      <w:proofErr w:type="spellEnd"/>
      <w:r w:rsidRPr="00406BBE">
        <w:rPr>
          <w:rFonts w:cs="Times New Roman"/>
          <w:sz w:val="26"/>
          <w:szCs w:val="26"/>
        </w:rPr>
        <w:t>):</w:t>
      </w:r>
    </w:p>
    <w:p w14:paraId="7757434B" w14:textId="77777777" w:rsidR="00BB6FA2" w:rsidRPr="00406BBE" w:rsidRDefault="00222B21" w:rsidP="0029031A">
      <w:pPr>
        <w:spacing w:before="120" w:after="120" w:line="240" w:lineRule="auto"/>
        <w:jc w:val="both"/>
        <w:rPr>
          <w:rFonts w:cs="Times New Roman"/>
          <w:sz w:val="26"/>
          <w:szCs w:val="26"/>
        </w:rPr>
      </w:pPr>
      <w:r w:rsidRPr="00406BBE">
        <w:rPr>
          <w:rFonts w:cs="Times New Roman"/>
          <w:sz w:val="26"/>
          <w:szCs w:val="26"/>
        </w:rPr>
        <w:t>................................................................................................................................................</w:t>
      </w:r>
    </w:p>
    <w:p w14:paraId="69BD9D70" w14:textId="77777777" w:rsidR="00BB6FA2" w:rsidRPr="00406BBE" w:rsidRDefault="00222B21" w:rsidP="0029031A">
      <w:pPr>
        <w:spacing w:before="120" w:after="120" w:line="240" w:lineRule="auto"/>
        <w:jc w:val="both"/>
        <w:rPr>
          <w:rFonts w:cs="Times New Roman"/>
          <w:sz w:val="26"/>
          <w:szCs w:val="26"/>
        </w:rPr>
      </w:pPr>
      <w:r w:rsidRPr="00406BBE">
        <w:rPr>
          <w:rFonts w:cs="Times New Roman"/>
          <w:sz w:val="26"/>
          <w:szCs w:val="26"/>
        </w:rPr>
        <w:t xml:space="preserve">4.4. </w:t>
      </w:r>
      <w:proofErr w:type="spellStart"/>
      <w:r w:rsidRPr="00406BBE">
        <w:rPr>
          <w:rFonts w:cs="Times New Roman"/>
          <w:sz w:val="26"/>
          <w:szCs w:val="26"/>
        </w:rPr>
        <w:t>Giải</w:t>
      </w:r>
      <w:proofErr w:type="spellEnd"/>
      <w:r w:rsidRPr="00406BBE">
        <w:rPr>
          <w:rFonts w:cs="Times New Roman"/>
          <w:sz w:val="26"/>
          <w:szCs w:val="26"/>
        </w:rPr>
        <w:t xml:space="preserve"> </w:t>
      </w:r>
      <w:proofErr w:type="spellStart"/>
      <w:r w:rsidRPr="00406BBE">
        <w:rPr>
          <w:rFonts w:cs="Times New Roman"/>
          <w:sz w:val="26"/>
          <w:szCs w:val="26"/>
        </w:rPr>
        <w:t>thưởng</w:t>
      </w:r>
      <w:proofErr w:type="spellEnd"/>
      <w:r w:rsidRPr="00406BBE">
        <w:rPr>
          <w:rFonts w:cs="Times New Roman"/>
          <w:sz w:val="26"/>
          <w:szCs w:val="26"/>
        </w:rPr>
        <w:t xml:space="preserve">, </w:t>
      </w:r>
      <w:proofErr w:type="spellStart"/>
      <w:r w:rsidRPr="00406BBE">
        <w:rPr>
          <w:rFonts w:cs="Times New Roman"/>
          <w:sz w:val="26"/>
          <w:szCs w:val="26"/>
        </w:rPr>
        <w:t>danh</w:t>
      </w:r>
      <w:proofErr w:type="spellEnd"/>
      <w:r w:rsidRPr="00406BBE">
        <w:rPr>
          <w:rFonts w:cs="Times New Roman"/>
          <w:sz w:val="26"/>
          <w:szCs w:val="26"/>
        </w:rPr>
        <w:t xml:space="preserve"> </w:t>
      </w:r>
      <w:proofErr w:type="spellStart"/>
      <w:r w:rsidRPr="00406BBE">
        <w:rPr>
          <w:rFonts w:cs="Times New Roman"/>
          <w:sz w:val="26"/>
          <w:szCs w:val="26"/>
        </w:rPr>
        <w:t>hiệu</w:t>
      </w:r>
      <w:proofErr w:type="spellEnd"/>
      <w:r w:rsidRPr="00406BBE">
        <w:rPr>
          <w:rFonts w:cs="Times New Roman"/>
          <w:sz w:val="26"/>
          <w:szCs w:val="26"/>
        </w:rPr>
        <w:t xml:space="preserve"> khoa </w:t>
      </w:r>
      <w:proofErr w:type="spellStart"/>
      <w:r w:rsidRPr="00406BBE">
        <w:rPr>
          <w:rFonts w:cs="Times New Roman"/>
          <w:sz w:val="26"/>
          <w:szCs w:val="26"/>
        </w:rPr>
        <w:t>học</w:t>
      </w:r>
      <w:proofErr w:type="spellEnd"/>
      <w:r w:rsidRPr="00406BBE">
        <w:rPr>
          <w:rFonts w:cs="Times New Roman"/>
          <w:sz w:val="26"/>
          <w:szCs w:val="26"/>
        </w:rPr>
        <w:t xml:space="preserve"> </w:t>
      </w:r>
      <w:proofErr w:type="spellStart"/>
      <w:r w:rsidRPr="00406BBE">
        <w:rPr>
          <w:rFonts w:cs="Times New Roman"/>
          <w:sz w:val="26"/>
          <w:szCs w:val="26"/>
        </w:rPr>
        <w:t>và</w:t>
      </w:r>
      <w:proofErr w:type="spellEnd"/>
      <w:r w:rsidRPr="00406BBE">
        <w:rPr>
          <w:rFonts w:cs="Times New Roman"/>
          <w:sz w:val="26"/>
          <w:szCs w:val="26"/>
        </w:rPr>
        <w:t xml:space="preserve"> </w:t>
      </w:r>
      <w:proofErr w:type="spellStart"/>
      <w:r w:rsidRPr="00406BBE">
        <w:rPr>
          <w:rFonts w:cs="Times New Roman"/>
          <w:sz w:val="26"/>
          <w:szCs w:val="26"/>
        </w:rPr>
        <w:t>công</w:t>
      </w:r>
      <w:proofErr w:type="spellEnd"/>
      <w:r w:rsidRPr="00406BBE">
        <w:rPr>
          <w:rFonts w:cs="Times New Roman"/>
          <w:sz w:val="26"/>
          <w:szCs w:val="26"/>
        </w:rPr>
        <w:t xml:space="preserve"> </w:t>
      </w:r>
      <w:proofErr w:type="spellStart"/>
      <w:r w:rsidRPr="00406BBE">
        <w:rPr>
          <w:rFonts w:cs="Times New Roman"/>
          <w:sz w:val="26"/>
          <w:szCs w:val="26"/>
        </w:rPr>
        <w:t>nghệ</w:t>
      </w:r>
      <w:proofErr w:type="spellEnd"/>
      <w:r w:rsidRPr="00406BBE">
        <w:rPr>
          <w:rFonts w:cs="Times New Roman"/>
          <w:sz w:val="26"/>
          <w:szCs w:val="26"/>
        </w:rPr>
        <w:t xml:space="preserve"> </w:t>
      </w:r>
      <w:proofErr w:type="spellStart"/>
      <w:r w:rsidRPr="00406BBE">
        <w:rPr>
          <w:rFonts w:cs="Times New Roman"/>
          <w:sz w:val="26"/>
          <w:szCs w:val="26"/>
        </w:rPr>
        <w:t>tiêu</w:t>
      </w:r>
      <w:proofErr w:type="spellEnd"/>
      <w:r w:rsidRPr="00406BBE">
        <w:rPr>
          <w:rFonts w:cs="Times New Roman"/>
          <w:sz w:val="26"/>
          <w:szCs w:val="26"/>
        </w:rPr>
        <w:t xml:space="preserve"> </w:t>
      </w:r>
      <w:proofErr w:type="spellStart"/>
      <w:r w:rsidRPr="00406BBE">
        <w:rPr>
          <w:rFonts w:cs="Times New Roman"/>
          <w:sz w:val="26"/>
          <w:szCs w:val="26"/>
        </w:rPr>
        <w:t>biểu</w:t>
      </w:r>
      <w:proofErr w:type="spellEnd"/>
      <w:r w:rsidRPr="00406BBE">
        <w:rPr>
          <w:rFonts w:cs="Times New Roman"/>
          <w:sz w:val="26"/>
          <w:szCs w:val="26"/>
        </w:rPr>
        <w:t xml:space="preserve">: </w:t>
      </w:r>
      <w:proofErr w:type="spellStart"/>
      <w:r w:rsidRPr="00406BBE">
        <w:rPr>
          <w:rFonts w:cs="Times New Roman"/>
          <w:sz w:val="26"/>
          <w:szCs w:val="26"/>
        </w:rPr>
        <w:t>tên</w:t>
      </w:r>
      <w:proofErr w:type="spellEnd"/>
      <w:r w:rsidRPr="00406BBE">
        <w:rPr>
          <w:rFonts w:cs="Times New Roman"/>
          <w:sz w:val="26"/>
          <w:szCs w:val="26"/>
        </w:rPr>
        <w:t xml:space="preserve"> </w:t>
      </w:r>
      <w:proofErr w:type="spellStart"/>
      <w:r w:rsidRPr="00406BBE">
        <w:rPr>
          <w:rFonts w:cs="Times New Roman"/>
          <w:sz w:val="26"/>
          <w:szCs w:val="26"/>
        </w:rPr>
        <w:t>giải</w:t>
      </w:r>
      <w:proofErr w:type="spellEnd"/>
      <w:r w:rsidRPr="00406BBE">
        <w:rPr>
          <w:rFonts w:cs="Times New Roman"/>
          <w:sz w:val="26"/>
          <w:szCs w:val="26"/>
        </w:rPr>
        <w:t xml:space="preserve"> </w:t>
      </w:r>
      <w:proofErr w:type="spellStart"/>
      <w:r w:rsidRPr="00406BBE">
        <w:rPr>
          <w:rFonts w:cs="Times New Roman"/>
          <w:sz w:val="26"/>
          <w:szCs w:val="26"/>
        </w:rPr>
        <w:t>thưởng</w:t>
      </w:r>
      <w:proofErr w:type="spellEnd"/>
      <w:r w:rsidRPr="00406BBE">
        <w:rPr>
          <w:rFonts w:cs="Times New Roman"/>
          <w:sz w:val="26"/>
          <w:szCs w:val="26"/>
        </w:rPr>
        <w:t xml:space="preserve">, </w:t>
      </w:r>
      <w:proofErr w:type="spellStart"/>
      <w:r w:rsidRPr="00406BBE">
        <w:rPr>
          <w:rFonts w:cs="Times New Roman"/>
          <w:sz w:val="26"/>
          <w:szCs w:val="26"/>
        </w:rPr>
        <w:t>cấp</w:t>
      </w:r>
      <w:proofErr w:type="spellEnd"/>
      <w:r w:rsidRPr="00406BBE">
        <w:rPr>
          <w:rFonts w:cs="Times New Roman"/>
          <w:sz w:val="26"/>
          <w:szCs w:val="26"/>
        </w:rPr>
        <w:t xml:space="preserve"> </w:t>
      </w:r>
      <w:proofErr w:type="spellStart"/>
      <w:r w:rsidRPr="00406BBE">
        <w:rPr>
          <w:rFonts w:cs="Times New Roman"/>
          <w:sz w:val="26"/>
          <w:szCs w:val="26"/>
        </w:rPr>
        <w:t>trao</w:t>
      </w:r>
      <w:proofErr w:type="spellEnd"/>
      <w:r w:rsidRPr="00406BBE">
        <w:rPr>
          <w:rFonts w:cs="Times New Roman"/>
          <w:sz w:val="26"/>
          <w:szCs w:val="26"/>
        </w:rPr>
        <w:t xml:space="preserve">, </w:t>
      </w:r>
      <w:proofErr w:type="spellStart"/>
      <w:r w:rsidRPr="00406BBE">
        <w:rPr>
          <w:rFonts w:cs="Times New Roman"/>
          <w:sz w:val="26"/>
          <w:szCs w:val="26"/>
        </w:rPr>
        <w:t>năm</w:t>
      </w:r>
      <w:proofErr w:type="spellEnd"/>
      <w:r w:rsidRPr="00406BBE">
        <w:rPr>
          <w:rFonts w:cs="Times New Roman"/>
          <w:sz w:val="26"/>
          <w:szCs w:val="26"/>
        </w:rPr>
        <w:t xml:space="preserve"> </w:t>
      </w:r>
      <w:proofErr w:type="spellStart"/>
      <w:r w:rsidRPr="00406BBE">
        <w:rPr>
          <w:rFonts w:cs="Times New Roman"/>
          <w:sz w:val="26"/>
          <w:szCs w:val="26"/>
        </w:rPr>
        <w:t>nhận</w:t>
      </w:r>
      <w:proofErr w:type="spellEnd"/>
      <w:r w:rsidRPr="00406BBE">
        <w:rPr>
          <w:rFonts w:cs="Times New Roman"/>
          <w:sz w:val="26"/>
          <w:szCs w:val="26"/>
        </w:rPr>
        <w:t>:</w:t>
      </w:r>
    </w:p>
    <w:p w14:paraId="2A4DC202" w14:textId="77777777" w:rsidR="00BB6FA2" w:rsidRPr="00406BBE" w:rsidRDefault="00222B21" w:rsidP="00BD3914">
      <w:pPr>
        <w:spacing w:before="120" w:after="120" w:line="240" w:lineRule="auto"/>
        <w:rPr>
          <w:rFonts w:cs="Times New Roman"/>
          <w:sz w:val="26"/>
          <w:szCs w:val="26"/>
        </w:rPr>
      </w:pPr>
      <w:r w:rsidRPr="00406BBE">
        <w:rPr>
          <w:rFonts w:cs="Times New Roman"/>
          <w:sz w:val="26"/>
          <w:szCs w:val="26"/>
        </w:rPr>
        <w:t>................................................................................................................................................</w:t>
      </w:r>
    </w:p>
    <w:p w14:paraId="041884EC" w14:textId="77777777" w:rsidR="00BB6FA2" w:rsidRPr="00406BBE" w:rsidRDefault="00222B21" w:rsidP="00BD3914">
      <w:pPr>
        <w:pStyle w:val="Heading1"/>
        <w:spacing w:before="120" w:after="120" w:line="240" w:lineRule="auto"/>
        <w:rPr>
          <w:rFonts w:ascii="Times New Roman" w:hAnsi="Times New Roman" w:cs="Times New Roman"/>
          <w:color w:val="auto"/>
          <w:sz w:val="26"/>
          <w:szCs w:val="26"/>
        </w:rPr>
      </w:pPr>
      <w:r w:rsidRPr="00406BBE">
        <w:rPr>
          <w:rFonts w:ascii="Times New Roman" w:hAnsi="Times New Roman" w:cs="Times New Roman"/>
          <w:color w:val="auto"/>
          <w:sz w:val="26"/>
          <w:szCs w:val="26"/>
        </w:rPr>
        <w:t>5. HỢP TÁC KHOA HỌC VỚI LIÊN BANG NGA VÀ TIÊU CHÍ ƯU TIÊN</w:t>
      </w:r>
    </w:p>
    <w:p w14:paraId="3BAFFC12" w14:textId="77777777" w:rsidR="00BB6FA2" w:rsidRPr="00406BBE" w:rsidRDefault="00222B21" w:rsidP="00BC5DA5">
      <w:pPr>
        <w:spacing w:before="120" w:after="120" w:line="240" w:lineRule="auto"/>
        <w:jc w:val="both"/>
        <w:rPr>
          <w:rFonts w:cs="Times New Roman"/>
          <w:bCs/>
          <w:sz w:val="26"/>
          <w:szCs w:val="26"/>
        </w:rPr>
      </w:pPr>
      <w:r w:rsidRPr="00406BBE">
        <w:rPr>
          <w:rFonts w:cs="Times New Roman"/>
          <w:bCs/>
          <w:sz w:val="26"/>
          <w:szCs w:val="26"/>
        </w:rPr>
        <w:t xml:space="preserve">5.1. </w:t>
      </w:r>
      <w:proofErr w:type="spellStart"/>
      <w:r w:rsidRPr="00406BBE">
        <w:rPr>
          <w:rFonts w:cs="Times New Roman"/>
          <w:bCs/>
          <w:sz w:val="26"/>
          <w:szCs w:val="26"/>
        </w:rPr>
        <w:t>Tình</w:t>
      </w:r>
      <w:proofErr w:type="spellEnd"/>
      <w:r w:rsidRPr="00406BBE">
        <w:rPr>
          <w:rFonts w:cs="Times New Roman"/>
          <w:bCs/>
          <w:sz w:val="26"/>
          <w:szCs w:val="26"/>
        </w:rPr>
        <w:t xml:space="preserve"> </w:t>
      </w:r>
      <w:proofErr w:type="spellStart"/>
      <w:r w:rsidRPr="00406BBE">
        <w:rPr>
          <w:rFonts w:cs="Times New Roman"/>
          <w:bCs/>
          <w:sz w:val="26"/>
          <w:szCs w:val="26"/>
        </w:rPr>
        <w:t>hình</w:t>
      </w:r>
      <w:proofErr w:type="spellEnd"/>
      <w:r w:rsidRPr="00406BBE">
        <w:rPr>
          <w:rFonts w:cs="Times New Roman"/>
          <w:bCs/>
          <w:sz w:val="26"/>
          <w:szCs w:val="26"/>
        </w:rPr>
        <w:t xml:space="preserve"> </w:t>
      </w:r>
      <w:proofErr w:type="spellStart"/>
      <w:r w:rsidRPr="00406BBE">
        <w:rPr>
          <w:rFonts w:cs="Times New Roman"/>
          <w:bCs/>
          <w:sz w:val="26"/>
          <w:szCs w:val="26"/>
        </w:rPr>
        <w:t>tham</w:t>
      </w:r>
      <w:proofErr w:type="spellEnd"/>
      <w:r w:rsidRPr="00406BBE">
        <w:rPr>
          <w:rFonts w:cs="Times New Roman"/>
          <w:bCs/>
          <w:sz w:val="26"/>
          <w:szCs w:val="26"/>
        </w:rPr>
        <w:t xml:space="preserve"> </w:t>
      </w:r>
      <w:proofErr w:type="spellStart"/>
      <w:r w:rsidRPr="00406BBE">
        <w:rPr>
          <w:rFonts w:cs="Times New Roman"/>
          <w:bCs/>
          <w:sz w:val="26"/>
          <w:szCs w:val="26"/>
        </w:rPr>
        <w:t>gia</w:t>
      </w:r>
      <w:proofErr w:type="spellEnd"/>
      <w:r w:rsidRPr="00406BBE">
        <w:rPr>
          <w:rFonts w:cs="Times New Roman"/>
          <w:bCs/>
          <w:sz w:val="26"/>
          <w:szCs w:val="26"/>
        </w:rPr>
        <w:t xml:space="preserve"> </w:t>
      </w:r>
      <w:proofErr w:type="spellStart"/>
      <w:r w:rsidRPr="00406BBE">
        <w:rPr>
          <w:rFonts w:cs="Times New Roman"/>
          <w:bCs/>
          <w:sz w:val="26"/>
          <w:szCs w:val="26"/>
        </w:rPr>
        <w:t>hợp</w:t>
      </w:r>
      <w:proofErr w:type="spellEnd"/>
      <w:r w:rsidRPr="00406BBE">
        <w:rPr>
          <w:rFonts w:cs="Times New Roman"/>
          <w:bCs/>
          <w:sz w:val="26"/>
          <w:szCs w:val="26"/>
        </w:rPr>
        <w:t xml:space="preserve"> </w:t>
      </w:r>
      <w:proofErr w:type="spellStart"/>
      <w:r w:rsidRPr="00406BBE">
        <w:rPr>
          <w:rFonts w:cs="Times New Roman"/>
          <w:bCs/>
          <w:sz w:val="26"/>
          <w:szCs w:val="26"/>
        </w:rPr>
        <w:t>tác</w:t>
      </w:r>
      <w:proofErr w:type="spellEnd"/>
      <w:r w:rsidRPr="00406BBE">
        <w:rPr>
          <w:rFonts w:cs="Times New Roman"/>
          <w:bCs/>
          <w:sz w:val="26"/>
          <w:szCs w:val="26"/>
        </w:rPr>
        <w:t xml:space="preserve"> Việt Nam - Liên bang Nga (</w:t>
      </w:r>
      <w:proofErr w:type="spellStart"/>
      <w:r w:rsidRPr="00406BBE">
        <w:rPr>
          <w:rFonts w:cs="Times New Roman"/>
          <w:bCs/>
          <w:sz w:val="26"/>
          <w:szCs w:val="26"/>
        </w:rPr>
        <w:t>đánh</w:t>
      </w:r>
      <w:proofErr w:type="spellEnd"/>
      <w:r w:rsidRPr="00406BBE">
        <w:rPr>
          <w:rFonts w:cs="Times New Roman"/>
          <w:bCs/>
          <w:sz w:val="26"/>
          <w:szCs w:val="26"/>
        </w:rPr>
        <w:t xml:space="preserve"> </w:t>
      </w:r>
      <w:proofErr w:type="spellStart"/>
      <w:r w:rsidRPr="00406BBE">
        <w:rPr>
          <w:rFonts w:cs="Times New Roman"/>
          <w:bCs/>
          <w:sz w:val="26"/>
          <w:szCs w:val="26"/>
        </w:rPr>
        <w:t>dấu</w:t>
      </w:r>
      <w:proofErr w:type="spellEnd"/>
      <w:r w:rsidRPr="00406BBE">
        <w:rPr>
          <w:rFonts w:cs="Times New Roman"/>
          <w:bCs/>
          <w:sz w:val="26"/>
          <w:szCs w:val="26"/>
        </w:rPr>
        <w:t xml:space="preserve"> </w:t>
      </w:r>
      <w:proofErr w:type="spellStart"/>
      <w:r w:rsidRPr="00406BBE">
        <w:rPr>
          <w:rFonts w:cs="Times New Roman"/>
          <w:bCs/>
          <w:sz w:val="26"/>
          <w:szCs w:val="26"/>
        </w:rPr>
        <w:t>và</w:t>
      </w:r>
      <w:proofErr w:type="spellEnd"/>
      <w:r w:rsidRPr="00406BBE">
        <w:rPr>
          <w:rFonts w:cs="Times New Roman"/>
          <w:bCs/>
          <w:sz w:val="26"/>
          <w:szCs w:val="26"/>
        </w:rPr>
        <w:t xml:space="preserve"> </w:t>
      </w:r>
      <w:proofErr w:type="spellStart"/>
      <w:r w:rsidRPr="00406BBE">
        <w:rPr>
          <w:rFonts w:cs="Times New Roman"/>
          <w:bCs/>
          <w:sz w:val="26"/>
          <w:szCs w:val="26"/>
        </w:rPr>
        <w:t>kê</w:t>
      </w:r>
      <w:proofErr w:type="spellEnd"/>
      <w:r w:rsidRPr="00406BBE">
        <w:rPr>
          <w:rFonts w:cs="Times New Roman"/>
          <w:bCs/>
          <w:sz w:val="26"/>
          <w:szCs w:val="26"/>
        </w:rPr>
        <w:t xml:space="preserve"> </w:t>
      </w:r>
      <w:proofErr w:type="spellStart"/>
      <w:r w:rsidRPr="00406BBE">
        <w:rPr>
          <w:rFonts w:cs="Times New Roman"/>
          <w:bCs/>
          <w:sz w:val="26"/>
          <w:szCs w:val="26"/>
        </w:rPr>
        <w:t>khai</w:t>
      </w:r>
      <w:proofErr w:type="spellEnd"/>
      <w:r w:rsidRPr="00406BBE">
        <w:rPr>
          <w:rFonts w:cs="Times New Roman"/>
          <w:bCs/>
          <w:sz w:val="26"/>
          <w:szCs w:val="26"/>
        </w:rPr>
        <w:t xml:space="preserve"> </w:t>
      </w:r>
      <w:proofErr w:type="spellStart"/>
      <w:r w:rsidRPr="00406BBE">
        <w:rPr>
          <w:rFonts w:cs="Times New Roman"/>
          <w:bCs/>
          <w:sz w:val="26"/>
          <w:szCs w:val="26"/>
        </w:rPr>
        <w:t>cụ</w:t>
      </w:r>
      <w:proofErr w:type="spellEnd"/>
      <w:r w:rsidRPr="00406BBE">
        <w:rPr>
          <w:rFonts w:cs="Times New Roman"/>
          <w:bCs/>
          <w:sz w:val="26"/>
          <w:szCs w:val="26"/>
        </w:rPr>
        <w:t xml:space="preserve"> </w:t>
      </w:r>
      <w:proofErr w:type="spellStart"/>
      <w:r w:rsidRPr="00406BBE">
        <w:rPr>
          <w:rFonts w:cs="Times New Roman"/>
          <w:bCs/>
          <w:sz w:val="26"/>
          <w:szCs w:val="26"/>
        </w:rPr>
        <w:t>thể</w:t>
      </w:r>
      <w:proofErr w:type="spellEnd"/>
      <w:r w:rsidRPr="00406BBE">
        <w:rPr>
          <w:rFonts w:cs="Times New Roman"/>
          <w:bCs/>
          <w:sz w:val="26"/>
          <w:szCs w:val="26"/>
        </w:rPr>
        <w:t>):</w:t>
      </w:r>
    </w:p>
    <w:p w14:paraId="3DAF22F3" w14:textId="77777777" w:rsidR="00130EA6" w:rsidRPr="00406BBE" w:rsidRDefault="00222B21" w:rsidP="00BC5DA5">
      <w:pPr>
        <w:spacing w:before="120" w:after="120" w:line="240" w:lineRule="auto"/>
        <w:jc w:val="both"/>
        <w:rPr>
          <w:rFonts w:cs="Times New Roman"/>
          <w:sz w:val="26"/>
          <w:szCs w:val="26"/>
        </w:rPr>
      </w:pPr>
      <w:r w:rsidRPr="00406BBE">
        <w:rPr>
          <w:rFonts w:ascii="Segoe UI Symbol" w:hAnsi="Segoe UI Symbol" w:cs="Segoe UI Symbol"/>
          <w:sz w:val="26"/>
          <w:szCs w:val="26"/>
        </w:rPr>
        <w:t>☐</w:t>
      </w:r>
      <w:r w:rsidRPr="00406BBE">
        <w:rPr>
          <w:rFonts w:cs="Times New Roman"/>
          <w:sz w:val="26"/>
          <w:szCs w:val="26"/>
        </w:rPr>
        <w:t xml:space="preserve"> </w:t>
      </w:r>
      <w:proofErr w:type="spellStart"/>
      <w:r w:rsidRPr="00406BBE">
        <w:rPr>
          <w:rFonts w:cs="Times New Roman"/>
          <w:sz w:val="26"/>
          <w:szCs w:val="26"/>
        </w:rPr>
        <w:t>Đã</w:t>
      </w:r>
      <w:proofErr w:type="spellEnd"/>
      <w:r w:rsidRPr="00406BBE">
        <w:rPr>
          <w:rFonts w:cs="Times New Roman"/>
          <w:sz w:val="26"/>
          <w:szCs w:val="26"/>
        </w:rPr>
        <w:t>/</w:t>
      </w:r>
      <w:proofErr w:type="spellStart"/>
      <w:r w:rsidRPr="00406BBE">
        <w:rPr>
          <w:rFonts w:cs="Times New Roman"/>
          <w:sz w:val="26"/>
          <w:szCs w:val="26"/>
        </w:rPr>
        <w:t>đang</w:t>
      </w:r>
      <w:proofErr w:type="spellEnd"/>
      <w:r w:rsidRPr="00406BBE">
        <w:rPr>
          <w:rFonts w:cs="Times New Roman"/>
          <w:sz w:val="26"/>
          <w:szCs w:val="26"/>
        </w:rPr>
        <w:t xml:space="preserve"> </w:t>
      </w:r>
      <w:proofErr w:type="spellStart"/>
      <w:r w:rsidRPr="00406BBE">
        <w:rPr>
          <w:rFonts w:cs="Times New Roman"/>
          <w:sz w:val="26"/>
          <w:szCs w:val="26"/>
        </w:rPr>
        <w:t>chủ</w:t>
      </w:r>
      <w:proofErr w:type="spellEnd"/>
      <w:r w:rsidRPr="00406BBE">
        <w:rPr>
          <w:rFonts w:cs="Times New Roman"/>
          <w:sz w:val="26"/>
          <w:szCs w:val="26"/>
        </w:rPr>
        <w:t xml:space="preserve"> </w:t>
      </w:r>
      <w:proofErr w:type="spellStart"/>
      <w:r w:rsidRPr="00406BBE">
        <w:rPr>
          <w:rFonts w:cs="Times New Roman"/>
          <w:sz w:val="26"/>
          <w:szCs w:val="26"/>
        </w:rPr>
        <w:t>trì</w:t>
      </w:r>
      <w:proofErr w:type="spellEnd"/>
      <w:r w:rsidRPr="00406BBE">
        <w:rPr>
          <w:rFonts w:cs="Times New Roman"/>
          <w:sz w:val="26"/>
          <w:szCs w:val="26"/>
        </w:rPr>
        <w:t xml:space="preserve"> </w:t>
      </w:r>
      <w:proofErr w:type="spellStart"/>
      <w:r w:rsidRPr="00406BBE">
        <w:rPr>
          <w:rFonts w:cs="Times New Roman"/>
          <w:sz w:val="26"/>
          <w:szCs w:val="26"/>
        </w:rPr>
        <w:t>hoặc</w:t>
      </w:r>
      <w:proofErr w:type="spellEnd"/>
      <w:r w:rsidRPr="00406BBE">
        <w:rPr>
          <w:rFonts w:cs="Times New Roman"/>
          <w:sz w:val="26"/>
          <w:szCs w:val="26"/>
        </w:rPr>
        <w:t xml:space="preserve"> </w:t>
      </w:r>
      <w:proofErr w:type="spellStart"/>
      <w:r w:rsidRPr="00406BBE">
        <w:rPr>
          <w:rFonts w:cs="Times New Roman"/>
          <w:sz w:val="26"/>
          <w:szCs w:val="26"/>
        </w:rPr>
        <w:t>tham</w:t>
      </w:r>
      <w:proofErr w:type="spellEnd"/>
      <w:r w:rsidRPr="00406BBE">
        <w:rPr>
          <w:rFonts w:cs="Times New Roman"/>
          <w:sz w:val="26"/>
          <w:szCs w:val="26"/>
        </w:rPr>
        <w:t xml:space="preserve"> </w:t>
      </w:r>
      <w:proofErr w:type="spellStart"/>
      <w:r w:rsidRPr="00406BBE">
        <w:rPr>
          <w:rFonts w:cs="Times New Roman"/>
          <w:sz w:val="26"/>
          <w:szCs w:val="26"/>
        </w:rPr>
        <w:t>gia</w:t>
      </w:r>
      <w:proofErr w:type="spellEnd"/>
      <w:r w:rsidRPr="00406BBE">
        <w:rPr>
          <w:rFonts w:cs="Times New Roman"/>
          <w:sz w:val="26"/>
          <w:szCs w:val="26"/>
        </w:rPr>
        <w:t xml:space="preserve"> </w:t>
      </w:r>
      <w:proofErr w:type="spellStart"/>
      <w:r w:rsidRPr="00406BBE">
        <w:rPr>
          <w:rFonts w:cs="Times New Roman"/>
          <w:sz w:val="26"/>
          <w:szCs w:val="26"/>
        </w:rPr>
        <w:t>nhiệm</w:t>
      </w:r>
      <w:proofErr w:type="spellEnd"/>
      <w:r w:rsidRPr="00406BBE">
        <w:rPr>
          <w:rFonts w:cs="Times New Roman"/>
          <w:sz w:val="26"/>
          <w:szCs w:val="26"/>
        </w:rPr>
        <w:t xml:space="preserve"> </w:t>
      </w:r>
      <w:proofErr w:type="spellStart"/>
      <w:r w:rsidRPr="00406BBE">
        <w:rPr>
          <w:rFonts w:cs="Times New Roman"/>
          <w:sz w:val="26"/>
          <w:szCs w:val="26"/>
        </w:rPr>
        <w:t>vụ</w:t>
      </w:r>
      <w:proofErr w:type="spellEnd"/>
      <w:r w:rsidRPr="00406BBE">
        <w:rPr>
          <w:rFonts w:cs="Times New Roman"/>
          <w:sz w:val="26"/>
          <w:szCs w:val="26"/>
        </w:rPr>
        <w:t xml:space="preserve">, </w:t>
      </w:r>
      <w:proofErr w:type="spellStart"/>
      <w:r w:rsidRPr="00406BBE">
        <w:rPr>
          <w:rFonts w:cs="Times New Roman"/>
          <w:sz w:val="26"/>
          <w:szCs w:val="26"/>
        </w:rPr>
        <w:t>đề</w:t>
      </w:r>
      <w:proofErr w:type="spellEnd"/>
      <w:r w:rsidRPr="00406BBE">
        <w:rPr>
          <w:rFonts w:cs="Times New Roman"/>
          <w:sz w:val="26"/>
          <w:szCs w:val="26"/>
        </w:rPr>
        <w:t xml:space="preserve"> </w:t>
      </w:r>
      <w:proofErr w:type="spellStart"/>
      <w:r w:rsidRPr="00406BBE">
        <w:rPr>
          <w:rFonts w:cs="Times New Roman"/>
          <w:sz w:val="26"/>
          <w:szCs w:val="26"/>
        </w:rPr>
        <w:t>tài</w:t>
      </w:r>
      <w:proofErr w:type="spellEnd"/>
      <w:r w:rsidRPr="00406BBE">
        <w:rPr>
          <w:rFonts w:cs="Times New Roman"/>
          <w:sz w:val="26"/>
          <w:szCs w:val="26"/>
        </w:rPr>
        <w:t xml:space="preserve">, </w:t>
      </w:r>
      <w:proofErr w:type="spellStart"/>
      <w:r w:rsidRPr="00406BBE">
        <w:rPr>
          <w:rFonts w:cs="Times New Roman"/>
          <w:sz w:val="26"/>
          <w:szCs w:val="26"/>
        </w:rPr>
        <w:t>dự</w:t>
      </w:r>
      <w:proofErr w:type="spellEnd"/>
      <w:r w:rsidRPr="00406BBE">
        <w:rPr>
          <w:rFonts w:cs="Times New Roman"/>
          <w:sz w:val="26"/>
          <w:szCs w:val="26"/>
        </w:rPr>
        <w:t xml:space="preserve"> </w:t>
      </w:r>
      <w:proofErr w:type="spellStart"/>
      <w:r w:rsidRPr="00406BBE">
        <w:rPr>
          <w:rFonts w:cs="Times New Roman"/>
          <w:sz w:val="26"/>
          <w:szCs w:val="26"/>
        </w:rPr>
        <w:t>án</w:t>
      </w:r>
      <w:proofErr w:type="spellEnd"/>
      <w:r w:rsidRPr="00406BBE">
        <w:rPr>
          <w:rFonts w:cs="Times New Roman"/>
          <w:sz w:val="26"/>
          <w:szCs w:val="26"/>
        </w:rPr>
        <w:t xml:space="preserve"> </w:t>
      </w:r>
      <w:proofErr w:type="spellStart"/>
      <w:r w:rsidRPr="00406BBE">
        <w:rPr>
          <w:rFonts w:cs="Times New Roman"/>
          <w:sz w:val="26"/>
          <w:szCs w:val="26"/>
        </w:rPr>
        <w:t>nghiên</w:t>
      </w:r>
      <w:proofErr w:type="spellEnd"/>
      <w:r w:rsidRPr="00406BBE">
        <w:rPr>
          <w:rFonts w:cs="Times New Roman"/>
          <w:sz w:val="26"/>
          <w:szCs w:val="26"/>
        </w:rPr>
        <w:t xml:space="preserve"> </w:t>
      </w:r>
      <w:proofErr w:type="spellStart"/>
      <w:r w:rsidRPr="00406BBE">
        <w:rPr>
          <w:rFonts w:cs="Times New Roman"/>
          <w:sz w:val="26"/>
          <w:szCs w:val="26"/>
        </w:rPr>
        <w:t>cứu</w:t>
      </w:r>
      <w:proofErr w:type="spellEnd"/>
      <w:r w:rsidRPr="00406BBE">
        <w:rPr>
          <w:rFonts w:cs="Times New Roman"/>
          <w:sz w:val="26"/>
          <w:szCs w:val="26"/>
        </w:rPr>
        <w:t xml:space="preserve"> </w:t>
      </w:r>
      <w:proofErr w:type="spellStart"/>
      <w:r w:rsidRPr="00406BBE">
        <w:rPr>
          <w:rFonts w:cs="Times New Roman"/>
          <w:sz w:val="26"/>
          <w:szCs w:val="26"/>
        </w:rPr>
        <w:t>chung</w:t>
      </w:r>
      <w:proofErr w:type="spellEnd"/>
      <w:r w:rsidRPr="00406BBE">
        <w:rPr>
          <w:rFonts w:cs="Times New Roman"/>
          <w:sz w:val="26"/>
          <w:szCs w:val="26"/>
        </w:rPr>
        <w:t xml:space="preserve"> Việt Nam - Liên bang Nga.  </w:t>
      </w:r>
    </w:p>
    <w:p w14:paraId="0A9D0B9D" w14:textId="77777777" w:rsidR="00BB6FA2" w:rsidRPr="00406BBE" w:rsidRDefault="00222B21" w:rsidP="00BC5DA5">
      <w:pPr>
        <w:spacing w:before="120" w:after="120" w:line="240" w:lineRule="auto"/>
        <w:jc w:val="both"/>
        <w:rPr>
          <w:rFonts w:cs="Times New Roman"/>
          <w:sz w:val="26"/>
          <w:szCs w:val="26"/>
        </w:rPr>
      </w:pPr>
      <w:proofErr w:type="spellStart"/>
      <w:r w:rsidRPr="00406BBE">
        <w:rPr>
          <w:rFonts w:cs="Times New Roman"/>
          <w:sz w:val="26"/>
          <w:szCs w:val="26"/>
        </w:rPr>
        <w:t>Tên</w:t>
      </w:r>
      <w:proofErr w:type="spellEnd"/>
      <w:r w:rsidRPr="00406BBE">
        <w:rPr>
          <w:rFonts w:cs="Times New Roman"/>
          <w:sz w:val="26"/>
          <w:szCs w:val="26"/>
        </w:rPr>
        <w:t xml:space="preserve"> </w:t>
      </w:r>
      <w:proofErr w:type="spellStart"/>
      <w:r w:rsidRPr="00406BBE">
        <w:rPr>
          <w:rFonts w:cs="Times New Roman"/>
          <w:sz w:val="26"/>
          <w:szCs w:val="26"/>
        </w:rPr>
        <w:t>nhiệm</w:t>
      </w:r>
      <w:proofErr w:type="spellEnd"/>
      <w:r w:rsidRPr="00406BBE">
        <w:rPr>
          <w:rFonts w:cs="Times New Roman"/>
          <w:sz w:val="26"/>
          <w:szCs w:val="26"/>
        </w:rPr>
        <w:t xml:space="preserve"> </w:t>
      </w:r>
      <w:proofErr w:type="spellStart"/>
      <w:r w:rsidRPr="00406BBE">
        <w:rPr>
          <w:rFonts w:cs="Times New Roman"/>
          <w:sz w:val="26"/>
          <w:szCs w:val="26"/>
        </w:rPr>
        <w:t>vụ</w:t>
      </w:r>
      <w:proofErr w:type="spellEnd"/>
      <w:r w:rsidRPr="00406BBE">
        <w:rPr>
          <w:rFonts w:cs="Times New Roman"/>
          <w:sz w:val="26"/>
          <w:szCs w:val="26"/>
        </w:rPr>
        <w:t>/</w:t>
      </w:r>
      <w:proofErr w:type="spellStart"/>
      <w:r w:rsidRPr="00406BBE">
        <w:rPr>
          <w:rFonts w:cs="Times New Roman"/>
          <w:sz w:val="26"/>
          <w:szCs w:val="26"/>
        </w:rPr>
        <w:t>dự</w:t>
      </w:r>
      <w:proofErr w:type="spellEnd"/>
      <w:r w:rsidRPr="00406BBE">
        <w:rPr>
          <w:rFonts w:cs="Times New Roman"/>
          <w:sz w:val="26"/>
          <w:szCs w:val="26"/>
        </w:rPr>
        <w:t xml:space="preserve"> </w:t>
      </w:r>
      <w:proofErr w:type="spellStart"/>
      <w:r w:rsidRPr="00406BBE">
        <w:rPr>
          <w:rFonts w:cs="Times New Roman"/>
          <w:sz w:val="26"/>
          <w:szCs w:val="26"/>
        </w:rPr>
        <w:t>án</w:t>
      </w:r>
      <w:proofErr w:type="spellEnd"/>
      <w:r w:rsidRPr="00406BBE">
        <w:rPr>
          <w:rFonts w:cs="Times New Roman"/>
          <w:sz w:val="26"/>
          <w:szCs w:val="26"/>
        </w:rPr>
        <w:t xml:space="preserve">; </w:t>
      </w:r>
      <w:proofErr w:type="spellStart"/>
      <w:r w:rsidRPr="00406BBE">
        <w:rPr>
          <w:rFonts w:cs="Times New Roman"/>
          <w:sz w:val="26"/>
          <w:szCs w:val="26"/>
        </w:rPr>
        <w:t>thời</w:t>
      </w:r>
      <w:proofErr w:type="spellEnd"/>
      <w:r w:rsidRPr="00406BBE">
        <w:rPr>
          <w:rFonts w:cs="Times New Roman"/>
          <w:sz w:val="26"/>
          <w:szCs w:val="26"/>
        </w:rPr>
        <w:t xml:space="preserve"> </w:t>
      </w:r>
      <w:proofErr w:type="spellStart"/>
      <w:r w:rsidRPr="00406BBE">
        <w:rPr>
          <w:rFonts w:cs="Times New Roman"/>
          <w:sz w:val="26"/>
          <w:szCs w:val="26"/>
        </w:rPr>
        <w:t>gian</w:t>
      </w:r>
      <w:proofErr w:type="spellEnd"/>
      <w:r w:rsidRPr="00406BBE">
        <w:rPr>
          <w:rFonts w:cs="Times New Roman"/>
          <w:sz w:val="26"/>
          <w:szCs w:val="26"/>
        </w:rPr>
        <w:t xml:space="preserve">; </w:t>
      </w:r>
      <w:proofErr w:type="spellStart"/>
      <w:r w:rsidRPr="00406BBE">
        <w:rPr>
          <w:rFonts w:cs="Times New Roman"/>
          <w:sz w:val="26"/>
          <w:szCs w:val="26"/>
        </w:rPr>
        <w:t>cơ</w:t>
      </w:r>
      <w:proofErr w:type="spellEnd"/>
      <w:r w:rsidRPr="00406BBE">
        <w:rPr>
          <w:rFonts w:cs="Times New Roman"/>
          <w:sz w:val="26"/>
          <w:szCs w:val="26"/>
        </w:rPr>
        <w:t xml:space="preserve"> </w:t>
      </w:r>
      <w:proofErr w:type="spellStart"/>
      <w:r w:rsidRPr="00406BBE">
        <w:rPr>
          <w:rFonts w:cs="Times New Roman"/>
          <w:sz w:val="26"/>
          <w:szCs w:val="26"/>
        </w:rPr>
        <w:t>quan</w:t>
      </w:r>
      <w:proofErr w:type="spellEnd"/>
      <w:r w:rsidRPr="00406BBE">
        <w:rPr>
          <w:rFonts w:cs="Times New Roman"/>
          <w:sz w:val="26"/>
          <w:szCs w:val="26"/>
        </w:rPr>
        <w:t>/</w:t>
      </w:r>
      <w:proofErr w:type="spellStart"/>
      <w:r w:rsidRPr="00406BBE">
        <w:rPr>
          <w:rFonts w:cs="Times New Roman"/>
          <w:sz w:val="26"/>
          <w:szCs w:val="26"/>
        </w:rPr>
        <w:t>đối</w:t>
      </w:r>
      <w:proofErr w:type="spellEnd"/>
      <w:r w:rsidRPr="00406BBE">
        <w:rPr>
          <w:rFonts w:cs="Times New Roman"/>
          <w:sz w:val="26"/>
          <w:szCs w:val="26"/>
        </w:rPr>
        <w:t xml:space="preserve"> </w:t>
      </w:r>
      <w:proofErr w:type="spellStart"/>
      <w:r w:rsidRPr="00406BBE">
        <w:rPr>
          <w:rFonts w:cs="Times New Roman"/>
          <w:sz w:val="26"/>
          <w:szCs w:val="26"/>
        </w:rPr>
        <w:t>tác</w:t>
      </w:r>
      <w:proofErr w:type="spellEnd"/>
      <w:r w:rsidRPr="00406BBE">
        <w:rPr>
          <w:rFonts w:cs="Times New Roman"/>
          <w:sz w:val="26"/>
          <w:szCs w:val="26"/>
        </w:rPr>
        <w:t xml:space="preserve"> Nga; </w:t>
      </w:r>
      <w:proofErr w:type="spellStart"/>
      <w:r w:rsidRPr="00406BBE">
        <w:rPr>
          <w:rFonts w:cs="Times New Roman"/>
          <w:sz w:val="26"/>
          <w:szCs w:val="26"/>
        </w:rPr>
        <w:t>vai</w:t>
      </w:r>
      <w:proofErr w:type="spellEnd"/>
      <w:r w:rsidRPr="00406BBE">
        <w:rPr>
          <w:rFonts w:cs="Times New Roman"/>
          <w:sz w:val="26"/>
          <w:szCs w:val="26"/>
        </w:rPr>
        <w:t xml:space="preserve"> </w:t>
      </w:r>
      <w:proofErr w:type="spellStart"/>
      <w:r w:rsidRPr="00406BBE">
        <w:rPr>
          <w:rFonts w:cs="Times New Roman"/>
          <w:sz w:val="26"/>
          <w:szCs w:val="26"/>
        </w:rPr>
        <w:t>trò</w:t>
      </w:r>
      <w:proofErr w:type="spellEnd"/>
      <w:r w:rsidRPr="00406BBE">
        <w:rPr>
          <w:rFonts w:cs="Times New Roman"/>
          <w:sz w:val="26"/>
          <w:szCs w:val="26"/>
        </w:rPr>
        <w:t xml:space="preserve"> </w:t>
      </w:r>
      <w:proofErr w:type="spellStart"/>
      <w:r w:rsidRPr="00406BBE">
        <w:rPr>
          <w:rFonts w:cs="Times New Roman"/>
          <w:sz w:val="26"/>
          <w:szCs w:val="26"/>
        </w:rPr>
        <w:t>cá</w:t>
      </w:r>
      <w:proofErr w:type="spellEnd"/>
      <w:r w:rsidRPr="00406BBE">
        <w:rPr>
          <w:rFonts w:cs="Times New Roman"/>
          <w:sz w:val="26"/>
          <w:szCs w:val="26"/>
        </w:rPr>
        <w:t xml:space="preserve"> </w:t>
      </w:r>
      <w:proofErr w:type="spellStart"/>
      <w:r w:rsidRPr="00406BBE">
        <w:rPr>
          <w:rFonts w:cs="Times New Roman"/>
          <w:sz w:val="26"/>
          <w:szCs w:val="26"/>
        </w:rPr>
        <w:t>nhân</w:t>
      </w:r>
      <w:proofErr w:type="spellEnd"/>
      <w:r w:rsidRPr="00406BBE">
        <w:rPr>
          <w:rFonts w:cs="Times New Roman"/>
          <w:sz w:val="26"/>
          <w:szCs w:val="26"/>
        </w:rPr>
        <w:t xml:space="preserve">; </w:t>
      </w:r>
      <w:proofErr w:type="spellStart"/>
      <w:r w:rsidRPr="00406BBE">
        <w:rPr>
          <w:rFonts w:cs="Times New Roman"/>
          <w:sz w:val="26"/>
          <w:szCs w:val="26"/>
        </w:rPr>
        <w:t>kết</w:t>
      </w:r>
      <w:proofErr w:type="spellEnd"/>
      <w:r w:rsidRPr="00406BBE">
        <w:rPr>
          <w:rFonts w:cs="Times New Roman"/>
          <w:sz w:val="26"/>
          <w:szCs w:val="26"/>
        </w:rPr>
        <w:t xml:space="preserve"> </w:t>
      </w:r>
      <w:proofErr w:type="spellStart"/>
      <w:r w:rsidRPr="00406BBE">
        <w:rPr>
          <w:rFonts w:cs="Times New Roman"/>
          <w:sz w:val="26"/>
          <w:szCs w:val="26"/>
        </w:rPr>
        <w:t>quả</w:t>
      </w:r>
      <w:proofErr w:type="spellEnd"/>
      <w:r w:rsidRPr="00406BBE">
        <w:rPr>
          <w:rFonts w:cs="Times New Roman"/>
          <w:sz w:val="26"/>
          <w:szCs w:val="26"/>
        </w:rPr>
        <w:t xml:space="preserve"> </w:t>
      </w:r>
      <w:proofErr w:type="spellStart"/>
      <w:r w:rsidRPr="00406BBE">
        <w:rPr>
          <w:rFonts w:cs="Times New Roman"/>
          <w:sz w:val="26"/>
          <w:szCs w:val="26"/>
        </w:rPr>
        <w:t>hợp</w:t>
      </w:r>
      <w:proofErr w:type="spellEnd"/>
      <w:r w:rsidRPr="00406BBE">
        <w:rPr>
          <w:rFonts w:cs="Times New Roman"/>
          <w:sz w:val="26"/>
          <w:szCs w:val="26"/>
        </w:rPr>
        <w:t xml:space="preserve"> </w:t>
      </w:r>
      <w:proofErr w:type="spellStart"/>
      <w:r w:rsidRPr="00406BBE">
        <w:rPr>
          <w:rFonts w:cs="Times New Roman"/>
          <w:sz w:val="26"/>
          <w:szCs w:val="26"/>
        </w:rPr>
        <w:t>tác</w:t>
      </w:r>
      <w:proofErr w:type="spellEnd"/>
      <w:r w:rsidRPr="00406BBE">
        <w:rPr>
          <w:rFonts w:cs="Times New Roman"/>
          <w:sz w:val="26"/>
          <w:szCs w:val="26"/>
        </w:rPr>
        <w:t>/</w:t>
      </w:r>
      <w:proofErr w:type="spellStart"/>
      <w:r w:rsidRPr="00406BBE">
        <w:rPr>
          <w:rFonts w:cs="Times New Roman"/>
          <w:sz w:val="26"/>
          <w:szCs w:val="26"/>
        </w:rPr>
        <w:t>công</w:t>
      </w:r>
      <w:proofErr w:type="spellEnd"/>
      <w:r w:rsidRPr="00406BBE">
        <w:rPr>
          <w:rFonts w:cs="Times New Roman"/>
          <w:sz w:val="26"/>
          <w:szCs w:val="26"/>
        </w:rPr>
        <w:t xml:space="preserve"> </w:t>
      </w:r>
      <w:proofErr w:type="spellStart"/>
      <w:r w:rsidRPr="00406BBE">
        <w:rPr>
          <w:rFonts w:cs="Times New Roman"/>
          <w:sz w:val="26"/>
          <w:szCs w:val="26"/>
        </w:rPr>
        <w:t>bố</w:t>
      </w:r>
      <w:proofErr w:type="spellEnd"/>
      <w:r w:rsidRPr="00406BBE">
        <w:rPr>
          <w:rFonts w:cs="Times New Roman"/>
          <w:sz w:val="26"/>
          <w:szCs w:val="26"/>
        </w:rPr>
        <w:t xml:space="preserve"> </w:t>
      </w:r>
      <w:proofErr w:type="spellStart"/>
      <w:r w:rsidRPr="00406BBE">
        <w:rPr>
          <w:rFonts w:cs="Times New Roman"/>
          <w:sz w:val="26"/>
          <w:szCs w:val="26"/>
        </w:rPr>
        <w:t>chung</w:t>
      </w:r>
      <w:proofErr w:type="spellEnd"/>
      <w:r w:rsidRPr="00406BBE">
        <w:rPr>
          <w:rFonts w:cs="Times New Roman"/>
          <w:sz w:val="26"/>
          <w:szCs w:val="26"/>
        </w:rPr>
        <w:t xml:space="preserve"> (</w:t>
      </w:r>
      <w:proofErr w:type="spellStart"/>
      <w:r w:rsidRPr="00406BBE">
        <w:rPr>
          <w:rFonts w:cs="Times New Roman"/>
          <w:sz w:val="26"/>
          <w:szCs w:val="26"/>
        </w:rPr>
        <w:t>nếu</w:t>
      </w:r>
      <w:proofErr w:type="spellEnd"/>
      <w:r w:rsidRPr="00406BBE">
        <w:rPr>
          <w:rFonts w:cs="Times New Roman"/>
          <w:sz w:val="26"/>
          <w:szCs w:val="26"/>
        </w:rPr>
        <w:t xml:space="preserve"> </w:t>
      </w:r>
      <w:proofErr w:type="spellStart"/>
      <w:r w:rsidRPr="00406BBE">
        <w:rPr>
          <w:rFonts w:cs="Times New Roman"/>
          <w:sz w:val="26"/>
          <w:szCs w:val="26"/>
        </w:rPr>
        <w:t>có</w:t>
      </w:r>
      <w:proofErr w:type="spellEnd"/>
      <w:r w:rsidRPr="00406BBE">
        <w:rPr>
          <w:rFonts w:cs="Times New Roman"/>
          <w:sz w:val="26"/>
          <w:szCs w:val="26"/>
        </w:rPr>
        <w:t>):</w:t>
      </w:r>
    </w:p>
    <w:p w14:paraId="051731AF" w14:textId="65B90923" w:rsidR="0029031A" w:rsidRPr="00406BBE" w:rsidRDefault="00222B21" w:rsidP="00BC5DA5">
      <w:pPr>
        <w:spacing w:before="120" w:after="120" w:line="240" w:lineRule="auto"/>
        <w:jc w:val="both"/>
        <w:rPr>
          <w:rFonts w:cs="Times New Roman"/>
          <w:sz w:val="26"/>
          <w:szCs w:val="26"/>
        </w:rPr>
      </w:pPr>
      <w:r w:rsidRPr="00406BBE">
        <w:rPr>
          <w:rFonts w:cs="Times New Roman"/>
          <w:sz w:val="26"/>
          <w:szCs w:val="26"/>
        </w:rPr>
        <w:t>.....</w:t>
      </w:r>
      <w:r w:rsidR="0029031A" w:rsidRPr="00406BBE">
        <w:rPr>
          <w:rFonts w:cs="Times New Roman"/>
          <w:sz w:val="26"/>
          <w:szCs w:val="26"/>
        </w:rPr>
        <w:t>..........................................................................................................................................</w:t>
      </w:r>
    </w:p>
    <w:p w14:paraId="45D34CEB" w14:textId="134F5693" w:rsidR="00BB6FA2" w:rsidRPr="00406BBE" w:rsidRDefault="00222B21" w:rsidP="00BC5DA5">
      <w:pPr>
        <w:spacing w:before="120" w:after="120" w:line="240" w:lineRule="auto"/>
        <w:jc w:val="both"/>
        <w:rPr>
          <w:rFonts w:cs="Times New Roman"/>
          <w:sz w:val="26"/>
          <w:szCs w:val="26"/>
        </w:rPr>
      </w:pPr>
      <w:r w:rsidRPr="00406BBE">
        <w:rPr>
          <w:rFonts w:cs="Times New Roman"/>
          <w:sz w:val="26"/>
          <w:szCs w:val="26"/>
        </w:rPr>
        <w:t>......</w:t>
      </w:r>
      <w:r w:rsidR="0029031A" w:rsidRPr="00406BBE">
        <w:rPr>
          <w:rFonts w:cs="Times New Roman"/>
          <w:sz w:val="26"/>
          <w:szCs w:val="26"/>
        </w:rPr>
        <w:t>......</w:t>
      </w:r>
      <w:r w:rsidRPr="00406BBE">
        <w:rPr>
          <w:rFonts w:cs="Times New Roman"/>
          <w:sz w:val="26"/>
          <w:szCs w:val="26"/>
        </w:rPr>
        <w:t>....................................................................................................................................</w:t>
      </w:r>
    </w:p>
    <w:p w14:paraId="563AA6C4" w14:textId="77777777" w:rsidR="00BB6FA2" w:rsidRPr="00406BBE" w:rsidRDefault="00222B21" w:rsidP="00BC5DA5">
      <w:pPr>
        <w:spacing w:before="120" w:after="120" w:line="240" w:lineRule="auto"/>
        <w:jc w:val="both"/>
        <w:rPr>
          <w:rFonts w:cs="Times New Roman"/>
          <w:sz w:val="26"/>
          <w:szCs w:val="26"/>
        </w:rPr>
      </w:pPr>
      <w:r w:rsidRPr="00406BBE">
        <w:rPr>
          <w:rFonts w:ascii="Segoe UI Symbol" w:hAnsi="Segoe UI Symbol" w:cs="Segoe UI Symbol"/>
          <w:sz w:val="26"/>
          <w:szCs w:val="26"/>
        </w:rPr>
        <w:t>☐</w:t>
      </w:r>
      <w:r w:rsidRPr="00406BBE">
        <w:rPr>
          <w:rFonts w:cs="Times New Roman"/>
          <w:sz w:val="26"/>
          <w:szCs w:val="26"/>
        </w:rPr>
        <w:t xml:space="preserve"> </w:t>
      </w:r>
      <w:proofErr w:type="spellStart"/>
      <w:r w:rsidRPr="00406BBE">
        <w:rPr>
          <w:rFonts w:cs="Times New Roman"/>
          <w:sz w:val="26"/>
          <w:szCs w:val="26"/>
        </w:rPr>
        <w:t>Có</w:t>
      </w:r>
      <w:proofErr w:type="spellEnd"/>
      <w:r w:rsidRPr="00406BBE">
        <w:rPr>
          <w:rFonts w:cs="Times New Roman"/>
          <w:sz w:val="26"/>
          <w:szCs w:val="26"/>
        </w:rPr>
        <w:t xml:space="preserve"> </w:t>
      </w:r>
      <w:proofErr w:type="spellStart"/>
      <w:r w:rsidRPr="00406BBE">
        <w:rPr>
          <w:rFonts w:cs="Times New Roman"/>
          <w:sz w:val="26"/>
          <w:szCs w:val="26"/>
        </w:rPr>
        <w:t>kết</w:t>
      </w:r>
      <w:proofErr w:type="spellEnd"/>
      <w:r w:rsidRPr="00406BBE">
        <w:rPr>
          <w:rFonts w:cs="Times New Roman"/>
          <w:sz w:val="26"/>
          <w:szCs w:val="26"/>
        </w:rPr>
        <w:t xml:space="preserve"> </w:t>
      </w:r>
      <w:proofErr w:type="spellStart"/>
      <w:r w:rsidRPr="00406BBE">
        <w:rPr>
          <w:rFonts w:cs="Times New Roman"/>
          <w:sz w:val="26"/>
          <w:szCs w:val="26"/>
        </w:rPr>
        <w:t>quả</w:t>
      </w:r>
      <w:proofErr w:type="spellEnd"/>
      <w:r w:rsidRPr="00406BBE">
        <w:rPr>
          <w:rFonts w:cs="Times New Roman"/>
          <w:sz w:val="26"/>
          <w:szCs w:val="26"/>
        </w:rPr>
        <w:t xml:space="preserve"> </w:t>
      </w:r>
      <w:proofErr w:type="spellStart"/>
      <w:r w:rsidRPr="00406BBE">
        <w:rPr>
          <w:rFonts w:cs="Times New Roman"/>
          <w:sz w:val="26"/>
          <w:szCs w:val="26"/>
        </w:rPr>
        <w:t>hợp</w:t>
      </w:r>
      <w:proofErr w:type="spellEnd"/>
      <w:r w:rsidRPr="00406BBE">
        <w:rPr>
          <w:rFonts w:cs="Times New Roman"/>
          <w:sz w:val="26"/>
          <w:szCs w:val="26"/>
        </w:rPr>
        <w:t xml:space="preserve"> </w:t>
      </w:r>
      <w:proofErr w:type="spellStart"/>
      <w:r w:rsidRPr="00406BBE">
        <w:rPr>
          <w:rFonts w:cs="Times New Roman"/>
          <w:sz w:val="26"/>
          <w:szCs w:val="26"/>
        </w:rPr>
        <w:t>tác</w:t>
      </w:r>
      <w:proofErr w:type="spellEnd"/>
      <w:r w:rsidRPr="00406BBE">
        <w:rPr>
          <w:rFonts w:cs="Times New Roman"/>
          <w:sz w:val="26"/>
          <w:szCs w:val="26"/>
        </w:rPr>
        <w:t xml:space="preserve"> </w:t>
      </w:r>
      <w:proofErr w:type="spellStart"/>
      <w:r w:rsidRPr="00406BBE">
        <w:rPr>
          <w:rFonts w:cs="Times New Roman"/>
          <w:sz w:val="26"/>
          <w:szCs w:val="26"/>
        </w:rPr>
        <w:t>nghiên</w:t>
      </w:r>
      <w:proofErr w:type="spellEnd"/>
      <w:r w:rsidRPr="00406BBE">
        <w:rPr>
          <w:rFonts w:cs="Times New Roman"/>
          <w:sz w:val="26"/>
          <w:szCs w:val="26"/>
        </w:rPr>
        <w:t xml:space="preserve"> </w:t>
      </w:r>
      <w:proofErr w:type="spellStart"/>
      <w:r w:rsidRPr="00406BBE">
        <w:rPr>
          <w:rFonts w:cs="Times New Roman"/>
          <w:sz w:val="26"/>
          <w:szCs w:val="26"/>
        </w:rPr>
        <w:t>cứu</w:t>
      </w:r>
      <w:proofErr w:type="spellEnd"/>
      <w:r w:rsidRPr="00406BBE">
        <w:rPr>
          <w:rFonts w:cs="Times New Roman"/>
          <w:sz w:val="26"/>
          <w:szCs w:val="26"/>
        </w:rPr>
        <w:t>/</w:t>
      </w:r>
      <w:proofErr w:type="spellStart"/>
      <w:r w:rsidRPr="00406BBE">
        <w:rPr>
          <w:rFonts w:cs="Times New Roman"/>
          <w:sz w:val="26"/>
          <w:szCs w:val="26"/>
        </w:rPr>
        <w:t>công</w:t>
      </w:r>
      <w:proofErr w:type="spellEnd"/>
      <w:r w:rsidRPr="00406BBE">
        <w:rPr>
          <w:rFonts w:cs="Times New Roman"/>
          <w:sz w:val="26"/>
          <w:szCs w:val="26"/>
        </w:rPr>
        <w:t xml:space="preserve"> </w:t>
      </w:r>
      <w:proofErr w:type="spellStart"/>
      <w:r w:rsidRPr="00406BBE">
        <w:rPr>
          <w:rFonts w:cs="Times New Roman"/>
          <w:sz w:val="26"/>
          <w:szCs w:val="26"/>
        </w:rPr>
        <w:t>bố</w:t>
      </w:r>
      <w:proofErr w:type="spellEnd"/>
      <w:r w:rsidRPr="00406BBE">
        <w:rPr>
          <w:rFonts w:cs="Times New Roman"/>
          <w:sz w:val="26"/>
          <w:szCs w:val="26"/>
        </w:rPr>
        <w:t xml:space="preserve"> khoa </w:t>
      </w:r>
      <w:proofErr w:type="spellStart"/>
      <w:r w:rsidRPr="00406BBE">
        <w:rPr>
          <w:rFonts w:cs="Times New Roman"/>
          <w:sz w:val="26"/>
          <w:szCs w:val="26"/>
        </w:rPr>
        <w:t>học</w:t>
      </w:r>
      <w:proofErr w:type="spellEnd"/>
      <w:r w:rsidRPr="00406BBE">
        <w:rPr>
          <w:rFonts w:cs="Times New Roman"/>
          <w:sz w:val="26"/>
          <w:szCs w:val="26"/>
        </w:rPr>
        <w:t xml:space="preserve"> </w:t>
      </w:r>
      <w:proofErr w:type="spellStart"/>
      <w:r w:rsidRPr="00406BBE">
        <w:rPr>
          <w:rFonts w:cs="Times New Roman"/>
          <w:sz w:val="26"/>
          <w:szCs w:val="26"/>
        </w:rPr>
        <w:t>chung</w:t>
      </w:r>
      <w:proofErr w:type="spellEnd"/>
      <w:r w:rsidRPr="00406BBE">
        <w:rPr>
          <w:rFonts w:cs="Times New Roman"/>
          <w:sz w:val="26"/>
          <w:szCs w:val="26"/>
        </w:rPr>
        <w:t xml:space="preserve"> </w:t>
      </w:r>
      <w:proofErr w:type="spellStart"/>
      <w:r w:rsidRPr="00406BBE">
        <w:rPr>
          <w:rFonts w:cs="Times New Roman"/>
          <w:sz w:val="26"/>
          <w:szCs w:val="26"/>
        </w:rPr>
        <w:t>hoặc</w:t>
      </w:r>
      <w:proofErr w:type="spellEnd"/>
      <w:r w:rsidRPr="00406BBE">
        <w:rPr>
          <w:rFonts w:cs="Times New Roman"/>
          <w:sz w:val="26"/>
          <w:szCs w:val="26"/>
        </w:rPr>
        <w:t xml:space="preserve"> </w:t>
      </w:r>
      <w:proofErr w:type="spellStart"/>
      <w:r w:rsidRPr="00406BBE">
        <w:rPr>
          <w:rFonts w:cs="Times New Roman"/>
          <w:sz w:val="26"/>
          <w:szCs w:val="26"/>
        </w:rPr>
        <w:t>kế</w:t>
      </w:r>
      <w:proofErr w:type="spellEnd"/>
      <w:r w:rsidRPr="00406BBE">
        <w:rPr>
          <w:rFonts w:cs="Times New Roman"/>
          <w:sz w:val="26"/>
          <w:szCs w:val="26"/>
        </w:rPr>
        <w:t xml:space="preserve"> </w:t>
      </w:r>
      <w:proofErr w:type="spellStart"/>
      <w:r w:rsidRPr="00406BBE">
        <w:rPr>
          <w:rFonts w:cs="Times New Roman"/>
          <w:sz w:val="26"/>
          <w:szCs w:val="26"/>
        </w:rPr>
        <w:t>hoạch</w:t>
      </w:r>
      <w:proofErr w:type="spellEnd"/>
      <w:r w:rsidRPr="00406BBE">
        <w:rPr>
          <w:rFonts w:cs="Times New Roman"/>
          <w:sz w:val="26"/>
          <w:szCs w:val="26"/>
        </w:rPr>
        <w:t xml:space="preserve"> </w:t>
      </w:r>
      <w:proofErr w:type="spellStart"/>
      <w:r w:rsidRPr="00406BBE">
        <w:rPr>
          <w:rFonts w:cs="Times New Roman"/>
          <w:sz w:val="26"/>
          <w:szCs w:val="26"/>
        </w:rPr>
        <w:t>nghiên</w:t>
      </w:r>
      <w:proofErr w:type="spellEnd"/>
      <w:r w:rsidRPr="00406BBE">
        <w:rPr>
          <w:rFonts w:cs="Times New Roman"/>
          <w:sz w:val="26"/>
          <w:szCs w:val="26"/>
        </w:rPr>
        <w:t xml:space="preserve"> </w:t>
      </w:r>
      <w:proofErr w:type="spellStart"/>
      <w:r w:rsidRPr="00406BBE">
        <w:rPr>
          <w:rFonts w:cs="Times New Roman"/>
          <w:sz w:val="26"/>
          <w:szCs w:val="26"/>
        </w:rPr>
        <w:t>cứu</w:t>
      </w:r>
      <w:proofErr w:type="spellEnd"/>
      <w:r w:rsidRPr="00406BBE">
        <w:rPr>
          <w:rFonts w:cs="Times New Roman"/>
          <w:sz w:val="26"/>
          <w:szCs w:val="26"/>
        </w:rPr>
        <w:t xml:space="preserve"> </w:t>
      </w:r>
      <w:proofErr w:type="spellStart"/>
      <w:r w:rsidRPr="00406BBE">
        <w:rPr>
          <w:rFonts w:cs="Times New Roman"/>
          <w:sz w:val="26"/>
          <w:szCs w:val="26"/>
        </w:rPr>
        <w:t>tiếp</w:t>
      </w:r>
      <w:proofErr w:type="spellEnd"/>
      <w:r w:rsidRPr="00406BBE">
        <w:rPr>
          <w:rFonts w:cs="Times New Roman"/>
          <w:sz w:val="26"/>
          <w:szCs w:val="26"/>
        </w:rPr>
        <w:t xml:space="preserve"> </w:t>
      </w:r>
      <w:proofErr w:type="spellStart"/>
      <w:r w:rsidRPr="00406BBE">
        <w:rPr>
          <w:rFonts w:cs="Times New Roman"/>
          <w:sz w:val="26"/>
          <w:szCs w:val="26"/>
        </w:rPr>
        <w:t>nối</w:t>
      </w:r>
      <w:proofErr w:type="spellEnd"/>
      <w:r w:rsidRPr="00406BBE">
        <w:rPr>
          <w:rFonts w:cs="Times New Roman"/>
          <w:sz w:val="26"/>
          <w:szCs w:val="26"/>
        </w:rPr>
        <w:t xml:space="preserve">, </w:t>
      </w:r>
      <w:proofErr w:type="spellStart"/>
      <w:r w:rsidRPr="00406BBE">
        <w:rPr>
          <w:rFonts w:cs="Times New Roman"/>
          <w:sz w:val="26"/>
          <w:szCs w:val="26"/>
        </w:rPr>
        <w:t>đề</w:t>
      </w:r>
      <w:proofErr w:type="spellEnd"/>
      <w:r w:rsidRPr="00406BBE">
        <w:rPr>
          <w:rFonts w:cs="Times New Roman"/>
          <w:sz w:val="26"/>
          <w:szCs w:val="26"/>
        </w:rPr>
        <w:t xml:space="preserve"> </w:t>
      </w:r>
      <w:proofErr w:type="spellStart"/>
      <w:r w:rsidRPr="00406BBE">
        <w:rPr>
          <w:rFonts w:cs="Times New Roman"/>
          <w:sz w:val="26"/>
          <w:szCs w:val="26"/>
        </w:rPr>
        <w:t>xuất</w:t>
      </w:r>
      <w:proofErr w:type="spellEnd"/>
      <w:r w:rsidRPr="00406BBE">
        <w:rPr>
          <w:rFonts w:cs="Times New Roman"/>
          <w:sz w:val="26"/>
          <w:szCs w:val="26"/>
        </w:rPr>
        <w:t xml:space="preserve"> </w:t>
      </w:r>
      <w:proofErr w:type="spellStart"/>
      <w:r w:rsidRPr="00406BBE">
        <w:rPr>
          <w:rFonts w:cs="Times New Roman"/>
          <w:sz w:val="26"/>
          <w:szCs w:val="26"/>
        </w:rPr>
        <w:t>hợp</w:t>
      </w:r>
      <w:proofErr w:type="spellEnd"/>
      <w:r w:rsidRPr="00406BBE">
        <w:rPr>
          <w:rFonts w:cs="Times New Roman"/>
          <w:sz w:val="26"/>
          <w:szCs w:val="26"/>
        </w:rPr>
        <w:t xml:space="preserve"> </w:t>
      </w:r>
      <w:proofErr w:type="spellStart"/>
      <w:r w:rsidRPr="00406BBE">
        <w:rPr>
          <w:rFonts w:cs="Times New Roman"/>
          <w:sz w:val="26"/>
          <w:szCs w:val="26"/>
        </w:rPr>
        <w:t>tác</w:t>
      </w:r>
      <w:proofErr w:type="spellEnd"/>
      <w:r w:rsidRPr="00406BBE">
        <w:rPr>
          <w:rFonts w:cs="Times New Roman"/>
          <w:sz w:val="26"/>
          <w:szCs w:val="26"/>
        </w:rPr>
        <w:t xml:space="preserve"> </w:t>
      </w:r>
      <w:proofErr w:type="spellStart"/>
      <w:r w:rsidRPr="00406BBE">
        <w:rPr>
          <w:rFonts w:cs="Times New Roman"/>
          <w:sz w:val="26"/>
          <w:szCs w:val="26"/>
        </w:rPr>
        <w:t>cụ</w:t>
      </w:r>
      <w:proofErr w:type="spellEnd"/>
      <w:r w:rsidRPr="00406BBE">
        <w:rPr>
          <w:rFonts w:cs="Times New Roman"/>
          <w:sz w:val="26"/>
          <w:szCs w:val="26"/>
        </w:rPr>
        <w:t xml:space="preserve"> </w:t>
      </w:r>
      <w:proofErr w:type="spellStart"/>
      <w:r w:rsidRPr="00406BBE">
        <w:rPr>
          <w:rFonts w:cs="Times New Roman"/>
          <w:sz w:val="26"/>
          <w:szCs w:val="26"/>
        </w:rPr>
        <w:t>thể</w:t>
      </w:r>
      <w:proofErr w:type="spellEnd"/>
      <w:r w:rsidRPr="00406BBE">
        <w:rPr>
          <w:rFonts w:cs="Times New Roman"/>
          <w:sz w:val="26"/>
          <w:szCs w:val="26"/>
        </w:rPr>
        <w:t xml:space="preserve"> </w:t>
      </w:r>
      <w:proofErr w:type="spellStart"/>
      <w:r w:rsidRPr="00406BBE">
        <w:rPr>
          <w:rFonts w:cs="Times New Roman"/>
          <w:sz w:val="26"/>
          <w:szCs w:val="26"/>
        </w:rPr>
        <w:t>với</w:t>
      </w:r>
      <w:proofErr w:type="spellEnd"/>
      <w:r w:rsidRPr="00406BBE">
        <w:rPr>
          <w:rFonts w:cs="Times New Roman"/>
          <w:sz w:val="26"/>
          <w:szCs w:val="26"/>
        </w:rPr>
        <w:t xml:space="preserve"> </w:t>
      </w:r>
      <w:proofErr w:type="spellStart"/>
      <w:r w:rsidRPr="00406BBE">
        <w:rPr>
          <w:rFonts w:cs="Times New Roman"/>
          <w:sz w:val="26"/>
          <w:szCs w:val="26"/>
        </w:rPr>
        <w:t>đối</w:t>
      </w:r>
      <w:proofErr w:type="spellEnd"/>
      <w:r w:rsidRPr="00406BBE">
        <w:rPr>
          <w:rFonts w:cs="Times New Roman"/>
          <w:sz w:val="26"/>
          <w:szCs w:val="26"/>
        </w:rPr>
        <w:t xml:space="preserve"> </w:t>
      </w:r>
      <w:proofErr w:type="spellStart"/>
      <w:r w:rsidRPr="00406BBE">
        <w:rPr>
          <w:rFonts w:cs="Times New Roman"/>
          <w:sz w:val="26"/>
          <w:szCs w:val="26"/>
        </w:rPr>
        <w:t>tác</w:t>
      </w:r>
      <w:proofErr w:type="spellEnd"/>
      <w:r w:rsidRPr="00406BBE">
        <w:rPr>
          <w:rFonts w:cs="Times New Roman"/>
          <w:sz w:val="26"/>
          <w:szCs w:val="26"/>
        </w:rPr>
        <w:t xml:space="preserve"> Liên bang Nga.</w:t>
      </w:r>
    </w:p>
    <w:p w14:paraId="231C8D6A" w14:textId="14D18E3E" w:rsidR="00BB6FA2" w:rsidRPr="00406BBE" w:rsidRDefault="00222B21" w:rsidP="00BC5DA5">
      <w:pPr>
        <w:spacing w:before="120" w:after="120" w:line="240" w:lineRule="auto"/>
        <w:jc w:val="both"/>
        <w:rPr>
          <w:rFonts w:cs="Times New Roman"/>
          <w:sz w:val="26"/>
          <w:szCs w:val="26"/>
        </w:rPr>
      </w:pPr>
      <w:proofErr w:type="spellStart"/>
      <w:r w:rsidRPr="00406BBE">
        <w:rPr>
          <w:rFonts w:cs="Times New Roman"/>
          <w:sz w:val="26"/>
          <w:szCs w:val="26"/>
        </w:rPr>
        <w:t>Nội</w:t>
      </w:r>
      <w:proofErr w:type="spellEnd"/>
      <w:r w:rsidRPr="00406BBE">
        <w:rPr>
          <w:rFonts w:cs="Times New Roman"/>
          <w:sz w:val="26"/>
          <w:szCs w:val="26"/>
        </w:rPr>
        <w:t xml:space="preserve"> dung, </w:t>
      </w:r>
      <w:proofErr w:type="spellStart"/>
      <w:r w:rsidRPr="00406BBE">
        <w:rPr>
          <w:rFonts w:cs="Times New Roman"/>
          <w:sz w:val="26"/>
          <w:szCs w:val="26"/>
        </w:rPr>
        <w:t>đối</w:t>
      </w:r>
      <w:proofErr w:type="spellEnd"/>
      <w:r w:rsidRPr="00406BBE">
        <w:rPr>
          <w:rFonts w:cs="Times New Roman"/>
          <w:sz w:val="26"/>
          <w:szCs w:val="26"/>
        </w:rPr>
        <w:t xml:space="preserve"> </w:t>
      </w:r>
      <w:proofErr w:type="spellStart"/>
      <w:r w:rsidRPr="00406BBE">
        <w:rPr>
          <w:rFonts w:cs="Times New Roman"/>
          <w:sz w:val="26"/>
          <w:szCs w:val="26"/>
        </w:rPr>
        <w:t>tác</w:t>
      </w:r>
      <w:proofErr w:type="spellEnd"/>
      <w:r w:rsidRPr="00406BBE">
        <w:rPr>
          <w:rFonts w:cs="Times New Roman"/>
          <w:sz w:val="26"/>
          <w:szCs w:val="26"/>
        </w:rPr>
        <w:t xml:space="preserve"> </w:t>
      </w:r>
      <w:proofErr w:type="spellStart"/>
      <w:r w:rsidRPr="00406BBE">
        <w:rPr>
          <w:rFonts w:cs="Times New Roman"/>
          <w:sz w:val="26"/>
          <w:szCs w:val="26"/>
        </w:rPr>
        <w:t>và</w:t>
      </w:r>
      <w:proofErr w:type="spellEnd"/>
      <w:r w:rsidRPr="00406BBE">
        <w:rPr>
          <w:rFonts w:cs="Times New Roman"/>
          <w:sz w:val="26"/>
          <w:szCs w:val="26"/>
        </w:rPr>
        <w:t xml:space="preserve"> </w:t>
      </w:r>
      <w:proofErr w:type="spellStart"/>
      <w:r w:rsidRPr="00406BBE">
        <w:rPr>
          <w:rFonts w:cs="Times New Roman"/>
          <w:sz w:val="26"/>
          <w:szCs w:val="26"/>
        </w:rPr>
        <w:t>dự</w:t>
      </w:r>
      <w:proofErr w:type="spellEnd"/>
      <w:r w:rsidRPr="00406BBE">
        <w:rPr>
          <w:rFonts w:cs="Times New Roman"/>
          <w:sz w:val="26"/>
          <w:szCs w:val="26"/>
        </w:rPr>
        <w:t xml:space="preserve"> </w:t>
      </w:r>
      <w:proofErr w:type="spellStart"/>
      <w:r w:rsidRPr="00406BBE">
        <w:rPr>
          <w:rFonts w:cs="Times New Roman"/>
          <w:sz w:val="26"/>
          <w:szCs w:val="26"/>
        </w:rPr>
        <w:t>kiến</w:t>
      </w:r>
      <w:proofErr w:type="spellEnd"/>
      <w:r w:rsidRPr="00406BBE">
        <w:rPr>
          <w:rFonts w:cs="Times New Roman"/>
          <w:sz w:val="26"/>
          <w:szCs w:val="26"/>
        </w:rPr>
        <w:t xml:space="preserve"> </w:t>
      </w:r>
      <w:proofErr w:type="spellStart"/>
      <w:r w:rsidRPr="00406BBE">
        <w:rPr>
          <w:rFonts w:cs="Times New Roman"/>
          <w:sz w:val="26"/>
          <w:szCs w:val="26"/>
        </w:rPr>
        <w:t>kết</w:t>
      </w:r>
      <w:proofErr w:type="spellEnd"/>
      <w:r w:rsidRPr="00406BBE">
        <w:rPr>
          <w:rFonts w:cs="Times New Roman"/>
          <w:sz w:val="26"/>
          <w:szCs w:val="26"/>
        </w:rPr>
        <w:t xml:space="preserve"> </w:t>
      </w:r>
      <w:proofErr w:type="spellStart"/>
      <w:r w:rsidRPr="00406BBE">
        <w:rPr>
          <w:rFonts w:cs="Times New Roman"/>
          <w:sz w:val="26"/>
          <w:szCs w:val="26"/>
        </w:rPr>
        <w:t>quả</w:t>
      </w:r>
      <w:proofErr w:type="spellEnd"/>
      <w:r w:rsidRPr="00406BBE">
        <w:rPr>
          <w:rFonts w:cs="Times New Roman"/>
          <w:sz w:val="26"/>
          <w:szCs w:val="26"/>
        </w:rPr>
        <w:t xml:space="preserve"> </w:t>
      </w:r>
      <w:proofErr w:type="spellStart"/>
      <w:r w:rsidRPr="00406BBE">
        <w:rPr>
          <w:rFonts w:cs="Times New Roman"/>
          <w:sz w:val="26"/>
          <w:szCs w:val="26"/>
        </w:rPr>
        <w:t>hợp</w:t>
      </w:r>
      <w:proofErr w:type="spellEnd"/>
      <w:r w:rsidRPr="00406BBE">
        <w:rPr>
          <w:rFonts w:cs="Times New Roman"/>
          <w:sz w:val="26"/>
          <w:szCs w:val="26"/>
        </w:rPr>
        <w:t xml:space="preserve"> </w:t>
      </w:r>
      <w:proofErr w:type="spellStart"/>
      <w:r w:rsidRPr="00406BBE">
        <w:rPr>
          <w:rFonts w:cs="Times New Roman"/>
          <w:sz w:val="26"/>
          <w:szCs w:val="26"/>
        </w:rPr>
        <w:t>tác</w:t>
      </w:r>
      <w:proofErr w:type="spellEnd"/>
      <w:r w:rsidRPr="00406BBE">
        <w:rPr>
          <w:rFonts w:cs="Times New Roman"/>
          <w:sz w:val="26"/>
          <w:szCs w:val="26"/>
        </w:rPr>
        <w:t>: ......................................................................</w:t>
      </w:r>
    </w:p>
    <w:p w14:paraId="1969D7AE" w14:textId="77777777" w:rsidR="00BB6FA2" w:rsidRPr="00406BBE" w:rsidRDefault="00222B21" w:rsidP="00BC5DA5">
      <w:pPr>
        <w:spacing w:before="120" w:after="120" w:line="240" w:lineRule="auto"/>
        <w:jc w:val="both"/>
        <w:rPr>
          <w:rFonts w:cs="Times New Roman"/>
          <w:sz w:val="26"/>
          <w:szCs w:val="26"/>
        </w:rPr>
      </w:pPr>
      <w:r w:rsidRPr="00406BBE">
        <w:rPr>
          <w:rFonts w:cs="Times New Roman"/>
          <w:sz w:val="26"/>
          <w:szCs w:val="26"/>
        </w:rPr>
        <w:t>................................................................................................................................................</w:t>
      </w:r>
    </w:p>
    <w:p w14:paraId="2003135E" w14:textId="77777777" w:rsidR="00036E08" w:rsidRPr="00406BBE" w:rsidRDefault="00036E08" w:rsidP="00BC5DA5">
      <w:pPr>
        <w:spacing w:before="120" w:after="120" w:line="240" w:lineRule="auto"/>
        <w:jc w:val="both"/>
        <w:rPr>
          <w:rFonts w:cs="Times New Roman"/>
          <w:sz w:val="26"/>
          <w:szCs w:val="26"/>
        </w:rPr>
      </w:pPr>
      <w:r w:rsidRPr="00406BBE">
        <w:rPr>
          <w:rFonts w:ascii="Segoe UI Symbol" w:hAnsi="Segoe UI Symbol" w:cs="Segoe UI Symbol"/>
          <w:sz w:val="26"/>
          <w:szCs w:val="26"/>
        </w:rPr>
        <w:t>☐</w:t>
      </w:r>
      <w:r w:rsidRPr="00406BBE">
        <w:rPr>
          <w:rFonts w:cs="Times New Roman"/>
          <w:sz w:val="26"/>
          <w:szCs w:val="26"/>
        </w:rPr>
        <w:t xml:space="preserve"> </w:t>
      </w:r>
      <w:proofErr w:type="spellStart"/>
      <w:r w:rsidRPr="00406BBE">
        <w:rPr>
          <w:rFonts w:cs="Times New Roman"/>
          <w:sz w:val="26"/>
          <w:szCs w:val="26"/>
        </w:rPr>
        <w:t>Chưa</w:t>
      </w:r>
      <w:proofErr w:type="spellEnd"/>
      <w:r w:rsidRPr="00406BBE">
        <w:rPr>
          <w:rFonts w:cs="Times New Roman"/>
          <w:sz w:val="26"/>
          <w:szCs w:val="26"/>
        </w:rPr>
        <w:t xml:space="preserve"> </w:t>
      </w:r>
      <w:proofErr w:type="spellStart"/>
      <w:r w:rsidRPr="00406BBE">
        <w:rPr>
          <w:rFonts w:cs="Times New Roman"/>
          <w:sz w:val="26"/>
          <w:szCs w:val="26"/>
        </w:rPr>
        <w:t>từng</w:t>
      </w:r>
      <w:proofErr w:type="spellEnd"/>
      <w:r w:rsidRPr="00406BBE">
        <w:rPr>
          <w:rFonts w:cs="Times New Roman"/>
          <w:sz w:val="26"/>
          <w:szCs w:val="26"/>
        </w:rPr>
        <w:t xml:space="preserve"> </w:t>
      </w:r>
      <w:proofErr w:type="spellStart"/>
      <w:r w:rsidRPr="00406BBE">
        <w:rPr>
          <w:rFonts w:cs="Times New Roman"/>
          <w:sz w:val="26"/>
          <w:szCs w:val="26"/>
        </w:rPr>
        <w:t>tham</w:t>
      </w:r>
      <w:proofErr w:type="spellEnd"/>
      <w:r w:rsidRPr="00406BBE">
        <w:rPr>
          <w:rFonts w:cs="Times New Roman"/>
          <w:sz w:val="26"/>
          <w:szCs w:val="26"/>
        </w:rPr>
        <w:t xml:space="preserve"> </w:t>
      </w:r>
      <w:proofErr w:type="spellStart"/>
      <w:r w:rsidRPr="00406BBE">
        <w:rPr>
          <w:rFonts w:cs="Times New Roman"/>
          <w:sz w:val="26"/>
          <w:szCs w:val="26"/>
        </w:rPr>
        <w:t>gia</w:t>
      </w:r>
      <w:proofErr w:type="spellEnd"/>
      <w:r w:rsidRPr="00406BBE">
        <w:rPr>
          <w:rFonts w:cs="Times New Roman"/>
          <w:sz w:val="26"/>
          <w:szCs w:val="26"/>
        </w:rPr>
        <w:t>.</w:t>
      </w:r>
    </w:p>
    <w:p w14:paraId="0C83DC38" w14:textId="77777777" w:rsidR="00BB6FA2" w:rsidRPr="00406BBE" w:rsidRDefault="00222B21" w:rsidP="00BC5DA5">
      <w:pPr>
        <w:spacing w:before="120" w:after="120" w:line="240" w:lineRule="auto"/>
        <w:jc w:val="both"/>
        <w:rPr>
          <w:rFonts w:cs="Times New Roman"/>
          <w:bCs/>
          <w:sz w:val="26"/>
          <w:szCs w:val="26"/>
        </w:rPr>
      </w:pPr>
      <w:r w:rsidRPr="00406BBE">
        <w:rPr>
          <w:rFonts w:cs="Times New Roman"/>
          <w:bCs/>
          <w:sz w:val="26"/>
          <w:szCs w:val="26"/>
        </w:rPr>
        <w:t xml:space="preserve">5.2. Kinh </w:t>
      </w:r>
      <w:proofErr w:type="spellStart"/>
      <w:r w:rsidRPr="00406BBE">
        <w:rPr>
          <w:rFonts w:cs="Times New Roman"/>
          <w:bCs/>
          <w:sz w:val="26"/>
          <w:szCs w:val="26"/>
        </w:rPr>
        <w:t>nghiệm</w:t>
      </w:r>
      <w:proofErr w:type="spellEnd"/>
      <w:r w:rsidRPr="00406BBE">
        <w:rPr>
          <w:rFonts w:cs="Times New Roman"/>
          <w:bCs/>
          <w:sz w:val="26"/>
          <w:szCs w:val="26"/>
        </w:rPr>
        <w:t xml:space="preserve">, </w:t>
      </w:r>
      <w:proofErr w:type="spellStart"/>
      <w:r w:rsidRPr="00406BBE">
        <w:rPr>
          <w:rFonts w:cs="Times New Roman"/>
          <w:bCs/>
          <w:sz w:val="26"/>
          <w:szCs w:val="26"/>
        </w:rPr>
        <w:t>quan</w:t>
      </w:r>
      <w:proofErr w:type="spellEnd"/>
      <w:r w:rsidRPr="00406BBE">
        <w:rPr>
          <w:rFonts w:cs="Times New Roman"/>
          <w:bCs/>
          <w:sz w:val="26"/>
          <w:szCs w:val="26"/>
        </w:rPr>
        <w:t xml:space="preserve"> </w:t>
      </w:r>
      <w:proofErr w:type="spellStart"/>
      <w:r w:rsidRPr="00406BBE">
        <w:rPr>
          <w:rFonts w:cs="Times New Roman"/>
          <w:bCs/>
          <w:sz w:val="26"/>
          <w:szCs w:val="26"/>
        </w:rPr>
        <w:t>hệ</w:t>
      </w:r>
      <w:proofErr w:type="spellEnd"/>
      <w:r w:rsidRPr="00406BBE">
        <w:rPr>
          <w:rFonts w:cs="Times New Roman"/>
          <w:bCs/>
          <w:sz w:val="26"/>
          <w:szCs w:val="26"/>
        </w:rPr>
        <w:t xml:space="preserve"> </w:t>
      </w:r>
      <w:proofErr w:type="spellStart"/>
      <w:r w:rsidRPr="00406BBE">
        <w:rPr>
          <w:rFonts w:cs="Times New Roman"/>
          <w:bCs/>
          <w:sz w:val="26"/>
          <w:szCs w:val="26"/>
        </w:rPr>
        <w:t>hợp</w:t>
      </w:r>
      <w:proofErr w:type="spellEnd"/>
      <w:r w:rsidRPr="00406BBE">
        <w:rPr>
          <w:rFonts w:cs="Times New Roman"/>
          <w:bCs/>
          <w:sz w:val="26"/>
          <w:szCs w:val="26"/>
        </w:rPr>
        <w:t xml:space="preserve"> </w:t>
      </w:r>
      <w:proofErr w:type="spellStart"/>
      <w:r w:rsidRPr="00406BBE">
        <w:rPr>
          <w:rFonts w:cs="Times New Roman"/>
          <w:bCs/>
          <w:sz w:val="26"/>
          <w:szCs w:val="26"/>
        </w:rPr>
        <w:t>tác</w:t>
      </w:r>
      <w:proofErr w:type="spellEnd"/>
      <w:r w:rsidRPr="00406BBE">
        <w:rPr>
          <w:rFonts w:cs="Times New Roman"/>
          <w:bCs/>
          <w:sz w:val="26"/>
          <w:szCs w:val="26"/>
        </w:rPr>
        <w:t xml:space="preserve"> </w:t>
      </w:r>
      <w:proofErr w:type="spellStart"/>
      <w:r w:rsidRPr="00406BBE">
        <w:rPr>
          <w:rFonts w:cs="Times New Roman"/>
          <w:bCs/>
          <w:sz w:val="26"/>
          <w:szCs w:val="26"/>
        </w:rPr>
        <w:t>với</w:t>
      </w:r>
      <w:proofErr w:type="spellEnd"/>
      <w:r w:rsidRPr="00406BBE">
        <w:rPr>
          <w:rFonts w:cs="Times New Roman"/>
          <w:bCs/>
          <w:sz w:val="26"/>
          <w:szCs w:val="26"/>
        </w:rPr>
        <w:t xml:space="preserve"> </w:t>
      </w:r>
      <w:proofErr w:type="spellStart"/>
      <w:r w:rsidRPr="00406BBE">
        <w:rPr>
          <w:rFonts w:cs="Times New Roman"/>
          <w:bCs/>
          <w:sz w:val="26"/>
          <w:szCs w:val="26"/>
        </w:rPr>
        <w:t>tổ</w:t>
      </w:r>
      <w:proofErr w:type="spellEnd"/>
      <w:r w:rsidRPr="00406BBE">
        <w:rPr>
          <w:rFonts w:cs="Times New Roman"/>
          <w:bCs/>
          <w:sz w:val="26"/>
          <w:szCs w:val="26"/>
        </w:rPr>
        <w:t xml:space="preserve"> </w:t>
      </w:r>
      <w:proofErr w:type="spellStart"/>
      <w:r w:rsidRPr="00406BBE">
        <w:rPr>
          <w:rFonts w:cs="Times New Roman"/>
          <w:bCs/>
          <w:sz w:val="26"/>
          <w:szCs w:val="26"/>
        </w:rPr>
        <w:t>chức</w:t>
      </w:r>
      <w:proofErr w:type="spellEnd"/>
      <w:r w:rsidRPr="00406BBE">
        <w:rPr>
          <w:rFonts w:cs="Times New Roman"/>
          <w:bCs/>
          <w:sz w:val="26"/>
          <w:szCs w:val="26"/>
        </w:rPr>
        <w:t xml:space="preserve"> khoa </w:t>
      </w:r>
      <w:proofErr w:type="spellStart"/>
      <w:r w:rsidRPr="00406BBE">
        <w:rPr>
          <w:rFonts w:cs="Times New Roman"/>
          <w:bCs/>
          <w:sz w:val="26"/>
          <w:szCs w:val="26"/>
        </w:rPr>
        <w:t>học</w:t>
      </w:r>
      <w:proofErr w:type="spellEnd"/>
      <w:r w:rsidRPr="00406BBE">
        <w:rPr>
          <w:rFonts w:cs="Times New Roman"/>
          <w:bCs/>
          <w:sz w:val="26"/>
          <w:szCs w:val="26"/>
        </w:rPr>
        <w:t xml:space="preserve"> </w:t>
      </w:r>
      <w:proofErr w:type="spellStart"/>
      <w:r w:rsidRPr="00406BBE">
        <w:rPr>
          <w:rFonts w:cs="Times New Roman"/>
          <w:bCs/>
          <w:sz w:val="26"/>
          <w:szCs w:val="26"/>
        </w:rPr>
        <w:t>và</w:t>
      </w:r>
      <w:proofErr w:type="spellEnd"/>
      <w:r w:rsidRPr="00406BBE">
        <w:rPr>
          <w:rFonts w:cs="Times New Roman"/>
          <w:bCs/>
          <w:sz w:val="26"/>
          <w:szCs w:val="26"/>
        </w:rPr>
        <w:t xml:space="preserve"> </w:t>
      </w:r>
      <w:proofErr w:type="spellStart"/>
      <w:r w:rsidRPr="00406BBE">
        <w:rPr>
          <w:rFonts w:cs="Times New Roman"/>
          <w:bCs/>
          <w:sz w:val="26"/>
          <w:szCs w:val="26"/>
        </w:rPr>
        <w:t>công</w:t>
      </w:r>
      <w:proofErr w:type="spellEnd"/>
      <w:r w:rsidRPr="00406BBE">
        <w:rPr>
          <w:rFonts w:cs="Times New Roman"/>
          <w:bCs/>
          <w:sz w:val="26"/>
          <w:szCs w:val="26"/>
        </w:rPr>
        <w:t xml:space="preserve"> </w:t>
      </w:r>
      <w:proofErr w:type="spellStart"/>
      <w:r w:rsidRPr="00406BBE">
        <w:rPr>
          <w:rFonts w:cs="Times New Roman"/>
          <w:bCs/>
          <w:sz w:val="26"/>
          <w:szCs w:val="26"/>
        </w:rPr>
        <w:t>nghệ</w:t>
      </w:r>
      <w:proofErr w:type="spellEnd"/>
      <w:r w:rsidRPr="00406BBE">
        <w:rPr>
          <w:rFonts w:cs="Times New Roman"/>
          <w:bCs/>
          <w:sz w:val="26"/>
          <w:szCs w:val="26"/>
        </w:rPr>
        <w:t xml:space="preserve"> </w:t>
      </w:r>
      <w:proofErr w:type="spellStart"/>
      <w:r w:rsidRPr="00406BBE">
        <w:rPr>
          <w:rFonts w:cs="Times New Roman"/>
          <w:bCs/>
          <w:sz w:val="26"/>
          <w:szCs w:val="26"/>
        </w:rPr>
        <w:t>của</w:t>
      </w:r>
      <w:proofErr w:type="spellEnd"/>
      <w:r w:rsidRPr="00406BBE">
        <w:rPr>
          <w:rFonts w:cs="Times New Roman"/>
          <w:bCs/>
          <w:sz w:val="26"/>
          <w:szCs w:val="26"/>
        </w:rPr>
        <w:t xml:space="preserve"> Nga:</w:t>
      </w:r>
    </w:p>
    <w:p w14:paraId="6C1032A9" w14:textId="77777777" w:rsidR="00221B74" w:rsidRPr="00406BBE" w:rsidRDefault="00222B21" w:rsidP="00BC5DA5">
      <w:pPr>
        <w:spacing w:before="120" w:after="120" w:line="240" w:lineRule="auto"/>
        <w:jc w:val="both"/>
        <w:rPr>
          <w:rFonts w:cs="Times New Roman"/>
          <w:sz w:val="26"/>
          <w:szCs w:val="26"/>
        </w:rPr>
      </w:pPr>
      <w:r w:rsidRPr="00406BBE">
        <w:rPr>
          <w:rFonts w:ascii="Segoe UI Symbol" w:hAnsi="Segoe UI Symbol" w:cs="Segoe UI Symbol"/>
          <w:sz w:val="26"/>
          <w:szCs w:val="26"/>
        </w:rPr>
        <w:t>☐</w:t>
      </w:r>
      <w:r w:rsidRPr="00406BBE">
        <w:rPr>
          <w:rFonts w:cs="Times New Roman"/>
          <w:sz w:val="26"/>
          <w:szCs w:val="26"/>
        </w:rPr>
        <w:t xml:space="preserve"> </w:t>
      </w:r>
      <w:proofErr w:type="spellStart"/>
      <w:r w:rsidRPr="00406BBE">
        <w:rPr>
          <w:rFonts w:cs="Times New Roman"/>
          <w:sz w:val="26"/>
          <w:szCs w:val="26"/>
        </w:rPr>
        <w:t>Có</w:t>
      </w:r>
      <w:proofErr w:type="spellEnd"/>
      <w:r w:rsidRPr="00406BBE">
        <w:rPr>
          <w:rFonts w:cs="Times New Roman"/>
          <w:sz w:val="26"/>
          <w:szCs w:val="26"/>
        </w:rPr>
        <w:t xml:space="preserve"> </w:t>
      </w:r>
      <w:proofErr w:type="spellStart"/>
      <w:r w:rsidRPr="00406BBE">
        <w:rPr>
          <w:rFonts w:cs="Times New Roman"/>
          <w:sz w:val="26"/>
          <w:szCs w:val="26"/>
        </w:rPr>
        <w:t>khả</w:t>
      </w:r>
      <w:proofErr w:type="spellEnd"/>
      <w:r w:rsidRPr="00406BBE">
        <w:rPr>
          <w:rFonts w:cs="Times New Roman"/>
          <w:sz w:val="26"/>
          <w:szCs w:val="26"/>
        </w:rPr>
        <w:t xml:space="preserve"> </w:t>
      </w:r>
      <w:proofErr w:type="spellStart"/>
      <w:r w:rsidRPr="00406BBE">
        <w:rPr>
          <w:rFonts w:cs="Times New Roman"/>
          <w:sz w:val="26"/>
          <w:szCs w:val="26"/>
        </w:rPr>
        <w:t>năng</w:t>
      </w:r>
      <w:proofErr w:type="spellEnd"/>
      <w:r w:rsidRPr="00406BBE">
        <w:rPr>
          <w:rFonts w:cs="Times New Roman"/>
          <w:sz w:val="26"/>
          <w:szCs w:val="26"/>
        </w:rPr>
        <w:t xml:space="preserve"> </w:t>
      </w:r>
      <w:proofErr w:type="spellStart"/>
      <w:r w:rsidRPr="00406BBE">
        <w:rPr>
          <w:rFonts w:cs="Times New Roman"/>
          <w:sz w:val="26"/>
          <w:szCs w:val="26"/>
        </w:rPr>
        <w:t>sử</w:t>
      </w:r>
      <w:proofErr w:type="spellEnd"/>
      <w:r w:rsidRPr="00406BBE">
        <w:rPr>
          <w:rFonts w:cs="Times New Roman"/>
          <w:sz w:val="26"/>
          <w:szCs w:val="26"/>
        </w:rPr>
        <w:t xml:space="preserve"> </w:t>
      </w:r>
      <w:proofErr w:type="spellStart"/>
      <w:r w:rsidRPr="00406BBE">
        <w:rPr>
          <w:rFonts w:cs="Times New Roman"/>
          <w:sz w:val="26"/>
          <w:szCs w:val="26"/>
        </w:rPr>
        <w:t>dụng</w:t>
      </w:r>
      <w:proofErr w:type="spellEnd"/>
      <w:r w:rsidRPr="00406BBE">
        <w:rPr>
          <w:rFonts w:cs="Times New Roman"/>
          <w:sz w:val="26"/>
          <w:szCs w:val="26"/>
        </w:rPr>
        <w:t xml:space="preserve"> </w:t>
      </w:r>
      <w:proofErr w:type="spellStart"/>
      <w:r w:rsidRPr="00406BBE">
        <w:rPr>
          <w:rFonts w:cs="Times New Roman"/>
          <w:sz w:val="26"/>
          <w:szCs w:val="26"/>
        </w:rPr>
        <w:t>tiếng</w:t>
      </w:r>
      <w:proofErr w:type="spellEnd"/>
      <w:r w:rsidRPr="00406BBE">
        <w:rPr>
          <w:rFonts w:cs="Times New Roman"/>
          <w:sz w:val="26"/>
          <w:szCs w:val="26"/>
        </w:rPr>
        <w:t xml:space="preserve"> Nga </w:t>
      </w:r>
      <w:proofErr w:type="spellStart"/>
      <w:r w:rsidRPr="00406BBE">
        <w:rPr>
          <w:rFonts w:cs="Times New Roman"/>
          <w:sz w:val="26"/>
          <w:szCs w:val="26"/>
        </w:rPr>
        <w:t>để</w:t>
      </w:r>
      <w:proofErr w:type="spellEnd"/>
      <w:r w:rsidRPr="00406BBE">
        <w:rPr>
          <w:rFonts w:cs="Times New Roman"/>
          <w:sz w:val="26"/>
          <w:szCs w:val="26"/>
        </w:rPr>
        <w:t xml:space="preserve"> </w:t>
      </w:r>
      <w:proofErr w:type="spellStart"/>
      <w:r w:rsidRPr="00406BBE">
        <w:rPr>
          <w:rFonts w:cs="Times New Roman"/>
          <w:sz w:val="26"/>
          <w:szCs w:val="26"/>
        </w:rPr>
        <w:t>trình</w:t>
      </w:r>
      <w:proofErr w:type="spellEnd"/>
      <w:r w:rsidRPr="00406BBE">
        <w:rPr>
          <w:rFonts w:cs="Times New Roman"/>
          <w:sz w:val="26"/>
          <w:szCs w:val="26"/>
        </w:rPr>
        <w:t xml:space="preserve"> </w:t>
      </w:r>
      <w:proofErr w:type="spellStart"/>
      <w:r w:rsidRPr="00406BBE">
        <w:rPr>
          <w:rFonts w:cs="Times New Roman"/>
          <w:sz w:val="26"/>
          <w:szCs w:val="26"/>
        </w:rPr>
        <w:t>bày</w:t>
      </w:r>
      <w:proofErr w:type="spellEnd"/>
      <w:r w:rsidRPr="00406BBE">
        <w:rPr>
          <w:rFonts w:cs="Times New Roman"/>
          <w:sz w:val="26"/>
          <w:szCs w:val="26"/>
        </w:rPr>
        <w:t xml:space="preserve">, </w:t>
      </w:r>
      <w:proofErr w:type="spellStart"/>
      <w:r w:rsidRPr="00406BBE">
        <w:rPr>
          <w:rFonts w:cs="Times New Roman"/>
          <w:sz w:val="26"/>
          <w:szCs w:val="26"/>
        </w:rPr>
        <w:t>trao</w:t>
      </w:r>
      <w:proofErr w:type="spellEnd"/>
      <w:r w:rsidRPr="00406BBE">
        <w:rPr>
          <w:rFonts w:cs="Times New Roman"/>
          <w:sz w:val="26"/>
          <w:szCs w:val="26"/>
        </w:rPr>
        <w:t xml:space="preserve"> </w:t>
      </w:r>
      <w:proofErr w:type="spellStart"/>
      <w:r w:rsidRPr="00406BBE">
        <w:rPr>
          <w:rFonts w:cs="Times New Roman"/>
          <w:sz w:val="26"/>
          <w:szCs w:val="26"/>
        </w:rPr>
        <w:t>đổi</w:t>
      </w:r>
      <w:proofErr w:type="spellEnd"/>
      <w:r w:rsidRPr="00406BBE">
        <w:rPr>
          <w:rFonts w:cs="Times New Roman"/>
          <w:sz w:val="26"/>
          <w:szCs w:val="26"/>
        </w:rPr>
        <w:t xml:space="preserve"> </w:t>
      </w:r>
      <w:proofErr w:type="spellStart"/>
      <w:r w:rsidRPr="00406BBE">
        <w:rPr>
          <w:rFonts w:cs="Times New Roman"/>
          <w:sz w:val="26"/>
          <w:szCs w:val="26"/>
        </w:rPr>
        <w:t>và</w:t>
      </w:r>
      <w:proofErr w:type="spellEnd"/>
      <w:r w:rsidRPr="00406BBE">
        <w:rPr>
          <w:rFonts w:cs="Times New Roman"/>
          <w:sz w:val="26"/>
          <w:szCs w:val="26"/>
        </w:rPr>
        <w:t xml:space="preserve"> </w:t>
      </w:r>
      <w:proofErr w:type="spellStart"/>
      <w:r w:rsidRPr="00406BBE">
        <w:rPr>
          <w:rFonts w:cs="Times New Roman"/>
          <w:sz w:val="26"/>
          <w:szCs w:val="26"/>
        </w:rPr>
        <w:t>thảo</w:t>
      </w:r>
      <w:proofErr w:type="spellEnd"/>
      <w:r w:rsidRPr="00406BBE">
        <w:rPr>
          <w:rFonts w:cs="Times New Roman"/>
          <w:sz w:val="26"/>
          <w:szCs w:val="26"/>
        </w:rPr>
        <w:t xml:space="preserve"> </w:t>
      </w:r>
      <w:proofErr w:type="spellStart"/>
      <w:r w:rsidRPr="00406BBE">
        <w:rPr>
          <w:rFonts w:cs="Times New Roman"/>
          <w:sz w:val="26"/>
          <w:szCs w:val="26"/>
        </w:rPr>
        <w:t>luận</w:t>
      </w:r>
      <w:proofErr w:type="spellEnd"/>
      <w:r w:rsidRPr="00406BBE">
        <w:rPr>
          <w:rFonts w:cs="Times New Roman"/>
          <w:sz w:val="26"/>
          <w:szCs w:val="26"/>
        </w:rPr>
        <w:t xml:space="preserve"> khoa </w:t>
      </w:r>
      <w:proofErr w:type="spellStart"/>
      <w:r w:rsidRPr="00406BBE">
        <w:rPr>
          <w:rFonts w:cs="Times New Roman"/>
          <w:sz w:val="26"/>
          <w:szCs w:val="26"/>
        </w:rPr>
        <w:t>học</w:t>
      </w:r>
      <w:proofErr w:type="spellEnd"/>
      <w:r w:rsidRPr="00406BBE">
        <w:rPr>
          <w:rFonts w:cs="Times New Roman"/>
          <w:sz w:val="26"/>
          <w:szCs w:val="26"/>
        </w:rPr>
        <w:t xml:space="preserve">.  </w:t>
      </w:r>
    </w:p>
    <w:p w14:paraId="4495C1CF" w14:textId="77777777" w:rsidR="00221B74" w:rsidRPr="00406BBE" w:rsidRDefault="00222B21" w:rsidP="00BC5DA5">
      <w:pPr>
        <w:spacing w:before="120" w:after="120" w:line="240" w:lineRule="auto"/>
        <w:jc w:val="both"/>
        <w:rPr>
          <w:rFonts w:cs="Times New Roman"/>
          <w:sz w:val="26"/>
          <w:szCs w:val="26"/>
        </w:rPr>
      </w:pPr>
      <w:r w:rsidRPr="00406BBE">
        <w:rPr>
          <w:rFonts w:ascii="Segoe UI Symbol" w:hAnsi="Segoe UI Symbol" w:cs="Segoe UI Symbol"/>
          <w:sz w:val="26"/>
          <w:szCs w:val="26"/>
        </w:rPr>
        <w:t>☐</w:t>
      </w:r>
      <w:r w:rsidRPr="00406BBE">
        <w:rPr>
          <w:rFonts w:cs="Times New Roman"/>
          <w:sz w:val="26"/>
          <w:szCs w:val="26"/>
        </w:rPr>
        <w:t xml:space="preserve"> </w:t>
      </w:r>
      <w:proofErr w:type="spellStart"/>
      <w:r w:rsidRPr="00406BBE">
        <w:rPr>
          <w:rFonts w:cs="Times New Roman"/>
          <w:sz w:val="26"/>
          <w:szCs w:val="26"/>
        </w:rPr>
        <w:t>Đã</w:t>
      </w:r>
      <w:proofErr w:type="spellEnd"/>
      <w:r w:rsidRPr="00406BBE">
        <w:rPr>
          <w:rFonts w:cs="Times New Roman"/>
          <w:sz w:val="26"/>
          <w:szCs w:val="26"/>
        </w:rPr>
        <w:t xml:space="preserve"> </w:t>
      </w:r>
      <w:proofErr w:type="spellStart"/>
      <w:r w:rsidRPr="00406BBE">
        <w:rPr>
          <w:rFonts w:cs="Times New Roman"/>
          <w:sz w:val="26"/>
          <w:szCs w:val="26"/>
        </w:rPr>
        <w:t>học</w:t>
      </w:r>
      <w:proofErr w:type="spellEnd"/>
      <w:r w:rsidRPr="00406BBE">
        <w:rPr>
          <w:rFonts w:cs="Times New Roman"/>
          <w:sz w:val="26"/>
          <w:szCs w:val="26"/>
        </w:rPr>
        <w:t xml:space="preserve"> </w:t>
      </w:r>
      <w:proofErr w:type="spellStart"/>
      <w:r w:rsidRPr="00406BBE">
        <w:rPr>
          <w:rFonts w:cs="Times New Roman"/>
          <w:sz w:val="26"/>
          <w:szCs w:val="26"/>
        </w:rPr>
        <w:t>tập</w:t>
      </w:r>
      <w:proofErr w:type="spellEnd"/>
      <w:r w:rsidRPr="00406BBE">
        <w:rPr>
          <w:rFonts w:cs="Times New Roman"/>
          <w:sz w:val="26"/>
          <w:szCs w:val="26"/>
        </w:rPr>
        <w:t xml:space="preserve"> </w:t>
      </w:r>
      <w:proofErr w:type="spellStart"/>
      <w:r w:rsidRPr="00406BBE">
        <w:rPr>
          <w:rFonts w:cs="Times New Roman"/>
          <w:sz w:val="26"/>
          <w:szCs w:val="26"/>
        </w:rPr>
        <w:t>tại</w:t>
      </w:r>
      <w:proofErr w:type="spellEnd"/>
      <w:r w:rsidRPr="00406BBE">
        <w:rPr>
          <w:rFonts w:cs="Times New Roman"/>
          <w:sz w:val="26"/>
          <w:szCs w:val="26"/>
        </w:rPr>
        <w:t xml:space="preserve"> Liên bang Nga.  </w:t>
      </w:r>
    </w:p>
    <w:p w14:paraId="646F05B5" w14:textId="77777777" w:rsidR="00221B74" w:rsidRPr="00406BBE" w:rsidRDefault="00222B21" w:rsidP="00BC5DA5">
      <w:pPr>
        <w:spacing w:before="120" w:after="120" w:line="240" w:lineRule="auto"/>
        <w:jc w:val="both"/>
        <w:rPr>
          <w:rFonts w:cs="Times New Roman"/>
          <w:sz w:val="26"/>
          <w:szCs w:val="26"/>
        </w:rPr>
      </w:pPr>
      <w:r w:rsidRPr="00406BBE">
        <w:rPr>
          <w:rFonts w:ascii="Segoe UI Symbol" w:hAnsi="Segoe UI Symbol" w:cs="Segoe UI Symbol"/>
          <w:sz w:val="26"/>
          <w:szCs w:val="26"/>
        </w:rPr>
        <w:lastRenderedPageBreak/>
        <w:t>☐</w:t>
      </w:r>
      <w:r w:rsidRPr="00406BBE">
        <w:rPr>
          <w:rFonts w:cs="Times New Roman"/>
          <w:sz w:val="26"/>
          <w:szCs w:val="26"/>
        </w:rPr>
        <w:t xml:space="preserve"> </w:t>
      </w:r>
      <w:proofErr w:type="spellStart"/>
      <w:r w:rsidRPr="00406BBE">
        <w:rPr>
          <w:rFonts w:cs="Times New Roman"/>
          <w:sz w:val="26"/>
          <w:szCs w:val="26"/>
        </w:rPr>
        <w:t>Đã</w:t>
      </w:r>
      <w:proofErr w:type="spellEnd"/>
      <w:r w:rsidRPr="00406BBE">
        <w:rPr>
          <w:rFonts w:cs="Times New Roman"/>
          <w:sz w:val="26"/>
          <w:szCs w:val="26"/>
        </w:rPr>
        <w:t xml:space="preserve"> </w:t>
      </w:r>
      <w:proofErr w:type="spellStart"/>
      <w:r w:rsidRPr="00406BBE">
        <w:rPr>
          <w:rFonts w:cs="Times New Roman"/>
          <w:sz w:val="26"/>
          <w:szCs w:val="26"/>
        </w:rPr>
        <w:t>nghiên</w:t>
      </w:r>
      <w:proofErr w:type="spellEnd"/>
      <w:r w:rsidRPr="00406BBE">
        <w:rPr>
          <w:rFonts w:cs="Times New Roman"/>
          <w:sz w:val="26"/>
          <w:szCs w:val="26"/>
        </w:rPr>
        <w:t xml:space="preserve"> </w:t>
      </w:r>
      <w:proofErr w:type="spellStart"/>
      <w:r w:rsidRPr="00406BBE">
        <w:rPr>
          <w:rFonts w:cs="Times New Roman"/>
          <w:sz w:val="26"/>
          <w:szCs w:val="26"/>
        </w:rPr>
        <w:t>cứu</w:t>
      </w:r>
      <w:proofErr w:type="spellEnd"/>
      <w:r w:rsidRPr="00406BBE">
        <w:rPr>
          <w:rFonts w:cs="Times New Roman"/>
          <w:sz w:val="26"/>
          <w:szCs w:val="26"/>
        </w:rPr>
        <w:t>/</w:t>
      </w:r>
      <w:proofErr w:type="spellStart"/>
      <w:r w:rsidRPr="00406BBE">
        <w:rPr>
          <w:rFonts w:cs="Times New Roman"/>
          <w:sz w:val="26"/>
          <w:szCs w:val="26"/>
        </w:rPr>
        <w:t>làm</w:t>
      </w:r>
      <w:proofErr w:type="spellEnd"/>
      <w:r w:rsidRPr="00406BBE">
        <w:rPr>
          <w:rFonts w:cs="Times New Roman"/>
          <w:sz w:val="26"/>
          <w:szCs w:val="26"/>
        </w:rPr>
        <w:t xml:space="preserve"> </w:t>
      </w:r>
      <w:proofErr w:type="spellStart"/>
      <w:r w:rsidRPr="00406BBE">
        <w:rPr>
          <w:rFonts w:cs="Times New Roman"/>
          <w:sz w:val="26"/>
          <w:szCs w:val="26"/>
        </w:rPr>
        <w:t>việc</w:t>
      </w:r>
      <w:proofErr w:type="spellEnd"/>
      <w:r w:rsidRPr="00406BBE">
        <w:rPr>
          <w:rFonts w:cs="Times New Roman"/>
          <w:sz w:val="26"/>
          <w:szCs w:val="26"/>
        </w:rPr>
        <w:t xml:space="preserve"> </w:t>
      </w:r>
      <w:proofErr w:type="spellStart"/>
      <w:r w:rsidRPr="00406BBE">
        <w:rPr>
          <w:rFonts w:cs="Times New Roman"/>
          <w:sz w:val="26"/>
          <w:szCs w:val="26"/>
        </w:rPr>
        <w:t>tại</w:t>
      </w:r>
      <w:proofErr w:type="spellEnd"/>
      <w:r w:rsidRPr="00406BBE">
        <w:rPr>
          <w:rFonts w:cs="Times New Roman"/>
          <w:sz w:val="26"/>
          <w:szCs w:val="26"/>
        </w:rPr>
        <w:t xml:space="preserve"> Liên bang Nga.  </w:t>
      </w:r>
    </w:p>
    <w:p w14:paraId="39A4180D" w14:textId="4038F72B" w:rsidR="00BB6FA2" w:rsidRPr="00406BBE" w:rsidRDefault="00222B21" w:rsidP="00BC5DA5">
      <w:pPr>
        <w:spacing w:before="120" w:after="120" w:line="240" w:lineRule="auto"/>
        <w:jc w:val="both"/>
        <w:rPr>
          <w:rFonts w:cs="Times New Roman"/>
          <w:sz w:val="26"/>
          <w:szCs w:val="26"/>
        </w:rPr>
      </w:pPr>
      <w:r w:rsidRPr="00406BBE">
        <w:rPr>
          <w:rFonts w:ascii="Segoe UI Symbol" w:hAnsi="Segoe UI Symbol" w:cs="Segoe UI Symbol"/>
          <w:sz w:val="26"/>
          <w:szCs w:val="26"/>
        </w:rPr>
        <w:t>☐</w:t>
      </w:r>
      <w:r w:rsidRPr="00406BBE">
        <w:rPr>
          <w:rFonts w:cs="Times New Roman"/>
          <w:sz w:val="26"/>
          <w:szCs w:val="26"/>
        </w:rPr>
        <w:t xml:space="preserve"> </w:t>
      </w:r>
      <w:proofErr w:type="spellStart"/>
      <w:r w:rsidRPr="00406BBE">
        <w:rPr>
          <w:rFonts w:cs="Times New Roman"/>
          <w:sz w:val="26"/>
          <w:szCs w:val="26"/>
        </w:rPr>
        <w:t>Có</w:t>
      </w:r>
      <w:proofErr w:type="spellEnd"/>
      <w:r w:rsidRPr="00406BBE">
        <w:rPr>
          <w:rFonts w:cs="Times New Roman"/>
          <w:sz w:val="26"/>
          <w:szCs w:val="26"/>
        </w:rPr>
        <w:t xml:space="preserve"> </w:t>
      </w:r>
      <w:proofErr w:type="spellStart"/>
      <w:r w:rsidRPr="00406BBE">
        <w:rPr>
          <w:rFonts w:cs="Times New Roman"/>
          <w:sz w:val="26"/>
          <w:szCs w:val="26"/>
        </w:rPr>
        <w:t>kinh</w:t>
      </w:r>
      <w:proofErr w:type="spellEnd"/>
      <w:r w:rsidRPr="00406BBE">
        <w:rPr>
          <w:rFonts w:cs="Times New Roman"/>
          <w:sz w:val="26"/>
          <w:szCs w:val="26"/>
        </w:rPr>
        <w:t xml:space="preserve"> </w:t>
      </w:r>
      <w:proofErr w:type="spellStart"/>
      <w:r w:rsidRPr="00406BBE">
        <w:rPr>
          <w:rFonts w:cs="Times New Roman"/>
          <w:sz w:val="26"/>
          <w:szCs w:val="26"/>
        </w:rPr>
        <w:t>nghiệm</w:t>
      </w:r>
      <w:proofErr w:type="spellEnd"/>
      <w:r w:rsidRPr="00406BBE">
        <w:rPr>
          <w:rFonts w:cs="Times New Roman"/>
          <w:sz w:val="26"/>
          <w:szCs w:val="26"/>
        </w:rPr>
        <w:t xml:space="preserve"> </w:t>
      </w:r>
      <w:proofErr w:type="spellStart"/>
      <w:r w:rsidRPr="00406BBE">
        <w:rPr>
          <w:rFonts w:cs="Times New Roman"/>
          <w:sz w:val="26"/>
          <w:szCs w:val="26"/>
        </w:rPr>
        <w:t>hợp</w:t>
      </w:r>
      <w:proofErr w:type="spellEnd"/>
      <w:r w:rsidRPr="00406BBE">
        <w:rPr>
          <w:rFonts w:cs="Times New Roman"/>
          <w:sz w:val="26"/>
          <w:szCs w:val="26"/>
        </w:rPr>
        <w:t xml:space="preserve"> </w:t>
      </w:r>
      <w:proofErr w:type="spellStart"/>
      <w:r w:rsidRPr="00406BBE">
        <w:rPr>
          <w:rFonts w:cs="Times New Roman"/>
          <w:sz w:val="26"/>
          <w:szCs w:val="26"/>
        </w:rPr>
        <w:t>tác</w:t>
      </w:r>
      <w:proofErr w:type="spellEnd"/>
      <w:r w:rsidRPr="00406BBE">
        <w:rPr>
          <w:rFonts w:cs="Times New Roman"/>
          <w:sz w:val="26"/>
          <w:szCs w:val="26"/>
        </w:rPr>
        <w:t xml:space="preserve"> </w:t>
      </w:r>
      <w:proofErr w:type="spellStart"/>
      <w:r w:rsidRPr="00406BBE">
        <w:rPr>
          <w:rFonts w:cs="Times New Roman"/>
          <w:sz w:val="26"/>
          <w:szCs w:val="26"/>
        </w:rPr>
        <w:t>chuyên</w:t>
      </w:r>
      <w:proofErr w:type="spellEnd"/>
      <w:r w:rsidRPr="00406BBE">
        <w:rPr>
          <w:rFonts w:cs="Times New Roman"/>
          <w:sz w:val="26"/>
          <w:szCs w:val="26"/>
        </w:rPr>
        <w:t xml:space="preserve"> </w:t>
      </w:r>
      <w:proofErr w:type="spellStart"/>
      <w:r w:rsidRPr="00406BBE">
        <w:rPr>
          <w:rFonts w:cs="Times New Roman"/>
          <w:sz w:val="26"/>
          <w:szCs w:val="26"/>
        </w:rPr>
        <w:t>môn</w:t>
      </w:r>
      <w:proofErr w:type="spellEnd"/>
      <w:r w:rsidRPr="00406BBE">
        <w:rPr>
          <w:rFonts w:cs="Times New Roman"/>
          <w:sz w:val="26"/>
          <w:szCs w:val="26"/>
        </w:rPr>
        <w:t xml:space="preserve"> </w:t>
      </w:r>
      <w:proofErr w:type="spellStart"/>
      <w:r w:rsidRPr="00406BBE">
        <w:rPr>
          <w:rFonts w:cs="Times New Roman"/>
          <w:sz w:val="26"/>
          <w:szCs w:val="26"/>
        </w:rPr>
        <w:t>với</w:t>
      </w:r>
      <w:proofErr w:type="spellEnd"/>
      <w:r w:rsidRPr="00406BBE">
        <w:rPr>
          <w:rFonts w:cs="Times New Roman"/>
          <w:sz w:val="26"/>
          <w:szCs w:val="26"/>
        </w:rPr>
        <w:t xml:space="preserve"> </w:t>
      </w:r>
      <w:proofErr w:type="spellStart"/>
      <w:r w:rsidRPr="00406BBE">
        <w:rPr>
          <w:rFonts w:cs="Times New Roman"/>
          <w:sz w:val="26"/>
          <w:szCs w:val="26"/>
        </w:rPr>
        <w:t>tổ</w:t>
      </w:r>
      <w:proofErr w:type="spellEnd"/>
      <w:r w:rsidRPr="00406BBE">
        <w:rPr>
          <w:rFonts w:cs="Times New Roman"/>
          <w:sz w:val="26"/>
          <w:szCs w:val="26"/>
        </w:rPr>
        <w:t xml:space="preserve"> </w:t>
      </w:r>
      <w:proofErr w:type="spellStart"/>
      <w:r w:rsidRPr="00406BBE">
        <w:rPr>
          <w:rFonts w:cs="Times New Roman"/>
          <w:sz w:val="26"/>
          <w:szCs w:val="26"/>
        </w:rPr>
        <w:t>chức</w:t>
      </w:r>
      <w:proofErr w:type="spellEnd"/>
      <w:r w:rsidRPr="00406BBE">
        <w:rPr>
          <w:rFonts w:cs="Times New Roman"/>
          <w:sz w:val="26"/>
          <w:szCs w:val="26"/>
        </w:rPr>
        <w:t>/</w:t>
      </w:r>
      <w:proofErr w:type="spellStart"/>
      <w:r w:rsidRPr="00406BBE">
        <w:rPr>
          <w:rFonts w:cs="Times New Roman"/>
          <w:sz w:val="26"/>
          <w:szCs w:val="26"/>
        </w:rPr>
        <w:t>cá</w:t>
      </w:r>
      <w:proofErr w:type="spellEnd"/>
      <w:r w:rsidRPr="00406BBE">
        <w:rPr>
          <w:rFonts w:cs="Times New Roman"/>
          <w:sz w:val="26"/>
          <w:szCs w:val="26"/>
        </w:rPr>
        <w:t xml:space="preserve"> </w:t>
      </w:r>
      <w:proofErr w:type="spellStart"/>
      <w:r w:rsidRPr="00406BBE">
        <w:rPr>
          <w:rFonts w:cs="Times New Roman"/>
          <w:sz w:val="26"/>
          <w:szCs w:val="26"/>
        </w:rPr>
        <w:t>nhân</w:t>
      </w:r>
      <w:proofErr w:type="spellEnd"/>
      <w:r w:rsidRPr="00406BBE">
        <w:rPr>
          <w:rFonts w:cs="Times New Roman"/>
          <w:sz w:val="26"/>
          <w:szCs w:val="26"/>
        </w:rPr>
        <w:t xml:space="preserve"> </w:t>
      </w:r>
      <w:proofErr w:type="spellStart"/>
      <w:r w:rsidRPr="00406BBE">
        <w:rPr>
          <w:rFonts w:cs="Times New Roman"/>
          <w:sz w:val="26"/>
          <w:szCs w:val="26"/>
        </w:rPr>
        <w:t>tại</w:t>
      </w:r>
      <w:proofErr w:type="spellEnd"/>
      <w:r w:rsidRPr="00406BBE">
        <w:rPr>
          <w:rFonts w:cs="Times New Roman"/>
          <w:sz w:val="26"/>
          <w:szCs w:val="26"/>
        </w:rPr>
        <w:t xml:space="preserve"> Nga.</w:t>
      </w:r>
    </w:p>
    <w:p w14:paraId="7078AE72" w14:textId="77777777" w:rsidR="00BC5DA5" w:rsidRPr="00406BBE" w:rsidRDefault="00222B21" w:rsidP="00BC5DA5">
      <w:pPr>
        <w:spacing w:before="120" w:after="120" w:line="240" w:lineRule="auto"/>
        <w:jc w:val="both"/>
        <w:rPr>
          <w:rFonts w:cs="Times New Roman"/>
          <w:sz w:val="26"/>
          <w:szCs w:val="26"/>
        </w:rPr>
      </w:pPr>
      <w:proofErr w:type="spellStart"/>
      <w:r w:rsidRPr="00406BBE">
        <w:rPr>
          <w:rFonts w:cs="Times New Roman"/>
          <w:sz w:val="26"/>
          <w:szCs w:val="26"/>
        </w:rPr>
        <w:t>Tên</w:t>
      </w:r>
      <w:proofErr w:type="spellEnd"/>
      <w:r w:rsidRPr="00406BBE">
        <w:rPr>
          <w:rFonts w:cs="Times New Roman"/>
          <w:sz w:val="26"/>
          <w:szCs w:val="26"/>
        </w:rPr>
        <w:t xml:space="preserve"> </w:t>
      </w:r>
      <w:proofErr w:type="spellStart"/>
      <w:r w:rsidRPr="00406BBE">
        <w:rPr>
          <w:rFonts w:cs="Times New Roman"/>
          <w:sz w:val="26"/>
          <w:szCs w:val="26"/>
        </w:rPr>
        <w:t>cơ</w:t>
      </w:r>
      <w:proofErr w:type="spellEnd"/>
      <w:r w:rsidRPr="00406BBE">
        <w:rPr>
          <w:rFonts w:cs="Times New Roman"/>
          <w:sz w:val="26"/>
          <w:szCs w:val="26"/>
        </w:rPr>
        <w:t xml:space="preserve"> </w:t>
      </w:r>
      <w:proofErr w:type="spellStart"/>
      <w:r w:rsidRPr="00406BBE">
        <w:rPr>
          <w:rFonts w:cs="Times New Roman"/>
          <w:sz w:val="26"/>
          <w:szCs w:val="26"/>
        </w:rPr>
        <w:t>sở</w:t>
      </w:r>
      <w:proofErr w:type="spellEnd"/>
      <w:r w:rsidRPr="00406BBE">
        <w:rPr>
          <w:rFonts w:cs="Times New Roman"/>
          <w:sz w:val="26"/>
          <w:szCs w:val="26"/>
        </w:rPr>
        <w:t>/</w:t>
      </w:r>
      <w:proofErr w:type="spellStart"/>
      <w:r w:rsidRPr="00406BBE">
        <w:rPr>
          <w:rFonts w:cs="Times New Roman"/>
          <w:sz w:val="26"/>
          <w:szCs w:val="26"/>
        </w:rPr>
        <w:t>tổ</w:t>
      </w:r>
      <w:proofErr w:type="spellEnd"/>
      <w:r w:rsidRPr="00406BBE">
        <w:rPr>
          <w:rFonts w:cs="Times New Roman"/>
          <w:sz w:val="26"/>
          <w:szCs w:val="26"/>
        </w:rPr>
        <w:t xml:space="preserve"> </w:t>
      </w:r>
      <w:proofErr w:type="spellStart"/>
      <w:r w:rsidRPr="00406BBE">
        <w:rPr>
          <w:rFonts w:cs="Times New Roman"/>
          <w:sz w:val="26"/>
          <w:szCs w:val="26"/>
        </w:rPr>
        <w:t>chức</w:t>
      </w:r>
      <w:proofErr w:type="spellEnd"/>
      <w:r w:rsidRPr="00406BBE">
        <w:rPr>
          <w:rFonts w:cs="Times New Roman"/>
          <w:sz w:val="26"/>
          <w:szCs w:val="26"/>
        </w:rPr>
        <w:t xml:space="preserve">, </w:t>
      </w:r>
      <w:proofErr w:type="spellStart"/>
      <w:r w:rsidRPr="00406BBE">
        <w:rPr>
          <w:rFonts w:cs="Times New Roman"/>
          <w:sz w:val="26"/>
          <w:szCs w:val="26"/>
        </w:rPr>
        <w:t>thời</w:t>
      </w:r>
      <w:proofErr w:type="spellEnd"/>
      <w:r w:rsidRPr="00406BBE">
        <w:rPr>
          <w:rFonts w:cs="Times New Roman"/>
          <w:sz w:val="26"/>
          <w:szCs w:val="26"/>
        </w:rPr>
        <w:t xml:space="preserve"> </w:t>
      </w:r>
      <w:proofErr w:type="spellStart"/>
      <w:r w:rsidRPr="00406BBE">
        <w:rPr>
          <w:rFonts w:cs="Times New Roman"/>
          <w:sz w:val="26"/>
          <w:szCs w:val="26"/>
        </w:rPr>
        <w:t>gian</w:t>
      </w:r>
      <w:proofErr w:type="spellEnd"/>
      <w:r w:rsidRPr="00406BBE">
        <w:rPr>
          <w:rFonts w:cs="Times New Roman"/>
          <w:sz w:val="26"/>
          <w:szCs w:val="26"/>
        </w:rPr>
        <w:t xml:space="preserve">, </w:t>
      </w:r>
      <w:proofErr w:type="spellStart"/>
      <w:r w:rsidRPr="00406BBE">
        <w:rPr>
          <w:rFonts w:cs="Times New Roman"/>
          <w:sz w:val="26"/>
          <w:szCs w:val="26"/>
        </w:rPr>
        <w:t>nội</w:t>
      </w:r>
      <w:proofErr w:type="spellEnd"/>
      <w:r w:rsidRPr="00406BBE">
        <w:rPr>
          <w:rFonts w:cs="Times New Roman"/>
          <w:sz w:val="26"/>
          <w:szCs w:val="26"/>
        </w:rPr>
        <w:t xml:space="preserve"> dung </w:t>
      </w:r>
      <w:proofErr w:type="spellStart"/>
      <w:r w:rsidRPr="00406BBE">
        <w:rPr>
          <w:rFonts w:cs="Times New Roman"/>
          <w:sz w:val="26"/>
          <w:szCs w:val="26"/>
        </w:rPr>
        <w:t>và</w:t>
      </w:r>
      <w:proofErr w:type="spellEnd"/>
      <w:r w:rsidRPr="00406BBE">
        <w:rPr>
          <w:rFonts w:cs="Times New Roman"/>
          <w:sz w:val="26"/>
          <w:szCs w:val="26"/>
        </w:rPr>
        <w:t xml:space="preserve"> </w:t>
      </w:r>
      <w:proofErr w:type="spellStart"/>
      <w:r w:rsidRPr="00406BBE">
        <w:rPr>
          <w:rFonts w:cs="Times New Roman"/>
          <w:sz w:val="26"/>
          <w:szCs w:val="26"/>
        </w:rPr>
        <w:t>minh</w:t>
      </w:r>
      <w:proofErr w:type="spellEnd"/>
      <w:r w:rsidRPr="00406BBE">
        <w:rPr>
          <w:rFonts w:cs="Times New Roman"/>
          <w:sz w:val="26"/>
          <w:szCs w:val="26"/>
        </w:rPr>
        <w:t xml:space="preserve"> </w:t>
      </w:r>
      <w:proofErr w:type="spellStart"/>
      <w:r w:rsidRPr="00406BBE">
        <w:rPr>
          <w:rFonts w:cs="Times New Roman"/>
          <w:sz w:val="26"/>
          <w:szCs w:val="26"/>
        </w:rPr>
        <w:t>chứng</w:t>
      </w:r>
      <w:proofErr w:type="spellEnd"/>
      <w:r w:rsidRPr="00406BBE">
        <w:rPr>
          <w:rFonts w:cs="Times New Roman"/>
          <w:sz w:val="26"/>
          <w:szCs w:val="26"/>
        </w:rPr>
        <w:t xml:space="preserve"> (</w:t>
      </w:r>
      <w:proofErr w:type="spellStart"/>
      <w:r w:rsidRPr="00406BBE">
        <w:rPr>
          <w:rFonts w:cs="Times New Roman"/>
          <w:sz w:val="26"/>
          <w:szCs w:val="26"/>
        </w:rPr>
        <w:t>nếu</w:t>
      </w:r>
      <w:proofErr w:type="spellEnd"/>
      <w:r w:rsidRPr="00406BBE">
        <w:rPr>
          <w:rFonts w:cs="Times New Roman"/>
          <w:sz w:val="26"/>
          <w:szCs w:val="26"/>
        </w:rPr>
        <w:t xml:space="preserve"> </w:t>
      </w:r>
      <w:proofErr w:type="spellStart"/>
      <w:r w:rsidRPr="00406BBE">
        <w:rPr>
          <w:rFonts w:cs="Times New Roman"/>
          <w:sz w:val="26"/>
          <w:szCs w:val="26"/>
        </w:rPr>
        <w:t>có</w:t>
      </w:r>
      <w:proofErr w:type="spellEnd"/>
      <w:r w:rsidRPr="00406BBE">
        <w:rPr>
          <w:rFonts w:cs="Times New Roman"/>
          <w:sz w:val="26"/>
          <w:szCs w:val="26"/>
        </w:rPr>
        <w:t>):</w:t>
      </w:r>
    </w:p>
    <w:p w14:paraId="00E5FEAF" w14:textId="60C94492" w:rsidR="00B828C3" w:rsidRPr="00406BBE" w:rsidRDefault="00B828C3" w:rsidP="00BC5DA5">
      <w:pPr>
        <w:spacing w:before="120" w:after="120" w:line="240" w:lineRule="auto"/>
        <w:jc w:val="both"/>
        <w:rPr>
          <w:rFonts w:cs="Times New Roman"/>
          <w:sz w:val="26"/>
          <w:szCs w:val="26"/>
        </w:rPr>
      </w:pPr>
      <w:r w:rsidRPr="00406BBE">
        <w:rPr>
          <w:rFonts w:cs="Times New Roman"/>
          <w:sz w:val="26"/>
          <w:szCs w:val="26"/>
        </w:rPr>
        <w:t>................................................................................................................................................</w:t>
      </w:r>
    </w:p>
    <w:p w14:paraId="705F453C" w14:textId="126835E6" w:rsidR="00BB6FA2" w:rsidRPr="00406BBE" w:rsidRDefault="00222B21" w:rsidP="00BC5DA5">
      <w:pPr>
        <w:spacing w:before="120" w:after="120" w:line="240" w:lineRule="auto"/>
        <w:jc w:val="both"/>
        <w:rPr>
          <w:rFonts w:cs="Times New Roman"/>
          <w:sz w:val="26"/>
          <w:szCs w:val="26"/>
        </w:rPr>
      </w:pPr>
      <w:r w:rsidRPr="00406BBE">
        <w:rPr>
          <w:rFonts w:cs="Times New Roman"/>
          <w:sz w:val="26"/>
          <w:szCs w:val="26"/>
        </w:rPr>
        <w:t>................................................................................................................................................</w:t>
      </w:r>
    </w:p>
    <w:p w14:paraId="11EFF574" w14:textId="77777777" w:rsidR="00BB6FA2" w:rsidRPr="00406BBE" w:rsidRDefault="00222B21" w:rsidP="00BC5DA5">
      <w:pPr>
        <w:spacing w:before="120" w:after="120" w:line="240" w:lineRule="auto"/>
        <w:jc w:val="both"/>
        <w:rPr>
          <w:rFonts w:cs="Times New Roman"/>
          <w:bCs/>
          <w:sz w:val="26"/>
          <w:szCs w:val="26"/>
        </w:rPr>
      </w:pPr>
      <w:r w:rsidRPr="00406BBE">
        <w:rPr>
          <w:rFonts w:cs="Times New Roman"/>
          <w:bCs/>
          <w:sz w:val="26"/>
          <w:szCs w:val="26"/>
        </w:rPr>
        <w:t xml:space="preserve">5.3. Công </w:t>
      </w:r>
      <w:proofErr w:type="spellStart"/>
      <w:r w:rsidRPr="00406BBE">
        <w:rPr>
          <w:rFonts w:cs="Times New Roman"/>
          <w:bCs/>
          <w:sz w:val="26"/>
          <w:szCs w:val="26"/>
        </w:rPr>
        <w:t>trình</w:t>
      </w:r>
      <w:proofErr w:type="spellEnd"/>
      <w:r w:rsidRPr="00406BBE">
        <w:rPr>
          <w:rFonts w:cs="Times New Roman"/>
          <w:bCs/>
          <w:sz w:val="26"/>
          <w:szCs w:val="26"/>
        </w:rPr>
        <w:t>/</w:t>
      </w:r>
      <w:proofErr w:type="spellStart"/>
      <w:r w:rsidRPr="00406BBE">
        <w:rPr>
          <w:rFonts w:cs="Times New Roman"/>
          <w:bCs/>
          <w:sz w:val="26"/>
          <w:szCs w:val="26"/>
        </w:rPr>
        <w:t>sản</w:t>
      </w:r>
      <w:proofErr w:type="spellEnd"/>
      <w:r w:rsidRPr="00406BBE">
        <w:rPr>
          <w:rFonts w:cs="Times New Roman"/>
          <w:bCs/>
          <w:sz w:val="26"/>
          <w:szCs w:val="26"/>
        </w:rPr>
        <w:t xml:space="preserve"> </w:t>
      </w:r>
      <w:proofErr w:type="spellStart"/>
      <w:r w:rsidRPr="00406BBE">
        <w:rPr>
          <w:rFonts w:cs="Times New Roman"/>
          <w:bCs/>
          <w:sz w:val="26"/>
          <w:szCs w:val="26"/>
        </w:rPr>
        <w:t>phẩm</w:t>
      </w:r>
      <w:proofErr w:type="spellEnd"/>
      <w:r w:rsidRPr="00406BBE">
        <w:rPr>
          <w:rFonts w:cs="Times New Roman"/>
          <w:bCs/>
          <w:sz w:val="26"/>
          <w:szCs w:val="26"/>
        </w:rPr>
        <w:t xml:space="preserve"> </w:t>
      </w:r>
      <w:proofErr w:type="spellStart"/>
      <w:r w:rsidRPr="00406BBE">
        <w:rPr>
          <w:rFonts w:cs="Times New Roman"/>
          <w:bCs/>
          <w:sz w:val="26"/>
          <w:szCs w:val="26"/>
        </w:rPr>
        <w:t>nghiên</w:t>
      </w:r>
      <w:proofErr w:type="spellEnd"/>
      <w:r w:rsidRPr="00406BBE">
        <w:rPr>
          <w:rFonts w:cs="Times New Roman"/>
          <w:bCs/>
          <w:sz w:val="26"/>
          <w:szCs w:val="26"/>
        </w:rPr>
        <w:t xml:space="preserve"> </w:t>
      </w:r>
      <w:proofErr w:type="spellStart"/>
      <w:r w:rsidRPr="00406BBE">
        <w:rPr>
          <w:rFonts w:cs="Times New Roman"/>
          <w:bCs/>
          <w:sz w:val="26"/>
          <w:szCs w:val="26"/>
        </w:rPr>
        <w:t>cứu</w:t>
      </w:r>
      <w:proofErr w:type="spellEnd"/>
      <w:r w:rsidRPr="00406BBE">
        <w:rPr>
          <w:rFonts w:cs="Times New Roman"/>
          <w:bCs/>
          <w:sz w:val="26"/>
          <w:szCs w:val="26"/>
        </w:rPr>
        <w:t xml:space="preserve"> </w:t>
      </w:r>
      <w:proofErr w:type="spellStart"/>
      <w:r w:rsidRPr="00406BBE">
        <w:rPr>
          <w:rFonts w:cs="Times New Roman"/>
          <w:bCs/>
          <w:sz w:val="26"/>
          <w:szCs w:val="26"/>
        </w:rPr>
        <w:t>nổi</w:t>
      </w:r>
      <w:proofErr w:type="spellEnd"/>
      <w:r w:rsidRPr="00406BBE">
        <w:rPr>
          <w:rFonts w:cs="Times New Roman"/>
          <w:bCs/>
          <w:sz w:val="26"/>
          <w:szCs w:val="26"/>
        </w:rPr>
        <w:t xml:space="preserve"> </w:t>
      </w:r>
      <w:proofErr w:type="spellStart"/>
      <w:r w:rsidRPr="00406BBE">
        <w:rPr>
          <w:rFonts w:cs="Times New Roman"/>
          <w:bCs/>
          <w:sz w:val="26"/>
          <w:szCs w:val="26"/>
        </w:rPr>
        <w:t>bật</w:t>
      </w:r>
      <w:proofErr w:type="spellEnd"/>
      <w:r w:rsidRPr="00406BBE">
        <w:rPr>
          <w:rFonts w:cs="Times New Roman"/>
          <w:bCs/>
          <w:sz w:val="26"/>
          <w:szCs w:val="26"/>
        </w:rPr>
        <w:t xml:space="preserve"> </w:t>
      </w:r>
      <w:proofErr w:type="spellStart"/>
      <w:r w:rsidRPr="00406BBE">
        <w:rPr>
          <w:rFonts w:cs="Times New Roman"/>
          <w:bCs/>
          <w:sz w:val="26"/>
          <w:szCs w:val="26"/>
        </w:rPr>
        <w:t>và</w:t>
      </w:r>
      <w:proofErr w:type="spellEnd"/>
      <w:r w:rsidRPr="00406BBE">
        <w:rPr>
          <w:rFonts w:cs="Times New Roman"/>
          <w:bCs/>
          <w:sz w:val="26"/>
          <w:szCs w:val="26"/>
        </w:rPr>
        <w:t xml:space="preserve"> </w:t>
      </w:r>
      <w:proofErr w:type="spellStart"/>
      <w:r w:rsidRPr="00406BBE">
        <w:rPr>
          <w:rFonts w:cs="Times New Roman"/>
          <w:bCs/>
          <w:sz w:val="26"/>
          <w:szCs w:val="26"/>
        </w:rPr>
        <w:t>tính</w:t>
      </w:r>
      <w:proofErr w:type="spellEnd"/>
      <w:r w:rsidRPr="00406BBE">
        <w:rPr>
          <w:rFonts w:cs="Times New Roman"/>
          <w:bCs/>
          <w:sz w:val="26"/>
          <w:szCs w:val="26"/>
        </w:rPr>
        <w:t xml:space="preserve"> </w:t>
      </w:r>
      <w:proofErr w:type="spellStart"/>
      <w:r w:rsidRPr="00406BBE">
        <w:rPr>
          <w:rFonts w:cs="Times New Roman"/>
          <w:bCs/>
          <w:sz w:val="26"/>
          <w:szCs w:val="26"/>
        </w:rPr>
        <w:t>mới</w:t>
      </w:r>
      <w:proofErr w:type="spellEnd"/>
      <w:r w:rsidRPr="00406BBE">
        <w:rPr>
          <w:rFonts w:cs="Times New Roman"/>
          <w:bCs/>
          <w:sz w:val="26"/>
          <w:szCs w:val="26"/>
        </w:rPr>
        <w:t xml:space="preserve">, ý </w:t>
      </w:r>
      <w:proofErr w:type="spellStart"/>
      <w:r w:rsidRPr="00406BBE">
        <w:rPr>
          <w:rFonts w:cs="Times New Roman"/>
          <w:bCs/>
          <w:sz w:val="26"/>
          <w:szCs w:val="26"/>
        </w:rPr>
        <w:t>nghĩa</w:t>
      </w:r>
      <w:proofErr w:type="spellEnd"/>
      <w:r w:rsidRPr="00406BBE">
        <w:rPr>
          <w:rFonts w:cs="Times New Roman"/>
          <w:bCs/>
          <w:sz w:val="26"/>
          <w:szCs w:val="26"/>
        </w:rPr>
        <w:t xml:space="preserve"> khoa </w:t>
      </w:r>
      <w:proofErr w:type="spellStart"/>
      <w:r w:rsidRPr="00406BBE">
        <w:rPr>
          <w:rFonts w:cs="Times New Roman"/>
          <w:bCs/>
          <w:sz w:val="26"/>
          <w:szCs w:val="26"/>
        </w:rPr>
        <w:t>học</w:t>
      </w:r>
      <w:proofErr w:type="spellEnd"/>
      <w:r w:rsidRPr="00406BBE">
        <w:rPr>
          <w:rFonts w:cs="Times New Roman"/>
          <w:bCs/>
          <w:sz w:val="26"/>
          <w:szCs w:val="26"/>
        </w:rPr>
        <w:t>/</w:t>
      </w:r>
      <w:proofErr w:type="spellStart"/>
      <w:r w:rsidRPr="00406BBE">
        <w:rPr>
          <w:rFonts w:cs="Times New Roman"/>
          <w:bCs/>
          <w:sz w:val="26"/>
          <w:szCs w:val="26"/>
        </w:rPr>
        <w:t>khả</w:t>
      </w:r>
      <w:proofErr w:type="spellEnd"/>
      <w:r w:rsidRPr="00406BBE">
        <w:rPr>
          <w:rFonts w:cs="Times New Roman"/>
          <w:bCs/>
          <w:sz w:val="26"/>
          <w:szCs w:val="26"/>
        </w:rPr>
        <w:t xml:space="preserve"> </w:t>
      </w:r>
      <w:proofErr w:type="spellStart"/>
      <w:r w:rsidRPr="00406BBE">
        <w:rPr>
          <w:rFonts w:cs="Times New Roman"/>
          <w:bCs/>
          <w:sz w:val="26"/>
          <w:szCs w:val="26"/>
        </w:rPr>
        <w:t>năng</w:t>
      </w:r>
      <w:proofErr w:type="spellEnd"/>
      <w:r w:rsidRPr="00406BBE">
        <w:rPr>
          <w:rFonts w:cs="Times New Roman"/>
          <w:bCs/>
          <w:sz w:val="26"/>
          <w:szCs w:val="26"/>
        </w:rPr>
        <w:t xml:space="preserve"> </w:t>
      </w:r>
      <w:proofErr w:type="spellStart"/>
      <w:r w:rsidRPr="00406BBE">
        <w:rPr>
          <w:rFonts w:cs="Times New Roman"/>
          <w:bCs/>
          <w:sz w:val="26"/>
          <w:szCs w:val="26"/>
        </w:rPr>
        <w:t>ứng</w:t>
      </w:r>
      <w:proofErr w:type="spellEnd"/>
      <w:r w:rsidRPr="00406BBE">
        <w:rPr>
          <w:rFonts w:cs="Times New Roman"/>
          <w:bCs/>
          <w:sz w:val="26"/>
          <w:szCs w:val="26"/>
        </w:rPr>
        <w:t xml:space="preserve"> </w:t>
      </w:r>
      <w:proofErr w:type="spellStart"/>
      <w:r w:rsidRPr="00406BBE">
        <w:rPr>
          <w:rFonts w:cs="Times New Roman"/>
          <w:bCs/>
          <w:sz w:val="26"/>
          <w:szCs w:val="26"/>
        </w:rPr>
        <w:t>dụng</w:t>
      </w:r>
      <w:proofErr w:type="spellEnd"/>
      <w:r w:rsidRPr="00406BBE">
        <w:rPr>
          <w:rFonts w:cs="Times New Roman"/>
          <w:bCs/>
          <w:sz w:val="26"/>
          <w:szCs w:val="26"/>
        </w:rPr>
        <w:t xml:space="preserve"> (</w:t>
      </w:r>
      <w:proofErr w:type="spellStart"/>
      <w:r w:rsidRPr="00406BBE">
        <w:rPr>
          <w:rFonts w:cs="Times New Roman"/>
          <w:bCs/>
          <w:sz w:val="26"/>
          <w:szCs w:val="26"/>
        </w:rPr>
        <w:t>nêu</w:t>
      </w:r>
      <w:proofErr w:type="spellEnd"/>
      <w:r w:rsidRPr="00406BBE">
        <w:rPr>
          <w:rFonts w:cs="Times New Roman"/>
          <w:bCs/>
          <w:sz w:val="26"/>
          <w:szCs w:val="26"/>
        </w:rPr>
        <w:t xml:space="preserve"> </w:t>
      </w:r>
      <w:proofErr w:type="spellStart"/>
      <w:r w:rsidRPr="00406BBE">
        <w:rPr>
          <w:rFonts w:cs="Times New Roman"/>
          <w:bCs/>
          <w:sz w:val="26"/>
          <w:szCs w:val="26"/>
        </w:rPr>
        <w:t>ngắn</w:t>
      </w:r>
      <w:proofErr w:type="spellEnd"/>
      <w:r w:rsidRPr="00406BBE">
        <w:rPr>
          <w:rFonts w:cs="Times New Roman"/>
          <w:bCs/>
          <w:sz w:val="26"/>
          <w:szCs w:val="26"/>
        </w:rPr>
        <w:t xml:space="preserve"> </w:t>
      </w:r>
      <w:proofErr w:type="spellStart"/>
      <w:r w:rsidRPr="00406BBE">
        <w:rPr>
          <w:rFonts w:cs="Times New Roman"/>
          <w:bCs/>
          <w:sz w:val="26"/>
          <w:szCs w:val="26"/>
        </w:rPr>
        <w:t>gọn</w:t>
      </w:r>
      <w:proofErr w:type="spellEnd"/>
      <w:r w:rsidRPr="00406BBE">
        <w:rPr>
          <w:rFonts w:cs="Times New Roman"/>
          <w:bCs/>
          <w:sz w:val="26"/>
          <w:szCs w:val="26"/>
        </w:rPr>
        <w:t>):</w:t>
      </w:r>
    </w:p>
    <w:p w14:paraId="3DA810EC" w14:textId="77777777" w:rsidR="00BB6FA2" w:rsidRPr="00406BBE" w:rsidRDefault="00222B21" w:rsidP="00BC5DA5">
      <w:pPr>
        <w:spacing w:before="120" w:after="120" w:line="240" w:lineRule="auto"/>
        <w:jc w:val="both"/>
        <w:rPr>
          <w:rFonts w:cs="Times New Roman"/>
          <w:sz w:val="26"/>
          <w:szCs w:val="26"/>
        </w:rPr>
      </w:pPr>
      <w:r w:rsidRPr="00406BBE">
        <w:rPr>
          <w:rFonts w:cs="Times New Roman"/>
          <w:sz w:val="26"/>
          <w:szCs w:val="26"/>
        </w:rPr>
        <w:t>................................................................................................................................................</w:t>
      </w:r>
    </w:p>
    <w:p w14:paraId="739E06E5" w14:textId="77777777" w:rsidR="00BB6FA2" w:rsidRPr="00406BBE" w:rsidRDefault="00222B21" w:rsidP="00BD3914">
      <w:pPr>
        <w:spacing w:before="120" w:after="120" w:line="240" w:lineRule="auto"/>
        <w:rPr>
          <w:rFonts w:cs="Times New Roman"/>
          <w:sz w:val="26"/>
          <w:szCs w:val="26"/>
        </w:rPr>
      </w:pPr>
      <w:r w:rsidRPr="00406BBE">
        <w:rPr>
          <w:rFonts w:cs="Times New Roman"/>
          <w:sz w:val="26"/>
          <w:szCs w:val="26"/>
        </w:rPr>
        <w:t>................................................................................................................................................</w:t>
      </w:r>
    </w:p>
    <w:p w14:paraId="107B853E" w14:textId="77777777" w:rsidR="00BB6FA2" w:rsidRPr="00406BBE" w:rsidRDefault="00222B21" w:rsidP="00BD3914">
      <w:pPr>
        <w:pStyle w:val="Heading1"/>
        <w:spacing w:before="120" w:after="120" w:line="240" w:lineRule="auto"/>
        <w:rPr>
          <w:rFonts w:ascii="Times New Roman" w:hAnsi="Times New Roman" w:cs="Times New Roman"/>
          <w:color w:val="auto"/>
          <w:sz w:val="26"/>
          <w:szCs w:val="26"/>
        </w:rPr>
      </w:pPr>
      <w:r w:rsidRPr="00406BBE">
        <w:rPr>
          <w:rFonts w:ascii="Times New Roman" w:hAnsi="Times New Roman" w:cs="Times New Roman"/>
          <w:color w:val="auto"/>
          <w:sz w:val="26"/>
          <w:szCs w:val="26"/>
        </w:rPr>
        <w:t>6. THÔNG TIN NỘI DUNG DỰ KIẾN TRÌNH BÀY TẠI ĐẠI HỘI</w:t>
      </w:r>
    </w:p>
    <w:p w14:paraId="10CB0BE7" w14:textId="77777777" w:rsidR="0029031A" w:rsidRPr="00406BBE" w:rsidRDefault="00222B21" w:rsidP="0029031A">
      <w:pPr>
        <w:spacing w:before="120" w:after="120" w:line="240" w:lineRule="auto"/>
        <w:jc w:val="both"/>
        <w:rPr>
          <w:rFonts w:cs="Times New Roman"/>
          <w:sz w:val="26"/>
          <w:szCs w:val="26"/>
        </w:rPr>
      </w:pPr>
      <w:proofErr w:type="spellStart"/>
      <w:r w:rsidRPr="00406BBE">
        <w:rPr>
          <w:rFonts w:cs="Times New Roman"/>
          <w:sz w:val="26"/>
          <w:szCs w:val="26"/>
        </w:rPr>
        <w:t>Tên</w:t>
      </w:r>
      <w:proofErr w:type="spellEnd"/>
      <w:r w:rsidRPr="00406BBE">
        <w:rPr>
          <w:rFonts w:cs="Times New Roman"/>
          <w:sz w:val="26"/>
          <w:szCs w:val="26"/>
        </w:rPr>
        <w:t>/</w:t>
      </w:r>
      <w:proofErr w:type="spellStart"/>
      <w:r w:rsidRPr="00406BBE">
        <w:rPr>
          <w:rFonts w:cs="Times New Roman"/>
          <w:sz w:val="26"/>
          <w:szCs w:val="26"/>
        </w:rPr>
        <w:t>tiêu</w:t>
      </w:r>
      <w:proofErr w:type="spellEnd"/>
      <w:r w:rsidRPr="00406BBE">
        <w:rPr>
          <w:rFonts w:cs="Times New Roman"/>
          <w:sz w:val="26"/>
          <w:szCs w:val="26"/>
        </w:rPr>
        <w:t xml:space="preserve"> </w:t>
      </w:r>
      <w:proofErr w:type="spellStart"/>
      <w:r w:rsidRPr="00406BBE">
        <w:rPr>
          <w:rFonts w:cs="Times New Roman"/>
          <w:sz w:val="26"/>
          <w:szCs w:val="26"/>
        </w:rPr>
        <w:t>đề</w:t>
      </w:r>
      <w:proofErr w:type="spellEnd"/>
      <w:r w:rsidRPr="00406BBE">
        <w:rPr>
          <w:rFonts w:cs="Times New Roman"/>
          <w:sz w:val="26"/>
          <w:szCs w:val="26"/>
        </w:rPr>
        <w:t xml:space="preserve"> </w:t>
      </w:r>
      <w:proofErr w:type="spellStart"/>
      <w:r w:rsidRPr="00406BBE">
        <w:rPr>
          <w:rFonts w:cs="Times New Roman"/>
          <w:sz w:val="26"/>
          <w:szCs w:val="26"/>
        </w:rPr>
        <w:t>dự</w:t>
      </w:r>
      <w:proofErr w:type="spellEnd"/>
      <w:r w:rsidRPr="00406BBE">
        <w:rPr>
          <w:rFonts w:cs="Times New Roman"/>
          <w:sz w:val="26"/>
          <w:szCs w:val="26"/>
        </w:rPr>
        <w:t xml:space="preserve"> </w:t>
      </w:r>
      <w:proofErr w:type="spellStart"/>
      <w:r w:rsidRPr="00406BBE">
        <w:rPr>
          <w:rFonts w:cs="Times New Roman"/>
          <w:sz w:val="26"/>
          <w:szCs w:val="26"/>
        </w:rPr>
        <w:t>kiến</w:t>
      </w:r>
      <w:proofErr w:type="spellEnd"/>
      <w:r w:rsidRPr="00406BBE">
        <w:rPr>
          <w:rFonts w:cs="Times New Roman"/>
          <w:sz w:val="26"/>
          <w:szCs w:val="26"/>
        </w:rPr>
        <w:t xml:space="preserve"> (</w:t>
      </w:r>
      <w:proofErr w:type="spellStart"/>
      <w:r w:rsidRPr="00406BBE">
        <w:rPr>
          <w:rFonts w:cs="Times New Roman"/>
          <w:sz w:val="26"/>
          <w:szCs w:val="26"/>
        </w:rPr>
        <w:t>bằng</w:t>
      </w:r>
      <w:proofErr w:type="spellEnd"/>
      <w:r w:rsidRPr="00406BBE">
        <w:rPr>
          <w:rFonts w:cs="Times New Roman"/>
          <w:sz w:val="26"/>
          <w:szCs w:val="26"/>
        </w:rPr>
        <w:t xml:space="preserve"> </w:t>
      </w:r>
      <w:proofErr w:type="spellStart"/>
      <w:r w:rsidRPr="00406BBE">
        <w:rPr>
          <w:rFonts w:cs="Times New Roman"/>
          <w:sz w:val="26"/>
          <w:szCs w:val="26"/>
        </w:rPr>
        <w:t>tiếng</w:t>
      </w:r>
      <w:proofErr w:type="spellEnd"/>
      <w:r w:rsidRPr="00406BBE">
        <w:rPr>
          <w:rFonts w:cs="Times New Roman"/>
          <w:sz w:val="26"/>
          <w:szCs w:val="26"/>
        </w:rPr>
        <w:t xml:space="preserve"> Anh </w:t>
      </w:r>
      <w:proofErr w:type="spellStart"/>
      <w:r w:rsidRPr="00406BBE">
        <w:rPr>
          <w:rFonts w:cs="Times New Roman"/>
          <w:sz w:val="26"/>
          <w:szCs w:val="26"/>
        </w:rPr>
        <w:t>hoặc</w:t>
      </w:r>
      <w:proofErr w:type="spellEnd"/>
      <w:r w:rsidRPr="00406BBE">
        <w:rPr>
          <w:rFonts w:cs="Times New Roman"/>
          <w:sz w:val="26"/>
          <w:szCs w:val="26"/>
        </w:rPr>
        <w:t xml:space="preserve"> </w:t>
      </w:r>
      <w:proofErr w:type="spellStart"/>
      <w:r w:rsidRPr="00406BBE">
        <w:rPr>
          <w:rFonts w:cs="Times New Roman"/>
          <w:sz w:val="26"/>
          <w:szCs w:val="26"/>
        </w:rPr>
        <w:t>tiếng</w:t>
      </w:r>
      <w:proofErr w:type="spellEnd"/>
      <w:r w:rsidRPr="00406BBE">
        <w:rPr>
          <w:rFonts w:cs="Times New Roman"/>
          <w:sz w:val="26"/>
          <w:szCs w:val="26"/>
        </w:rPr>
        <w:t xml:space="preserve"> Nga):</w:t>
      </w:r>
    </w:p>
    <w:p w14:paraId="06A0655A" w14:textId="5894484D" w:rsidR="0029031A" w:rsidRPr="00406BBE" w:rsidRDefault="00B828C3" w:rsidP="0029031A">
      <w:pPr>
        <w:spacing w:before="120" w:after="120" w:line="240" w:lineRule="auto"/>
        <w:jc w:val="both"/>
        <w:rPr>
          <w:rFonts w:cs="Times New Roman"/>
          <w:sz w:val="26"/>
          <w:szCs w:val="26"/>
        </w:rPr>
      </w:pPr>
      <w:r w:rsidRPr="00406BBE">
        <w:rPr>
          <w:rFonts w:cs="Times New Roman"/>
          <w:sz w:val="26"/>
          <w:szCs w:val="26"/>
        </w:rPr>
        <w:t>................................................................................................................................................</w:t>
      </w:r>
      <w:r w:rsidR="0029031A" w:rsidRPr="00406BBE">
        <w:rPr>
          <w:rFonts w:cs="Times New Roman"/>
          <w:sz w:val="26"/>
          <w:szCs w:val="26"/>
        </w:rPr>
        <w:t xml:space="preserve"> ................................................................................................................................................</w:t>
      </w:r>
    </w:p>
    <w:p w14:paraId="12AB4785" w14:textId="374B35C8" w:rsidR="00BB6FA2" w:rsidRPr="00406BBE" w:rsidRDefault="00222B21" w:rsidP="00BD3914">
      <w:pPr>
        <w:spacing w:before="120" w:after="120" w:line="240" w:lineRule="auto"/>
        <w:rPr>
          <w:rFonts w:cs="Times New Roman"/>
          <w:sz w:val="26"/>
          <w:szCs w:val="26"/>
        </w:rPr>
      </w:pPr>
      <w:proofErr w:type="spellStart"/>
      <w:r w:rsidRPr="00406BBE">
        <w:rPr>
          <w:rFonts w:cs="Times New Roman"/>
          <w:sz w:val="26"/>
          <w:szCs w:val="26"/>
        </w:rPr>
        <w:t>Ngôn</w:t>
      </w:r>
      <w:proofErr w:type="spellEnd"/>
      <w:r w:rsidRPr="00406BBE">
        <w:rPr>
          <w:rFonts w:cs="Times New Roman"/>
          <w:sz w:val="26"/>
          <w:szCs w:val="26"/>
        </w:rPr>
        <w:t xml:space="preserve"> </w:t>
      </w:r>
      <w:proofErr w:type="spellStart"/>
      <w:r w:rsidRPr="00406BBE">
        <w:rPr>
          <w:rFonts w:cs="Times New Roman"/>
          <w:sz w:val="26"/>
          <w:szCs w:val="26"/>
        </w:rPr>
        <w:t>ngữ</w:t>
      </w:r>
      <w:proofErr w:type="spellEnd"/>
      <w:r w:rsidRPr="00406BBE">
        <w:rPr>
          <w:rFonts w:cs="Times New Roman"/>
          <w:sz w:val="26"/>
          <w:szCs w:val="26"/>
        </w:rPr>
        <w:t xml:space="preserve"> </w:t>
      </w:r>
      <w:proofErr w:type="spellStart"/>
      <w:r w:rsidRPr="00406BBE">
        <w:rPr>
          <w:rFonts w:cs="Times New Roman"/>
          <w:sz w:val="26"/>
          <w:szCs w:val="26"/>
        </w:rPr>
        <w:t>dự</w:t>
      </w:r>
      <w:proofErr w:type="spellEnd"/>
      <w:r w:rsidRPr="00406BBE">
        <w:rPr>
          <w:rFonts w:cs="Times New Roman"/>
          <w:sz w:val="26"/>
          <w:szCs w:val="26"/>
        </w:rPr>
        <w:t xml:space="preserve"> </w:t>
      </w:r>
      <w:proofErr w:type="spellStart"/>
      <w:r w:rsidRPr="00406BBE">
        <w:rPr>
          <w:rFonts w:cs="Times New Roman"/>
          <w:sz w:val="26"/>
          <w:szCs w:val="26"/>
        </w:rPr>
        <w:t>kiến</w:t>
      </w:r>
      <w:proofErr w:type="spellEnd"/>
      <w:r w:rsidRPr="00406BBE">
        <w:rPr>
          <w:rFonts w:cs="Times New Roman"/>
          <w:sz w:val="26"/>
          <w:szCs w:val="26"/>
        </w:rPr>
        <w:t xml:space="preserve"> </w:t>
      </w:r>
      <w:proofErr w:type="spellStart"/>
      <w:r w:rsidRPr="00406BBE">
        <w:rPr>
          <w:rFonts w:cs="Times New Roman"/>
          <w:sz w:val="26"/>
          <w:szCs w:val="26"/>
        </w:rPr>
        <w:t>trình</w:t>
      </w:r>
      <w:proofErr w:type="spellEnd"/>
      <w:r w:rsidRPr="00406BBE">
        <w:rPr>
          <w:rFonts w:cs="Times New Roman"/>
          <w:sz w:val="26"/>
          <w:szCs w:val="26"/>
        </w:rPr>
        <w:t xml:space="preserve"> </w:t>
      </w:r>
      <w:proofErr w:type="spellStart"/>
      <w:r w:rsidRPr="00406BBE">
        <w:rPr>
          <w:rFonts w:cs="Times New Roman"/>
          <w:sz w:val="26"/>
          <w:szCs w:val="26"/>
        </w:rPr>
        <w:t>bày</w:t>
      </w:r>
      <w:proofErr w:type="spellEnd"/>
      <w:r w:rsidRPr="00406BBE">
        <w:rPr>
          <w:rFonts w:cs="Times New Roman"/>
          <w:sz w:val="26"/>
          <w:szCs w:val="26"/>
        </w:rPr>
        <w:t xml:space="preserve">:  </w:t>
      </w:r>
      <w:r w:rsidRPr="00406BBE">
        <w:rPr>
          <w:rFonts w:ascii="Segoe UI Symbol" w:hAnsi="Segoe UI Symbol" w:cs="Segoe UI Symbol"/>
          <w:sz w:val="26"/>
          <w:szCs w:val="26"/>
        </w:rPr>
        <w:t>☐</w:t>
      </w:r>
      <w:r w:rsidRPr="00406BBE">
        <w:rPr>
          <w:rFonts w:cs="Times New Roman"/>
          <w:sz w:val="26"/>
          <w:szCs w:val="26"/>
        </w:rPr>
        <w:t xml:space="preserve"> </w:t>
      </w:r>
      <w:proofErr w:type="spellStart"/>
      <w:r w:rsidRPr="00406BBE">
        <w:rPr>
          <w:rFonts w:cs="Times New Roman"/>
          <w:sz w:val="26"/>
          <w:szCs w:val="26"/>
        </w:rPr>
        <w:t>Tiếng</w:t>
      </w:r>
      <w:proofErr w:type="spellEnd"/>
      <w:r w:rsidRPr="00406BBE">
        <w:rPr>
          <w:rFonts w:cs="Times New Roman"/>
          <w:sz w:val="26"/>
          <w:szCs w:val="26"/>
        </w:rPr>
        <w:t xml:space="preserve"> Anh   </w:t>
      </w:r>
      <w:r w:rsidRPr="00406BBE">
        <w:rPr>
          <w:rFonts w:ascii="Segoe UI Symbol" w:hAnsi="Segoe UI Symbol" w:cs="Segoe UI Symbol"/>
          <w:sz w:val="26"/>
          <w:szCs w:val="26"/>
        </w:rPr>
        <w:t>☐</w:t>
      </w:r>
      <w:r w:rsidRPr="00406BBE">
        <w:rPr>
          <w:rFonts w:cs="Times New Roman"/>
          <w:sz w:val="26"/>
          <w:szCs w:val="26"/>
        </w:rPr>
        <w:t xml:space="preserve"> </w:t>
      </w:r>
      <w:proofErr w:type="spellStart"/>
      <w:r w:rsidRPr="00406BBE">
        <w:rPr>
          <w:rFonts w:cs="Times New Roman"/>
          <w:sz w:val="26"/>
          <w:szCs w:val="26"/>
        </w:rPr>
        <w:t>Tiếng</w:t>
      </w:r>
      <w:proofErr w:type="spellEnd"/>
      <w:r w:rsidRPr="00406BBE">
        <w:rPr>
          <w:rFonts w:cs="Times New Roman"/>
          <w:sz w:val="26"/>
          <w:szCs w:val="26"/>
        </w:rPr>
        <w:t xml:space="preserve"> Nga</w:t>
      </w:r>
    </w:p>
    <w:p w14:paraId="4FE37A47" w14:textId="77777777" w:rsidR="00BB6FA2" w:rsidRPr="00406BBE" w:rsidRDefault="00222B21" w:rsidP="00BD3914">
      <w:pPr>
        <w:spacing w:before="120" w:after="120" w:line="240" w:lineRule="auto"/>
        <w:rPr>
          <w:rFonts w:cs="Times New Roman"/>
          <w:sz w:val="26"/>
          <w:szCs w:val="26"/>
        </w:rPr>
      </w:pPr>
      <w:proofErr w:type="spellStart"/>
      <w:r w:rsidRPr="00406BBE">
        <w:rPr>
          <w:rFonts w:cs="Times New Roman"/>
          <w:sz w:val="26"/>
          <w:szCs w:val="26"/>
        </w:rPr>
        <w:t>Tóm</w:t>
      </w:r>
      <w:proofErr w:type="spellEnd"/>
      <w:r w:rsidRPr="00406BBE">
        <w:rPr>
          <w:rFonts w:cs="Times New Roman"/>
          <w:sz w:val="26"/>
          <w:szCs w:val="26"/>
        </w:rPr>
        <w:t xml:space="preserve"> </w:t>
      </w:r>
      <w:proofErr w:type="spellStart"/>
      <w:r w:rsidRPr="00406BBE">
        <w:rPr>
          <w:rFonts w:cs="Times New Roman"/>
          <w:sz w:val="26"/>
          <w:szCs w:val="26"/>
        </w:rPr>
        <w:t>tắt</w:t>
      </w:r>
      <w:proofErr w:type="spellEnd"/>
      <w:r w:rsidRPr="00406BBE">
        <w:rPr>
          <w:rFonts w:cs="Times New Roman"/>
          <w:sz w:val="26"/>
          <w:szCs w:val="26"/>
        </w:rPr>
        <w:t xml:space="preserve"> </w:t>
      </w:r>
      <w:proofErr w:type="spellStart"/>
      <w:r w:rsidRPr="00406BBE">
        <w:rPr>
          <w:rFonts w:cs="Times New Roman"/>
          <w:sz w:val="26"/>
          <w:szCs w:val="26"/>
        </w:rPr>
        <w:t>nội</w:t>
      </w:r>
      <w:proofErr w:type="spellEnd"/>
      <w:r w:rsidRPr="00406BBE">
        <w:rPr>
          <w:rFonts w:cs="Times New Roman"/>
          <w:sz w:val="26"/>
          <w:szCs w:val="26"/>
        </w:rPr>
        <w:t xml:space="preserve"> dung </w:t>
      </w:r>
      <w:proofErr w:type="spellStart"/>
      <w:r w:rsidRPr="00406BBE">
        <w:rPr>
          <w:rFonts w:cs="Times New Roman"/>
          <w:sz w:val="26"/>
          <w:szCs w:val="26"/>
        </w:rPr>
        <w:t>dự</w:t>
      </w:r>
      <w:proofErr w:type="spellEnd"/>
      <w:r w:rsidRPr="00406BBE">
        <w:rPr>
          <w:rFonts w:cs="Times New Roman"/>
          <w:sz w:val="26"/>
          <w:szCs w:val="26"/>
        </w:rPr>
        <w:t xml:space="preserve"> </w:t>
      </w:r>
      <w:proofErr w:type="spellStart"/>
      <w:r w:rsidRPr="00406BBE">
        <w:rPr>
          <w:rFonts w:cs="Times New Roman"/>
          <w:sz w:val="26"/>
          <w:szCs w:val="26"/>
        </w:rPr>
        <w:t>kiến</w:t>
      </w:r>
      <w:proofErr w:type="spellEnd"/>
      <w:r w:rsidRPr="00406BBE">
        <w:rPr>
          <w:rFonts w:cs="Times New Roman"/>
          <w:sz w:val="26"/>
          <w:szCs w:val="26"/>
        </w:rPr>
        <w:t xml:space="preserve"> </w:t>
      </w:r>
      <w:proofErr w:type="spellStart"/>
      <w:r w:rsidRPr="00406BBE">
        <w:rPr>
          <w:rFonts w:cs="Times New Roman"/>
          <w:sz w:val="26"/>
          <w:szCs w:val="26"/>
        </w:rPr>
        <w:t>trình</w:t>
      </w:r>
      <w:proofErr w:type="spellEnd"/>
      <w:r w:rsidRPr="00406BBE">
        <w:rPr>
          <w:rFonts w:cs="Times New Roman"/>
          <w:sz w:val="26"/>
          <w:szCs w:val="26"/>
        </w:rPr>
        <w:t xml:space="preserve"> </w:t>
      </w:r>
      <w:proofErr w:type="spellStart"/>
      <w:r w:rsidRPr="00406BBE">
        <w:rPr>
          <w:rFonts w:cs="Times New Roman"/>
          <w:sz w:val="26"/>
          <w:szCs w:val="26"/>
        </w:rPr>
        <w:t>bày</w:t>
      </w:r>
      <w:proofErr w:type="spellEnd"/>
      <w:r w:rsidRPr="00406BBE">
        <w:rPr>
          <w:rFonts w:cs="Times New Roman"/>
          <w:sz w:val="26"/>
          <w:szCs w:val="26"/>
        </w:rPr>
        <w:t xml:space="preserve"> (</w:t>
      </w:r>
      <w:proofErr w:type="spellStart"/>
      <w:r w:rsidRPr="00406BBE">
        <w:rPr>
          <w:rFonts w:cs="Times New Roman"/>
          <w:sz w:val="26"/>
          <w:szCs w:val="26"/>
        </w:rPr>
        <w:t>nêu</w:t>
      </w:r>
      <w:proofErr w:type="spellEnd"/>
      <w:r w:rsidRPr="00406BBE">
        <w:rPr>
          <w:rFonts w:cs="Times New Roman"/>
          <w:sz w:val="26"/>
          <w:szCs w:val="26"/>
        </w:rPr>
        <w:t xml:space="preserve"> </w:t>
      </w:r>
      <w:proofErr w:type="spellStart"/>
      <w:r w:rsidRPr="00406BBE">
        <w:rPr>
          <w:rFonts w:cs="Times New Roman"/>
          <w:sz w:val="26"/>
          <w:szCs w:val="26"/>
        </w:rPr>
        <w:t>vấn</w:t>
      </w:r>
      <w:proofErr w:type="spellEnd"/>
      <w:r w:rsidRPr="00406BBE">
        <w:rPr>
          <w:rFonts w:cs="Times New Roman"/>
          <w:sz w:val="26"/>
          <w:szCs w:val="26"/>
        </w:rPr>
        <w:t xml:space="preserve"> </w:t>
      </w:r>
      <w:proofErr w:type="spellStart"/>
      <w:r w:rsidRPr="00406BBE">
        <w:rPr>
          <w:rFonts w:cs="Times New Roman"/>
          <w:sz w:val="26"/>
          <w:szCs w:val="26"/>
        </w:rPr>
        <w:t>đề</w:t>
      </w:r>
      <w:proofErr w:type="spellEnd"/>
      <w:r w:rsidRPr="00406BBE">
        <w:rPr>
          <w:rFonts w:cs="Times New Roman"/>
          <w:sz w:val="26"/>
          <w:szCs w:val="26"/>
        </w:rPr>
        <w:t xml:space="preserve"> </w:t>
      </w:r>
      <w:proofErr w:type="spellStart"/>
      <w:r w:rsidRPr="00406BBE">
        <w:rPr>
          <w:rFonts w:cs="Times New Roman"/>
          <w:sz w:val="26"/>
          <w:szCs w:val="26"/>
        </w:rPr>
        <w:t>nghiên</w:t>
      </w:r>
      <w:proofErr w:type="spellEnd"/>
      <w:r w:rsidRPr="00406BBE">
        <w:rPr>
          <w:rFonts w:cs="Times New Roman"/>
          <w:sz w:val="26"/>
          <w:szCs w:val="26"/>
        </w:rPr>
        <w:t xml:space="preserve"> </w:t>
      </w:r>
      <w:proofErr w:type="spellStart"/>
      <w:r w:rsidRPr="00406BBE">
        <w:rPr>
          <w:rFonts w:cs="Times New Roman"/>
          <w:sz w:val="26"/>
          <w:szCs w:val="26"/>
        </w:rPr>
        <w:t>cứu</w:t>
      </w:r>
      <w:proofErr w:type="spellEnd"/>
      <w:r w:rsidRPr="00406BBE">
        <w:rPr>
          <w:rFonts w:cs="Times New Roman"/>
          <w:sz w:val="26"/>
          <w:szCs w:val="26"/>
        </w:rPr>
        <w:t xml:space="preserve">, </w:t>
      </w:r>
      <w:proofErr w:type="spellStart"/>
      <w:r w:rsidRPr="00406BBE">
        <w:rPr>
          <w:rFonts w:cs="Times New Roman"/>
          <w:sz w:val="26"/>
          <w:szCs w:val="26"/>
        </w:rPr>
        <w:t>mục</w:t>
      </w:r>
      <w:proofErr w:type="spellEnd"/>
      <w:r w:rsidRPr="00406BBE">
        <w:rPr>
          <w:rFonts w:cs="Times New Roman"/>
          <w:sz w:val="26"/>
          <w:szCs w:val="26"/>
        </w:rPr>
        <w:t xml:space="preserve"> </w:t>
      </w:r>
      <w:proofErr w:type="spellStart"/>
      <w:r w:rsidRPr="00406BBE">
        <w:rPr>
          <w:rFonts w:cs="Times New Roman"/>
          <w:sz w:val="26"/>
          <w:szCs w:val="26"/>
        </w:rPr>
        <w:t>tiêu</w:t>
      </w:r>
      <w:proofErr w:type="spellEnd"/>
      <w:r w:rsidRPr="00406BBE">
        <w:rPr>
          <w:rFonts w:cs="Times New Roman"/>
          <w:sz w:val="26"/>
          <w:szCs w:val="26"/>
        </w:rPr>
        <w:t xml:space="preserve">, </w:t>
      </w:r>
      <w:proofErr w:type="spellStart"/>
      <w:r w:rsidRPr="00406BBE">
        <w:rPr>
          <w:rFonts w:cs="Times New Roman"/>
          <w:sz w:val="26"/>
          <w:szCs w:val="26"/>
        </w:rPr>
        <w:t>phương</w:t>
      </w:r>
      <w:proofErr w:type="spellEnd"/>
      <w:r w:rsidRPr="00406BBE">
        <w:rPr>
          <w:rFonts w:cs="Times New Roman"/>
          <w:sz w:val="26"/>
          <w:szCs w:val="26"/>
        </w:rPr>
        <w:t xml:space="preserve"> </w:t>
      </w:r>
      <w:proofErr w:type="spellStart"/>
      <w:r w:rsidRPr="00406BBE">
        <w:rPr>
          <w:rFonts w:cs="Times New Roman"/>
          <w:sz w:val="26"/>
          <w:szCs w:val="26"/>
        </w:rPr>
        <w:t>pháp</w:t>
      </w:r>
      <w:proofErr w:type="spellEnd"/>
      <w:r w:rsidRPr="00406BBE">
        <w:rPr>
          <w:rFonts w:cs="Times New Roman"/>
          <w:sz w:val="26"/>
          <w:szCs w:val="26"/>
        </w:rPr>
        <w:t xml:space="preserve">, </w:t>
      </w:r>
      <w:proofErr w:type="spellStart"/>
      <w:r w:rsidRPr="00406BBE">
        <w:rPr>
          <w:rFonts w:cs="Times New Roman"/>
          <w:sz w:val="26"/>
          <w:szCs w:val="26"/>
        </w:rPr>
        <w:t>kết</w:t>
      </w:r>
      <w:proofErr w:type="spellEnd"/>
      <w:r w:rsidRPr="00406BBE">
        <w:rPr>
          <w:rFonts w:cs="Times New Roman"/>
          <w:sz w:val="26"/>
          <w:szCs w:val="26"/>
        </w:rPr>
        <w:t xml:space="preserve"> </w:t>
      </w:r>
      <w:proofErr w:type="spellStart"/>
      <w:r w:rsidRPr="00406BBE">
        <w:rPr>
          <w:rFonts w:cs="Times New Roman"/>
          <w:sz w:val="26"/>
          <w:szCs w:val="26"/>
        </w:rPr>
        <w:t>quả</w:t>
      </w:r>
      <w:proofErr w:type="spellEnd"/>
      <w:r w:rsidRPr="00406BBE">
        <w:rPr>
          <w:rFonts w:cs="Times New Roman"/>
          <w:sz w:val="26"/>
          <w:szCs w:val="26"/>
        </w:rPr>
        <w:t>/</w:t>
      </w:r>
      <w:proofErr w:type="spellStart"/>
      <w:r w:rsidRPr="00406BBE">
        <w:rPr>
          <w:rFonts w:cs="Times New Roman"/>
          <w:sz w:val="26"/>
          <w:szCs w:val="26"/>
        </w:rPr>
        <w:t>đóng</w:t>
      </w:r>
      <w:proofErr w:type="spellEnd"/>
      <w:r w:rsidRPr="00406BBE">
        <w:rPr>
          <w:rFonts w:cs="Times New Roman"/>
          <w:sz w:val="26"/>
          <w:szCs w:val="26"/>
        </w:rPr>
        <w:t xml:space="preserve"> </w:t>
      </w:r>
      <w:proofErr w:type="spellStart"/>
      <w:r w:rsidRPr="00406BBE">
        <w:rPr>
          <w:rFonts w:cs="Times New Roman"/>
          <w:sz w:val="26"/>
          <w:szCs w:val="26"/>
        </w:rPr>
        <w:t>góp</w:t>
      </w:r>
      <w:proofErr w:type="spellEnd"/>
      <w:r w:rsidRPr="00406BBE">
        <w:rPr>
          <w:rFonts w:cs="Times New Roman"/>
          <w:sz w:val="26"/>
          <w:szCs w:val="26"/>
        </w:rPr>
        <w:t xml:space="preserve"> </w:t>
      </w:r>
      <w:proofErr w:type="spellStart"/>
      <w:r w:rsidRPr="00406BBE">
        <w:rPr>
          <w:rFonts w:cs="Times New Roman"/>
          <w:sz w:val="26"/>
          <w:szCs w:val="26"/>
        </w:rPr>
        <w:t>chính</w:t>
      </w:r>
      <w:proofErr w:type="spellEnd"/>
      <w:r w:rsidRPr="00406BBE">
        <w:rPr>
          <w:rFonts w:cs="Times New Roman"/>
          <w:sz w:val="26"/>
          <w:szCs w:val="26"/>
        </w:rPr>
        <w:t xml:space="preserve"> </w:t>
      </w:r>
      <w:proofErr w:type="spellStart"/>
      <w:r w:rsidRPr="00406BBE">
        <w:rPr>
          <w:rFonts w:cs="Times New Roman"/>
          <w:sz w:val="26"/>
          <w:szCs w:val="26"/>
        </w:rPr>
        <w:t>hoặc</w:t>
      </w:r>
      <w:proofErr w:type="spellEnd"/>
      <w:r w:rsidRPr="00406BBE">
        <w:rPr>
          <w:rFonts w:cs="Times New Roman"/>
          <w:sz w:val="26"/>
          <w:szCs w:val="26"/>
        </w:rPr>
        <w:t xml:space="preserve"> </w:t>
      </w:r>
      <w:proofErr w:type="spellStart"/>
      <w:r w:rsidRPr="00406BBE">
        <w:rPr>
          <w:rFonts w:cs="Times New Roman"/>
          <w:sz w:val="26"/>
          <w:szCs w:val="26"/>
        </w:rPr>
        <w:t>kết</w:t>
      </w:r>
      <w:proofErr w:type="spellEnd"/>
      <w:r w:rsidRPr="00406BBE">
        <w:rPr>
          <w:rFonts w:cs="Times New Roman"/>
          <w:sz w:val="26"/>
          <w:szCs w:val="26"/>
        </w:rPr>
        <w:t xml:space="preserve"> </w:t>
      </w:r>
      <w:proofErr w:type="spellStart"/>
      <w:r w:rsidRPr="00406BBE">
        <w:rPr>
          <w:rFonts w:cs="Times New Roman"/>
          <w:sz w:val="26"/>
          <w:szCs w:val="26"/>
        </w:rPr>
        <w:t>quả</w:t>
      </w:r>
      <w:proofErr w:type="spellEnd"/>
      <w:r w:rsidRPr="00406BBE">
        <w:rPr>
          <w:rFonts w:cs="Times New Roman"/>
          <w:sz w:val="26"/>
          <w:szCs w:val="26"/>
        </w:rPr>
        <w:t xml:space="preserve"> </w:t>
      </w:r>
      <w:proofErr w:type="spellStart"/>
      <w:r w:rsidRPr="00406BBE">
        <w:rPr>
          <w:rFonts w:cs="Times New Roman"/>
          <w:sz w:val="26"/>
          <w:szCs w:val="26"/>
        </w:rPr>
        <w:t>dự</w:t>
      </w:r>
      <w:proofErr w:type="spellEnd"/>
      <w:r w:rsidRPr="00406BBE">
        <w:rPr>
          <w:rFonts w:cs="Times New Roman"/>
          <w:sz w:val="26"/>
          <w:szCs w:val="26"/>
        </w:rPr>
        <w:t xml:space="preserve"> </w:t>
      </w:r>
      <w:proofErr w:type="spellStart"/>
      <w:r w:rsidRPr="00406BBE">
        <w:rPr>
          <w:rFonts w:cs="Times New Roman"/>
          <w:sz w:val="26"/>
          <w:szCs w:val="26"/>
        </w:rPr>
        <w:t>kiến</w:t>
      </w:r>
      <w:proofErr w:type="spellEnd"/>
      <w:r w:rsidRPr="00406BBE">
        <w:rPr>
          <w:rFonts w:cs="Times New Roman"/>
          <w:sz w:val="26"/>
          <w:szCs w:val="26"/>
        </w:rPr>
        <w:t>):</w:t>
      </w:r>
    </w:p>
    <w:p w14:paraId="64D6E223" w14:textId="77777777" w:rsidR="00BB6FA2" w:rsidRPr="00406BBE" w:rsidRDefault="00222B21" w:rsidP="00BD3914">
      <w:pPr>
        <w:spacing w:before="120" w:after="120" w:line="240" w:lineRule="auto"/>
        <w:rPr>
          <w:rFonts w:cs="Times New Roman"/>
          <w:sz w:val="26"/>
          <w:szCs w:val="26"/>
        </w:rPr>
      </w:pPr>
      <w:r w:rsidRPr="00406BBE">
        <w:rPr>
          <w:rFonts w:cs="Times New Roman"/>
          <w:sz w:val="26"/>
          <w:szCs w:val="26"/>
        </w:rPr>
        <w:t>................................................................................................................................................</w:t>
      </w:r>
    </w:p>
    <w:p w14:paraId="22AE4B95" w14:textId="77777777" w:rsidR="00BB6FA2" w:rsidRPr="00406BBE" w:rsidRDefault="00222B21" w:rsidP="00BD3914">
      <w:pPr>
        <w:spacing w:before="120" w:after="120" w:line="240" w:lineRule="auto"/>
        <w:rPr>
          <w:rFonts w:cs="Times New Roman"/>
          <w:sz w:val="26"/>
          <w:szCs w:val="26"/>
        </w:rPr>
      </w:pPr>
      <w:r w:rsidRPr="00406BBE">
        <w:rPr>
          <w:rFonts w:cs="Times New Roman"/>
          <w:sz w:val="26"/>
          <w:szCs w:val="26"/>
        </w:rPr>
        <w:t>................................................................................................................................................</w:t>
      </w:r>
    </w:p>
    <w:p w14:paraId="13965811" w14:textId="77777777" w:rsidR="00BB6FA2" w:rsidRPr="00406BBE" w:rsidRDefault="00222B21" w:rsidP="00BD3914">
      <w:pPr>
        <w:spacing w:before="120" w:after="120" w:line="240" w:lineRule="auto"/>
        <w:rPr>
          <w:rFonts w:cs="Times New Roman"/>
          <w:sz w:val="26"/>
          <w:szCs w:val="26"/>
        </w:rPr>
      </w:pPr>
      <w:proofErr w:type="spellStart"/>
      <w:r w:rsidRPr="00406BBE">
        <w:rPr>
          <w:rFonts w:cs="Times New Roman"/>
          <w:sz w:val="26"/>
          <w:szCs w:val="26"/>
        </w:rPr>
        <w:t>Đề</w:t>
      </w:r>
      <w:proofErr w:type="spellEnd"/>
      <w:r w:rsidRPr="00406BBE">
        <w:rPr>
          <w:rFonts w:cs="Times New Roman"/>
          <w:sz w:val="26"/>
          <w:szCs w:val="26"/>
        </w:rPr>
        <w:t xml:space="preserve"> </w:t>
      </w:r>
      <w:proofErr w:type="spellStart"/>
      <w:r w:rsidRPr="00406BBE">
        <w:rPr>
          <w:rFonts w:cs="Times New Roman"/>
          <w:sz w:val="26"/>
          <w:szCs w:val="26"/>
        </w:rPr>
        <w:t>xuất</w:t>
      </w:r>
      <w:proofErr w:type="spellEnd"/>
      <w:r w:rsidRPr="00406BBE">
        <w:rPr>
          <w:rFonts w:cs="Times New Roman"/>
          <w:sz w:val="26"/>
          <w:szCs w:val="26"/>
        </w:rPr>
        <w:t xml:space="preserve"> </w:t>
      </w:r>
      <w:proofErr w:type="spellStart"/>
      <w:r w:rsidRPr="00406BBE">
        <w:rPr>
          <w:rFonts w:cs="Times New Roman"/>
          <w:sz w:val="26"/>
          <w:szCs w:val="26"/>
        </w:rPr>
        <w:t>hướng</w:t>
      </w:r>
      <w:proofErr w:type="spellEnd"/>
      <w:r w:rsidRPr="00406BBE">
        <w:rPr>
          <w:rFonts w:cs="Times New Roman"/>
          <w:sz w:val="26"/>
          <w:szCs w:val="26"/>
        </w:rPr>
        <w:t xml:space="preserve"> </w:t>
      </w:r>
      <w:proofErr w:type="spellStart"/>
      <w:r w:rsidRPr="00406BBE">
        <w:rPr>
          <w:rFonts w:cs="Times New Roman"/>
          <w:sz w:val="26"/>
          <w:szCs w:val="26"/>
        </w:rPr>
        <w:t>trao</w:t>
      </w:r>
      <w:proofErr w:type="spellEnd"/>
      <w:r w:rsidRPr="00406BBE">
        <w:rPr>
          <w:rFonts w:cs="Times New Roman"/>
          <w:sz w:val="26"/>
          <w:szCs w:val="26"/>
        </w:rPr>
        <w:t xml:space="preserve"> </w:t>
      </w:r>
      <w:proofErr w:type="spellStart"/>
      <w:r w:rsidRPr="00406BBE">
        <w:rPr>
          <w:rFonts w:cs="Times New Roman"/>
          <w:sz w:val="26"/>
          <w:szCs w:val="26"/>
        </w:rPr>
        <w:t>đổi</w:t>
      </w:r>
      <w:proofErr w:type="spellEnd"/>
      <w:r w:rsidRPr="00406BBE">
        <w:rPr>
          <w:rFonts w:cs="Times New Roman"/>
          <w:sz w:val="26"/>
          <w:szCs w:val="26"/>
        </w:rPr>
        <w:t>/</w:t>
      </w:r>
      <w:proofErr w:type="spellStart"/>
      <w:r w:rsidRPr="00406BBE">
        <w:rPr>
          <w:rFonts w:cs="Times New Roman"/>
          <w:sz w:val="26"/>
          <w:szCs w:val="26"/>
        </w:rPr>
        <w:t>hợp</w:t>
      </w:r>
      <w:proofErr w:type="spellEnd"/>
      <w:r w:rsidRPr="00406BBE">
        <w:rPr>
          <w:rFonts w:cs="Times New Roman"/>
          <w:sz w:val="26"/>
          <w:szCs w:val="26"/>
        </w:rPr>
        <w:t xml:space="preserve"> </w:t>
      </w:r>
      <w:proofErr w:type="spellStart"/>
      <w:r w:rsidRPr="00406BBE">
        <w:rPr>
          <w:rFonts w:cs="Times New Roman"/>
          <w:sz w:val="26"/>
          <w:szCs w:val="26"/>
        </w:rPr>
        <w:t>tác</w:t>
      </w:r>
      <w:proofErr w:type="spellEnd"/>
      <w:r w:rsidRPr="00406BBE">
        <w:rPr>
          <w:rFonts w:cs="Times New Roman"/>
          <w:sz w:val="26"/>
          <w:szCs w:val="26"/>
        </w:rPr>
        <w:t xml:space="preserve"> </w:t>
      </w:r>
      <w:proofErr w:type="spellStart"/>
      <w:r w:rsidRPr="00406BBE">
        <w:rPr>
          <w:rFonts w:cs="Times New Roman"/>
          <w:sz w:val="26"/>
          <w:szCs w:val="26"/>
        </w:rPr>
        <w:t>với</w:t>
      </w:r>
      <w:proofErr w:type="spellEnd"/>
      <w:r w:rsidRPr="00406BBE">
        <w:rPr>
          <w:rFonts w:cs="Times New Roman"/>
          <w:sz w:val="26"/>
          <w:szCs w:val="26"/>
        </w:rPr>
        <w:t xml:space="preserve"> </w:t>
      </w:r>
      <w:proofErr w:type="spellStart"/>
      <w:r w:rsidRPr="00406BBE">
        <w:rPr>
          <w:rFonts w:cs="Times New Roman"/>
          <w:sz w:val="26"/>
          <w:szCs w:val="26"/>
        </w:rPr>
        <w:t>đối</w:t>
      </w:r>
      <w:proofErr w:type="spellEnd"/>
      <w:r w:rsidRPr="00406BBE">
        <w:rPr>
          <w:rFonts w:cs="Times New Roman"/>
          <w:sz w:val="26"/>
          <w:szCs w:val="26"/>
        </w:rPr>
        <w:t xml:space="preserve"> </w:t>
      </w:r>
      <w:proofErr w:type="spellStart"/>
      <w:r w:rsidRPr="00406BBE">
        <w:rPr>
          <w:rFonts w:cs="Times New Roman"/>
          <w:sz w:val="26"/>
          <w:szCs w:val="26"/>
        </w:rPr>
        <w:t>tác</w:t>
      </w:r>
      <w:proofErr w:type="spellEnd"/>
      <w:r w:rsidRPr="00406BBE">
        <w:rPr>
          <w:rFonts w:cs="Times New Roman"/>
          <w:sz w:val="26"/>
          <w:szCs w:val="26"/>
        </w:rPr>
        <w:t xml:space="preserve"> Nga </w:t>
      </w:r>
      <w:proofErr w:type="spellStart"/>
      <w:r w:rsidRPr="00406BBE">
        <w:rPr>
          <w:rFonts w:cs="Times New Roman"/>
          <w:sz w:val="26"/>
          <w:szCs w:val="26"/>
        </w:rPr>
        <w:t>gắn</w:t>
      </w:r>
      <w:proofErr w:type="spellEnd"/>
      <w:r w:rsidRPr="00406BBE">
        <w:rPr>
          <w:rFonts w:cs="Times New Roman"/>
          <w:sz w:val="26"/>
          <w:szCs w:val="26"/>
        </w:rPr>
        <w:t xml:space="preserve"> </w:t>
      </w:r>
      <w:proofErr w:type="spellStart"/>
      <w:r w:rsidRPr="00406BBE">
        <w:rPr>
          <w:rFonts w:cs="Times New Roman"/>
          <w:sz w:val="26"/>
          <w:szCs w:val="26"/>
        </w:rPr>
        <w:t>với</w:t>
      </w:r>
      <w:proofErr w:type="spellEnd"/>
      <w:r w:rsidRPr="00406BBE">
        <w:rPr>
          <w:rFonts w:cs="Times New Roman"/>
          <w:sz w:val="26"/>
          <w:szCs w:val="26"/>
        </w:rPr>
        <w:t xml:space="preserve"> </w:t>
      </w:r>
      <w:proofErr w:type="spellStart"/>
      <w:r w:rsidRPr="00406BBE">
        <w:rPr>
          <w:rFonts w:cs="Times New Roman"/>
          <w:sz w:val="26"/>
          <w:szCs w:val="26"/>
        </w:rPr>
        <w:t>nội</w:t>
      </w:r>
      <w:proofErr w:type="spellEnd"/>
      <w:r w:rsidRPr="00406BBE">
        <w:rPr>
          <w:rFonts w:cs="Times New Roman"/>
          <w:sz w:val="26"/>
          <w:szCs w:val="26"/>
        </w:rPr>
        <w:t xml:space="preserve"> dung </w:t>
      </w:r>
      <w:proofErr w:type="spellStart"/>
      <w:r w:rsidRPr="00406BBE">
        <w:rPr>
          <w:rFonts w:cs="Times New Roman"/>
          <w:sz w:val="26"/>
          <w:szCs w:val="26"/>
        </w:rPr>
        <w:t>trình</w:t>
      </w:r>
      <w:proofErr w:type="spellEnd"/>
      <w:r w:rsidRPr="00406BBE">
        <w:rPr>
          <w:rFonts w:cs="Times New Roman"/>
          <w:sz w:val="26"/>
          <w:szCs w:val="26"/>
        </w:rPr>
        <w:t xml:space="preserve"> </w:t>
      </w:r>
      <w:proofErr w:type="spellStart"/>
      <w:r w:rsidRPr="00406BBE">
        <w:rPr>
          <w:rFonts w:cs="Times New Roman"/>
          <w:sz w:val="26"/>
          <w:szCs w:val="26"/>
        </w:rPr>
        <w:t>bày</w:t>
      </w:r>
      <w:proofErr w:type="spellEnd"/>
      <w:r w:rsidRPr="00406BBE">
        <w:rPr>
          <w:rFonts w:cs="Times New Roman"/>
          <w:sz w:val="26"/>
          <w:szCs w:val="26"/>
        </w:rPr>
        <w:t>:</w:t>
      </w:r>
    </w:p>
    <w:p w14:paraId="09BD3BDA" w14:textId="77777777" w:rsidR="00BB6FA2" w:rsidRPr="00406BBE" w:rsidRDefault="00222B21" w:rsidP="00BD3914">
      <w:pPr>
        <w:spacing w:before="120" w:after="120" w:line="240" w:lineRule="auto"/>
        <w:rPr>
          <w:rFonts w:cs="Times New Roman"/>
          <w:sz w:val="26"/>
          <w:szCs w:val="26"/>
        </w:rPr>
      </w:pPr>
      <w:r w:rsidRPr="00406BBE">
        <w:rPr>
          <w:rFonts w:cs="Times New Roman"/>
          <w:sz w:val="26"/>
          <w:szCs w:val="26"/>
        </w:rPr>
        <w:t>................................................................................................................................................</w:t>
      </w:r>
    </w:p>
    <w:p w14:paraId="0DDB0ADD" w14:textId="77777777" w:rsidR="005B32B9" w:rsidRPr="00406BBE" w:rsidRDefault="005B32B9" w:rsidP="005B32B9">
      <w:pPr>
        <w:spacing w:before="120" w:after="120" w:line="240" w:lineRule="auto"/>
        <w:rPr>
          <w:rFonts w:cs="Times New Roman"/>
          <w:sz w:val="26"/>
          <w:szCs w:val="26"/>
        </w:rPr>
      </w:pPr>
      <w:r w:rsidRPr="00406BBE">
        <w:rPr>
          <w:rFonts w:cs="Times New Roman"/>
          <w:sz w:val="26"/>
          <w:szCs w:val="26"/>
        </w:rPr>
        <w:t>................................................................................................................................................</w:t>
      </w:r>
    </w:p>
    <w:p w14:paraId="3BADCC19" w14:textId="6CED49F8" w:rsidR="00BB6FA2" w:rsidRPr="00406BBE" w:rsidRDefault="00222B21" w:rsidP="00863159">
      <w:pPr>
        <w:spacing w:before="120" w:after="120" w:line="240" w:lineRule="auto"/>
        <w:jc w:val="both"/>
        <w:rPr>
          <w:rFonts w:cs="Times New Roman"/>
          <w:sz w:val="26"/>
          <w:szCs w:val="26"/>
        </w:rPr>
      </w:pPr>
      <w:r w:rsidRPr="00406BBE">
        <w:rPr>
          <w:rFonts w:cs="Times New Roman"/>
          <w:sz w:val="26"/>
          <w:szCs w:val="26"/>
        </w:rPr>
        <w:t xml:space="preserve">Lưu ý: </w:t>
      </w:r>
      <w:proofErr w:type="spellStart"/>
      <w:r w:rsidRPr="00406BBE">
        <w:rPr>
          <w:rFonts w:cs="Times New Roman"/>
          <w:sz w:val="26"/>
          <w:szCs w:val="26"/>
        </w:rPr>
        <w:t>Dự</w:t>
      </w:r>
      <w:proofErr w:type="spellEnd"/>
      <w:r w:rsidRPr="00406BBE">
        <w:rPr>
          <w:rFonts w:cs="Times New Roman"/>
          <w:sz w:val="26"/>
          <w:szCs w:val="26"/>
        </w:rPr>
        <w:t xml:space="preserve"> </w:t>
      </w:r>
      <w:proofErr w:type="spellStart"/>
      <w:r w:rsidRPr="00406BBE">
        <w:rPr>
          <w:rFonts w:cs="Times New Roman"/>
          <w:sz w:val="26"/>
          <w:szCs w:val="26"/>
        </w:rPr>
        <w:t>thảo</w:t>
      </w:r>
      <w:proofErr w:type="spellEnd"/>
      <w:r w:rsidRPr="00406BBE">
        <w:rPr>
          <w:rFonts w:cs="Times New Roman"/>
          <w:sz w:val="26"/>
          <w:szCs w:val="26"/>
        </w:rPr>
        <w:t xml:space="preserve"> </w:t>
      </w:r>
      <w:proofErr w:type="spellStart"/>
      <w:r w:rsidRPr="00406BBE">
        <w:rPr>
          <w:rFonts w:cs="Times New Roman"/>
          <w:sz w:val="26"/>
          <w:szCs w:val="26"/>
        </w:rPr>
        <w:t>báo</w:t>
      </w:r>
      <w:proofErr w:type="spellEnd"/>
      <w:r w:rsidRPr="00406BBE">
        <w:rPr>
          <w:rFonts w:cs="Times New Roman"/>
          <w:sz w:val="26"/>
          <w:szCs w:val="26"/>
        </w:rPr>
        <w:t xml:space="preserve"> </w:t>
      </w:r>
      <w:proofErr w:type="spellStart"/>
      <w:r w:rsidRPr="00406BBE">
        <w:rPr>
          <w:rFonts w:cs="Times New Roman"/>
          <w:sz w:val="26"/>
          <w:szCs w:val="26"/>
        </w:rPr>
        <w:t>cáo</w:t>
      </w:r>
      <w:proofErr w:type="spellEnd"/>
      <w:r w:rsidRPr="00406BBE">
        <w:rPr>
          <w:rFonts w:cs="Times New Roman"/>
          <w:sz w:val="26"/>
          <w:szCs w:val="26"/>
        </w:rPr>
        <w:t xml:space="preserve"> khoa </w:t>
      </w:r>
      <w:proofErr w:type="spellStart"/>
      <w:r w:rsidRPr="00406BBE">
        <w:rPr>
          <w:rFonts w:cs="Times New Roman"/>
          <w:sz w:val="26"/>
          <w:szCs w:val="26"/>
        </w:rPr>
        <w:t>học</w:t>
      </w:r>
      <w:proofErr w:type="spellEnd"/>
      <w:r w:rsidRPr="00406BBE">
        <w:rPr>
          <w:rFonts w:cs="Times New Roman"/>
          <w:sz w:val="26"/>
          <w:szCs w:val="26"/>
        </w:rPr>
        <w:t xml:space="preserve"> </w:t>
      </w:r>
      <w:proofErr w:type="spellStart"/>
      <w:r w:rsidRPr="00406BBE">
        <w:rPr>
          <w:rFonts w:cs="Times New Roman"/>
          <w:sz w:val="26"/>
          <w:szCs w:val="26"/>
        </w:rPr>
        <w:t>gửi</w:t>
      </w:r>
      <w:proofErr w:type="spellEnd"/>
      <w:r w:rsidRPr="00406BBE">
        <w:rPr>
          <w:rFonts w:cs="Times New Roman"/>
          <w:sz w:val="26"/>
          <w:szCs w:val="26"/>
        </w:rPr>
        <w:t xml:space="preserve"> </w:t>
      </w:r>
      <w:proofErr w:type="spellStart"/>
      <w:r w:rsidRPr="00406BBE">
        <w:rPr>
          <w:rFonts w:cs="Times New Roman"/>
          <w:sz w:val="26"/>
          <w:szCs w:val="26"/>
        </w:rPr>
        <w:t>kèm</w:t>
      </w:r>
      <w:proofErr w:type="spellEnd"/>
      <w:r w:rsidRPr="00406BBE">
        <w:rPr>
          <w:rFonts w:cs="Times New Roman"/>
          <w:sz w:val="26"/>
          <w:szCs w:val="26"/>
        </w:rPr>
        <w:t xml:space="preserve"> </w:t>
      </w:r>
      <w:proofErr w:type="spellStart"/>
      <w:r w:rsidRPr="00406BBE">
        <w:rPr>
          <w:rFonts w:cs="Times New Roman"/>
          <w:sz w:val="26"/>
          <w:szCs w:val="26"/>
        </w:rPr>
        <w:t>phải</w:t>
      </w:r>
      <w:proofErr w:type="spellEnd"/>
      <w:r w:rsidRPr="00406BBE">
        <w:rPr>
          <w:rFonts w:cs="Times New Roman"/>
          <w:sz w:val="26"/>
          <w:szCs w:val="26"/>
        </w:rPr>
        <w:t xml:space="preserve"> </w:t>
      </w:r>
      <w:proofErr w:type="spellStart"/>
      <w:r w:rsidRPr="00406BBE">
        <w:rPr>
          <w:rFonts w:cs="Times New Roman"/>
          <w:sz w:val="26"/>
          <w:szCs w:val="26"/>
        </w:rPr>
        <w:t>bằng</w:t>
      </w:r>
      <w:proofErr w:type="spellEnd"/>
      <w:r w:rsidRPr="00406BBE">
        <w:rPr>
          <w:rFonts w:cs="Times New Roman"/>
          <w:sz w:val="26"/>
          <w:szCs w:val="26"/>
        </w:rPr>
        <w:t xml:space="preserve"> </w:t>
      </w:r>
      <w:proofErr w:type="spellStart"/>
      <w:r w:rsidRPr="00406BBE">
        <w:rPr>
          <w:rFonts w:cs="Times New Roman"/>
          <w:sz w:val="26"/>
          <w:szCs w:val="26"/>
        </w:rPr>
        <w:t>tiếng</w:t>
      </w:r>
      <w:proofErr w:type="spellEnd"/>
      <w:r w:rsidRPr="00406BBE">
        <w:rPr>
          <w:rFonts w:cs="Times New Roman"/>
          <w:sz w:val="26"/>
          <w:szCs w:val="26"/>
        </w:rPr>
        <w:t xml:space="preserve"> Anh </w:t>
      </w:r>
      <w:proofErr w:type="spellStart"/>
      <w:r w:rsidRPr="00406BBE">
        <w:rPr>
          <w:rFonts w:cs="Times New Roman"/>
          <w:sz w:val="26"/>
          <w:szCs w:val="26"/>
        </w:rPr>
        <w:t>hoặc</w:t>
      </w:r>
      <w:proofErr w:type="spellEnd"/>
      <w:r w:rsidRPr="00406BBE">
        <w:rPr>
          <w:rFonts w:cs="Times New Roman"/>
          <w:sz w:val="26"/>
          <w:szCs w:val="26"/>
        </w:rPr>
        <w:t xml:space="preserve"> </w:t>
      </w:r>
      <w:proofErr w:type="spellStart"/>
      <w:r w:rsidRPr="00406BBE">
        <w:rPr>
          <w:rFonts w:cs="Times New Roman"/>
          <w:sz w:val="26"/>
          <w:szCs w:val="26"/>
        </w:rPr>
        <w:t>tiếng</w:t>
      </w:r>
      <w:proofErr w:type="spellEnd"/>
      <w:r w:rsidRPr="00406BBE">
        <w:rPr>
          <w:rFonts w:cs="Times New Roman"/>
          <w:sz w:val="26"/>
          <w:szCs w:val="26"/>
        </w:rPr>
        <w:t xml:space="preserve"> Nga, </w:t>
      </w:r>
      <w:proofErr w:type="spellStart"/>
      <w:r w:rsidRPr="00406BBE">
        <w:rPr>
          <w:rFonts w:cs="Times New Roman"/>
          <w:sz w:val="26"/>
          <w:szCs w:val="26"/>
        </w:rPr>
        <w:t>tối</w:t>
      </w:r>
      <w:proofErr w:type="spellEnd"/>
      <w:r w:rsidRPr="00406BBE">
        <w:rPr>
          <w:rFonts w:cs="Times New Roman"/>
          <w:sz w:val="26"/>
          <w:szCs w:val="26"/>
        </w:rPr>
        <w:t xml:space="preserve"> </w:t>
      </w:r>
      <w:proofErr w:type="spellStart"/>
      <w:r w:rsidRPr="00406BBE">
        <w:rPr>
          <w:rFonts w:cs="Times New Roman"/>
          <w:sz w:val="26"/>
          <w:szCs w:val="26"/>
        </w:rPr>
        <w:t>đa</w:t>
      </w:r>
      <w:proofErr w:type="spellEnd"/>
      <w:r w:rsidRPr="00406BBE">
        <w:rPr>
          <w:rFonts w:cs="Times New Roman"/>
          <w:sz w:val="26"/>
          <w:szCs w:val="26"/>
        </w:rPr>
        <w:t xml:space="preserve"> 04 </w:t>
      </w:r>
      <w:proofErr w:type="spellStart"/>
      <w:r w:rsidRPr="00406BBE">
        <w:rPr>
          <w:rFonts w:cs="Times New Roman"/>
          <w:sz w:val="26"/>
          <w:szCs w:val="26"/>
        </w:rPr>
        <w:t>trang</w:t>
      </w:r>
      <w:proofErr w:type="spellEnd"/>
      <w:r w:rsidRPr="00406BBE">
        <w:rPr>
          <w:rFonts w:cs="Times New Roman"/>
          <w:sz w:val="26"/>
          <w:szCs w:val="26"/>
        </w:rPr>
        <w:t xml:space="preserve"> A4 (bao </w:t>
      </w:r>
      <w:proofErr w:type="spellStart"/>
      <w:r w:rsidRPr="00406BBE">
        <w:rPr>
          <w:rFonts w:cs="Times New Roman"/>
          <w:sz w:val="26"/>
          <w:szCs w:val="26"/>
        </w:rPr>
        <w:t>gồm</w:t>
      </w:r>
      <w:proofErr w:type="spellEnd"/>
      <w:r w:rsidRPr="00406BBE">
        <w:rPr>
          <w:rFonts w:cs="Times New Roman"/>
          <w:sz w:val="26"/>
          <w:szCs w:val="26"/>
        </w:rPr>
        <w:t xml:space="preserve"> </w:t>
      </w:r>
      <w:proofErr w:type="spellStart"/>
      <w:r w:rsidRPr="00406BBE">
        <w:rPr>
          <w:rFonts w:cs="Times New Roman"/>
          <w:sz w:val="26"/>
          <w:szCs w:val="26"/>
        </w:rPr>
        <w:t>hình</w:t>
      </w:r>
      <w:proofErr w:type="spellEnd"/>
      <w:r w:rsidRPr="00406BBE">
        <w:rPr>
          <w:rFonts w:cs="Times New Roman"/>
          <w:sz w:val="26"/>
          <w:szCs w:val="26"/>
        </w:rPr>
        <w:t xml:space="preserve">, </w:t>
      </w:r>
      <w:proofErr w:type="spellStart"/>
      <w:r w:rsidRPr="00406BBE">
        <w:rPr>
          <w:rFonts w:cs="Times New Roman"/>
          <w:sz w:val="26"/>
          <w:szCs w:val="26"/>
        </w:rPr>
        <w:t>bảng</w:t>
      </w:r>
      <w:proofErr w:type="spellEnd"/>
      <w:r w:rsidRPr="00406BBE">
        <w:rPr>
          <w:rFonts w:cs="Times New Roman"/>
          <w:sz w:val="26"/>
          <w:szCs w:val="26"/>
        </w:rPr>
        <w:t xml:space="preserve"> </w:t>
      </w:r>
      <w:proofErr w:type="spellStart"/>
      <w:r w:rsidRPr="00406BBE">
        <w:rPr>
          <w:rFonts w:cs="Times New Roman"/>
          <w:sz w:val="26"/>
          <w:szCs w:val="26"/>
        </w:rPr>
        <w:t>biểu</w:t>
      </w:r>
      <w:proofErr w:type="spellEnd"/>
      <w:r w:rsidRPr="00406BBE">
        <w:rPr>
          <w:rFonts w:cs="Times New Roman"/>
          <w:sz w:val="26"/>
          <w:szCs w:val="26"/>
        </w:rPr>
        <w:t xml:space="preserve"> </w:t>
      </w:r>
      <w:proofErr w:type="spellStart"/>
      <w:r w:rsidRPr="00406BBE">
        <w:rPr>
          <w:rFonts w:cs="Times New Roman"/>
          <w:sz w:val="26"/>
          <w:szCs w:val="26"/>
        </w:rPr>
        <w:t>và</w:t>
      </w:r>
      <w:proofErr w:type="spellEnd"/>
      <w:r w:rsidRPr="00406BBE">
        <w:rPr>
          <w:rFonts w:cs="Times New Roman"/>
          <w:sz w:val="26"/>
          <w:szCs w:val="26"/>
        </w:rPr>
        <w:t xml:space="preserve"> </w:t>
      </w:r>
      <w:proofErr w:type="spellStart"/>
      <w:r w:rsidRPr="00406BBE">
        <w:rPr>
          <w:rFonts w:cs="Times New Roman"/>
          <w:sz w:val="26"/>
          <w:szCs w:val="26"/>
        </w:rPr>
        <w:t>tài</w:t>
      </w:r>
      <w:proofErr w:type="spellEnd"/>
      <w:r w:rsidRPr="00406BBE">
        <w:rPr>
          <w:rFonts w:cs="Times New Roman"/>
          <w:sz w:val="26"/>
          <w:szCs w:val="26"/>
        </w:rPr>
        <w:t xml:space="preserve"> </w:t>
      </w:r>
      <w:proofErr w:type="spellStart"/>
      <w:r w:rsidRPr="00406BBE">
        <w:rPr>
          <w:rFonts w:cs="Times New Roman"/>
          <w:sz w:val="26"/>
          <w:szCs w:val="26"/>
        </w:rPr>
        <w:t>liệu</w:t>
      </w:r>
      <w:proofErr w:type="spellEnd"/>
      <w:r w:rsidRPr="00406BBE">
        <w:rPr>
          <w:rFonts w:cs="Times New Roman"/>
          <w:sz w:val="26"/>
          <w:szCs w:val="26"/>
        </w:rPr>
        <w:t xml:space="preserve"> </w:t>
      </w:r>
      <w:proofErr w:type="spellStart"/>
      <w:r w:rsidRPr="00406BBE">
        <w:rPr>
          <w:rFonts w:cs="Times New Roman"/>
          <w:sz w:val="26"/>
          <w:szCs w:val="26"/>
        </w:rPr>
        <w:t>tham</w:t>
      </w:r>
      <w:proofErr w:type="spellEnd"/>
      <w:r w:rsidRPr="00406BBE">
        <w:rPr>
          <w:rFonts w:cs="Times New Roman"/>
          <w:sz w:val="26"/>
          <w:szCs w:val="26"/>
        </w:rPr>
        <w:t xml:space="preserve"> </w:t>
      </w:r>
      <w:proofErr w:type="spellStart"/>
      <w:r w:rsidRPr="00406BBE">
        <w:rPr>
          <w:rFonts w:cs="Times New Roman"/>
          <w:sz w:val="26"/>
          <w:szCs w:val="26"/>
        </w:rPr>
        <w:t>khảo</w:t>
      </w:r>
      <w:proofErr w:type="spellEnd"/>
      <w:r w:rsidRPr="00406BBE">
        <w:rPr>
          <w:rFonts w:cs="Times New Roman"/>
          <w:sz w:val="26"/>
          <w:szCs w:val="26"/>
        </w:rPr>
        <w:t xml:space="preserve">), </w:t>
      </w:r>
      <w:proofErr w:type="spellStart"/>
      <w:r w:rsidRPr="00406BBE">
        <w:rPr>
          <w:rFonts w:cs="Times New Roman"/>
          <w:sz w:val="26"/>
          <w:szCs w:val="26"/>
        </w:rPr>
        <w:t>theo</w:t>
      </w:r>
      <w:proofErr w:type="spellEnd"/>
      <w:r w:rsidRPr="00406BBE">
        <w:rPr>
          <w:rFonts w:cs="Times New Roman"/>
          <w:sz w:val="26"/>
          <w:szCs w:val="26"/>
        </w:rPr>
        <w:t xml:space="preserve"> </w:t>
      </w:r>
      <w:proofErr w:type="spellStart"/>
      <w:r w:rsidRPr="00406BBE">
        <w:rPr>
          <w:rFonts w:cs="Times New Roman"/>
          <w:sz w:val="26"/>
          <w:szCs w:val="26"/>
        </w:rPr>
        <w:t>định</w:t>
      </w:r>
      <w:proofErr w:type="spellEnd"/>
      <w:r w:rsidRPr="00406BBE">
        <w:rPr>
          <w:rFonts w:cs="Times New Roman"/>
          <w:sz w:val="26"/>
          <w:szCs w:val="26"/>
        </w:rPr>
        <w:t xml:space="preserve"> </w:t>
      </w:r>
      <w:proofErr w:type="spellStart"/>
      <w:r w:rsidRPr="00406BBE">
        <w:rPr>
          <w:rFonts w:cs="Times New Roman"/>
          <w:sz w:val="26"/>
          <w:szCs w:val="26"/>
        </w:rPr>
        <w:t>dạng</w:t>
      </w:r>
      <w:proofErr w:type="spellEnd"/>
      <w:r w:rsidRPr="00406BBE">
        <w:rPr>
          <w:rFonts w:cs="Times New Roman"/>
          <w:sz w:val="26"/>
          <w:szCs w:val="26"/>
        </w:rPr>
        <w:t xml:space="preserve"> IEEE Conference, </w:t>
      </w:r>
      <w:proofErr w:type="spellStart"/>
      <w:r w:rsidRPr="00406BBE">
        <w:rPr>
          <w:rFonts w:cs="Times New Roman"/>
          <w:sz w:val="26"/>
          <w:szCs w:val="26"/>
        </w:rPr>
        <w:t>khổ</w:t>
      </w:r>
      <w:proofErr w:type="spellEnd"/>
      <w:r w:rsidRPr="00406BBE">
        <w:rPr>
          <w:rFonts w:cs="Times New Roman"/>
          <w:sz w:val="26"/>
          <w:szCs w:val="26"/>
        </w:rPr>
        <w:t xml:space="preserve"> A4, </w:t>
      </w:r>
      <w:proofErr w:type="spellStart"/>
      <w:r w:rsidRPr="00406BBE">
        <w:rPr>
          <w:rFonts w:cs="Times New Roman"/>
          <w:sz w:val="26"/>
          <w:szCs w:val="26"/>
        </w:rPr>
        <w:t>bố</w:t>
      </w:r>
      <w:proofErr w:type="spellEnd"/>
      <w:r w:rsidRPr="00406BBE">
        <w:rPr>
          <w:rFonts w:cs="Times New Roman"/>
          <w:sz w:val="26"/>
          <w:szCs w:val="26"/>
        </w:rPr>
        <w:t xml:space="preserve"> </w:t>
      </w:r>
      <w:proofErr w:type="spellStart"/>
      <w:r w:rsidRPr="00406BBE">
        <w:rPr>
          <w:rFonts w:cs="Times New Roman"/>
          <w:sz w:val="26"/>
          <w:szCs w:val="26"/>
        </w:rPr>
        <w:t>cục</w:t>
      </w:r>
      <w:proofErr w:type="spellEnd"/>
      <w:r w:rsidRPr="00406BBE">
        <w:rPr>
          <w:rFonts w:cs="Times New Roman"/>
          <w:sz w:val="26"/>
          <w:szCs w:val="26"/>
        </w:rPr>
        <w:t xml:space="preserve"> </w:t>
      </w:r>
      <w:proofErr w:type="spellStart"/>
      <w:r w:rsidRPr="00406BBE">
        <w:rPr>
          <w:rFonts w:cs="Times New Roman"/>
          <w:sz w:val="26"/>
          <w:szCs w:val="26"/>
        </w:rPr>
        <w:t>hai</w:t>
      </w:r>
      <w:proofErr w:type="spellEnd"/>
      <w:r w:rsidRPr="00406BBE">
        <w:rPr>
          <w:rFonts w:cs="Times New Roman"/>
          <w:sz w:val="26"/>
          <w:szCs w:val="26"/>
        </w:rPr>
        <w:t xml:space="preserve"> </w:t>
      </w:r>
      <w:proofErr w:type="spellStart"/>
      <w:r w:rsidRPr="00406BBE">
        <w:rPr>
          <w:rFonts w:cs="Times New Roman"/>
          <w:sz w:val="26"/>
          <w:szCs w:val="26"/>
        </w:rPr>
        <w:t>cột</w:t>
      </w:r>
      <w:proofErr w:type="spellEnd"/>
      <w:r w:rsidRPr="00406BBE">
        <w:rPr>
          <w:rFonts w:cs="Times New Roman"/>
          <w:sz w:val="26"/>
          <w:szCs w:val="26"/>
        </w:rPr>
        <w:t xml:space="preserve">. Báo </w:t>
      </w:r>
      <w:proofErr w:type="spellStart"/>
      <w:r w:rsidRPr="00406BBE">
        <w:rPr>
          <w:rFonts w:cs="Times New Roman"/>
          <w:sz w:val="26"/>
          <w:szCs w:val="26"/>
        </w:rPr>
        <w:t>cáo</w:t>
      </w:r>
      <w:proofErr w:type="spellEnd"/>
      <w:r w:rsidRPr="00406BBE">
        <w:rPr>
          <w:rFonts w:cs="Times New Roman"/>
          <w:sz w:val="26"/>
          <w:szCs w:val="26"/>
        </w:rPr>
        <w:t xml:space="preserve"> </w:t>
      </w:r>
      <w:proofErr w:type="spellStart"/>
      <w:r w:rsidRPr="00406BBE">
        <w:rPr>
          <w:rFonts w:cs="Times New Roman"/>
          <w:sz w:val="26"/>
          <w:szCs w:val="26"/>
        </w:rPr>
        <w:t>phải</w:t>
      </w:r>
      <w:proofErr w:type="spellEnd"/>
      <w:r w:rsidRPr="00406BBE">
        <w:rPr>
          <w:rFonts w:cs="Times New Roman"/>
          <w:sz w:val="26"/>
          <w:szCs w:val="26"/>
        </w:rPr>
        <w:t xml:space="preserve"> </w:t>
      </w:r>
      <w:proofErr w:type="spellStart"/>
      <w:r w:rsidRPr="00406BBE">
        <w:rPr>
          <w:rFonts w:cs="Times New Roman"/>
          <w:sz w:val="26"/>
          <w:szCs w:val="26"/>
        </w:rPr>
        <w:t>có</w:t>
      </w:r>
      <w:proofErr w:type="spellEnd"/>
      <w:r w:rsidRPr="00406BBE">
        <w:rPr>
          <w:rFonts w:cs="Times New Roman"/>
          <w:sz w:val="26"/>
          <w:szCs w:val="26"/>
        </w:rPr>
        <w:t xml:space="preserve"> </w:t>
      </w:r>
      <w:proofErr w:type="spellStart"/>
      <w:r w:rsidRPr="00406BBE">
        <w:rPr>
          <w:rFonts w:cs="Times New Roman"/>
          <w:sz w:val="26"/>
          <w:szCs w:val="26"/>
        </w:rPr>
        <w:t>đầy</w:t>
      </w:r>
      <w:proofErr w:type="spellEnd"/>
      <w:r w:rsidRPr="00406BBE">
        <w:rPr>
          <w:rFonts w:cs="Times New Roman"/>
          <w:sz w:val="26"/>
          <w:szCs w:val="26"/>
        </w:rPr>
        <w:t xml:space="preserve"> </w:t>
      </w:r>
      <w:proofErr w:type="spellStart"/>
      <w:r w:rsidRPr="00406BBE">
        <w:rPr>
          <w:rFonts w:cs="Times New Roman"/>
          <w:sz w:val="26"/>
          <w:szCs w:val="26"/>
        </w:rPr>
        <w:t>đủ</w:t>
      </w:r>
      <w:proofErr w:type="spellEnd"/>
      <w:r w:rsidRPr="00406BBE">
        <w:rPr>
          <w:rFonts w:cs="Times New Roman"/>
          <w:sz w:val="26"/>
          <w:szCs w:val="26"/>
        </w:rPr>
        <w:t xml:space="preserve">: </w:t>
      </w:r>
      <w:proofErr w:type="spellStart"/>
      <w:r w:rsidRPr="00406BBE">
        <w:rPr>
          <w:rFonts w:cs="Times New Roman"/>
          <w:sz w:val="26"/>
          <w:szCs w:val="26"/>
        </w:rPr>
        <w:t>tên</w:t>
      </w:r>
      <w:proofErr w:type="spellEnd"/>
      <w:r w:rsidRPr="00406BBE">
        <w:rPr>
          <w:rFonts w:cs="Times New Roman"/>
          <w:sz w:val="26"/>
          <w:szCs w:val="26"/>
        </w:rPr>
        <w:t xml:space="preserve"> </w:t>
      </w:r>
      <w:proofErr w:type="spellStart"/>
      <w:r w:rsidRPr="00406BBE">
        <w:rPr>
          <w:rFonts w:cs="Times New Roman"/>
          <w:sz w:val="26"/>
          <w:szCs w:val="26"/>
        </w:rPr>
        <w:t>báo</w:t>
      </w:r>
      <w:proofErr w:type="spellEnd"/>
      <w:r w:rsidRPr="00406BBE">
        <w:rPr>
          <w:rFonts w:cs="Times New Roman"/>
          <w:sz w:val="26"/>
          <w:szCs w:val="26"/>
        </w:rPr>
        <w:t xml:space="preserve"> </w:t>
      </w:r>
      <w:proofErr w:type="spellStart"/>
      <w:r w:rsidRPr="00406BBE">
        <w:rPr>
          <w:rFonts w:cs="Times New Roman"/>
          <w:sz w:val="26"/>
          <w:szCs w:val="26"/>
        </w:rPr>
        <w:t>cáo</w:t>
      </w:r>
      <w:proofErr w:type="spellEnd"/>
      <w:r w:rsidRPr="00406BBE">
        <w:rPr>
          <w:rFonts w:cs="Times New Roman"/>
          <w:sz w:val="26"/>
          <w:szCs w:val="26"/>
        </w:rPr>
        <w:t xml:space="preserve">; </w:t>
      </w:r>
      <w:proofErr w:type="spellStart"/>
      <w:r w:rsidRPr="00406BBE">
        <w:rPr>
          <w:rFonts w:cs="Times New Roman"/>
          <w:sz w:val="26"/>
          <w:szCs w:val="26"/>
        </w:rPr>
        <w:t>thông</w:t>
      </w:r>
      <w:proofErr w:type="spellEnd"/>
      <w:r w:rsidRPr="00406BBE">
        <w:rPr>
          <w:rFonts w:cs="Times New Roman"/>
          <w:sz w:val="26"/>
          <w:szCs w:val="26"/>
        </w:rPr>
        <w:t xml:space="preserve"> tin </w:t>
      </w:r>
      <w:proofErr w:type="spellStart"/>
      <w:r w:rsidRPr="00406BBE">
        <w:rPr>
          <w:rFonts w:cs="Times New Roman"/>
          <w:sz w:val="26"/>
          <w:szCs w:val="26"/>
        </w:rPr>
        <w:t>tác</w:t>
      </w:r>
      <w:proofErr w:type="spellEnd"/>
      <w:r w:rsidRPr="00406BBE">
        <w:rPr>
          <w:rFonts w:cs="Times New Roman"/>
          <w:sz w:val="26"/>
          <w:szCs w:val="26"/>
        </w:rPr>
        <w:t xml:space="preserve"> </w:t>
      </w:r>
      <w:proofErr w:type="spellStart"/>
      <w:r w:rsidRPr="00406BBE">
        <w:rPr>
          <w:rFonts w:cs="Times New Roman"/>
          <w:sz w:val="26"/>
          <w:szCs w:val="26"/>
        </w:rPr>
        <w:t>giả</w:t>
      </w:r>
      <w:proofErr w:type="spellEnd"/>
      <w:r w:rsidRPr="00406BBE">
        <w:rPr>
          <w:rFonts w:cs="Times New Roman"/>
          <w:sz w:val="26"/>
          <w:szCs w:val="26"/>
        </w:rPr>
        <w:t xml:space="preserve">, </w:t>
      </w:r>
      <w:proofErr w:type="spellStart"/>
      <w:r w:rsidRPr="00406BBE">
        <w:rPr>
          <w:rFonts w:cs="Times New Roman"/>
          <w:sz w:val="26"/>
          <w:szCs w:val="26"/>
        </w:rPr>
        <w:t>cơ</w:t>
      </w:r>
      <w:proofErr w:type="spellEnd"/>
      <w:r w:rsidRPr="00406BBE">
        <w:rPr>
          <w:rFonts w:cs="Times New Roman"/>
          <w:sz w:val="26"/>
          <w:szCs w:val="26"/>
        </w:rPr>
        <w:t xml:space="preserve"> </w:t>
      </w:r>
      <w:proofErr w:type="spellStart"/>
      <w:r w:rsidRPr="00406BBE">
        <w:rPr>
          <w:rFonts w:cs="Times New Roman"/>
          <w:sz w:val="26"/>
          <w:szCs w:val="26"/>
        </w:rPr>
        <w:t>quan</w:t>
      </w:r>
      <w:proofErr w:type="spellEnd"/>
      <w:r w:rsidRPr="00406BBE">
        <w:rPr>
          <w:rFonts w:cs="Times New Roman"/>
          <w:sz w:val="26"/>
          <w:szCs w:val="26"/>
        </w:rPr>
        <w:t xml:space="preserve"> </w:t>
      </w:r>
      <w:proofErr w:type="spellStart"/>
      <w:r w:rsidRPr="00406BBE">
        <w:rPr>
          <w:rFonts w:cs="Times New Roman"/>
          <w:sz w:val="26"/>
          <w:szCs w:val="26"/>
        </w:rPr>
        <w:t>công</w:t>
      </w:r>
      <w:proofErr w:type="spellEnd"/>
      <w:r w:rsidRPr="00406BBE">
        <w:rPr>
          <w:rFonts w:cs="Times New Roman"/>
          <w:sz w:val="26"/>
          <w:szCs w:val="26"/>
        </w:rPr>
        <w:t xml:space="preserve"> </w:t>
      </w:r>
      <w:proofErr w:type="spellStart"/>
      <w:r w:rsidRPr="00406BBE">
        <w:rPr>
          <w:rFonts w:cs="Times New Roman"/>
          <w:sz w:val="26"/>
          <w:szCs w:val="26"/>
        </w:rPr>
        <w:t>tác</w:t>
      </w:r>
      <w:proofErr w:type="spellEnd"/>
      <w:r w:rsidRPr="00406BBE">
        <w:rPr>
          <w:rFonts w:cs="Times New Roman"/>
          <w:sz w:val="26"/>
          <w:szCs w:val="26"/>
        </w:rPr>
        <w:t xml:space="preserve"> </w:t>
      </w:r>
      <w:proofErr w:type="spellStart"/>
      <w:r w:rsidRPr="00406BBE">
        <w:rPr>
          <w:rFonts w:cs="Times New Roman"/>
          <w:sz w:val="26"/>
          <w:szCs w:val="26"/>
        </w:rPr>
        <w:t>và</w:t>
      </w:r>
      <w:proofErr w:type="spellEnd"/>
      <w:r w:rsidRPr="00406BBE">
        <w:rPr>
          <w:rFonts w:cs="Times New Roman"/>
          <w:sz w:val="26"/>
          <w:szCs w:val="26"/>
        </w:rPr>
        <w:t xml:space="preserve"> </w:t>
      </w:r>
      <w:proofErr w:type="spellStart"/>
      <w:r w:rsidRPr="00406BBE">
        <w:rPr>
          <w:rFonts w:cs="Times New Roman"/>
          <w:sz w:val="26"/>
          <w:szCs w:val="26"/>
        </w:rPr>
        <w:t>địa</w:t>
      </w:r>
      <w:proofErr w:type="spellEnd"/>
      <w:r w:rsidRPr="00406BBE">
        <w:rPr>
          <w:rFonts w:cs="Times New Roman"/>
          <w:sz w:val="26"/>
          <w:szCs w:val="26"/>
        </w:rPr>
        <w:t xml:space="preserve"> </w:t>
      </w:r>
      <w:proofErr w:type="spellStart"/>
      <w:r w:rsidRPr="00406BBE">
        <w:rPr>
          <w:rFonts w:cs="Times New Roman"/>
          <w:sz w:val="26"/>
          <w:szCs w:val="26"/>
        </w:rPr>
        <w:t>chỉ</w:t>
      </w:r>
      <w:proofErr w:type="spellEnd"/>
      <w:r w:rsidRPr="00406BBE">
        <w:rPr>
          <w:rFonts w:cs="Times New Roman"/>
          <w:sz w:val="26"/>
          <w:szCs w:val="26"/>
        </w:rPr>
        <w:t xml:space="preserve"> </w:t>
      </w:r>
      <w:proofErr w:type="spellStart"/>
      <w:r w:rsidRPr="00406BBE">
        <w:rPr>
          <w:rFonts w:cs="Times New Roman"/>
          <w:sz w:val="26"/>
          <w:szCs w:val="26"/>
        </w:rPr>
        <w:t>thư</w:t>
      </w:r>
      <w:proofErr w:type="spellEnd"/>
      <w:r w:rsidRPr="00406BBE">
        <w:rPr>
          <w:rFonts w:cs="Times New Roman"/>
          <w:sz w:val="26"/>
          <w:szCs w:val="26"/>
        </w:rPr>
        <w:t xml:space="preserve"> </w:t>
      </w:r>
      <w:proofErr w:type="spellStart"/>
      <w:r w:rsidRPr="00406BBE">
        <w:rPr>
          <w:rFonts w:cs="Times New Roman"/>
          <w:sz w:val="26"/>
          <w:szCs w:val="26"/>
        </w:rPr>
        <w:t>điện</w:t>
      </w:r>
      <w:proofErr w:type="spellEnd"/>
      <w:r w:rsidRPr="00406BBE">
        <w:rPr>
          <w:rFonts w:cs="Times New Roman"/>
          <w:sz w:val="26"/>
          <w:szCs w:val="26"/>
        </w:rPr>
        <w:t xml:space="preserve"> </w:t>
      </w:r>
      <w:proofErr w:type="spellStart"/>
      <w:r w:rsidRPr="00406BBE">
        <w:rPr>
          <w:rFonts w:cs="Times New Roman"/>
          <w:sz w:val="26"/>
          <w:szCs w:val="26"/>
        </w:rPr>
        <w:t>tử</w:t>
      </w:r>
      <w:proofErr w:type="spellEnd"/>
      <w:r w:rsidRPr="00406BBE">
        <w:rPr>
          <w:rFonts w:cs="Times New Roman"/>
          <w:sz w:val="26"/>
          <w:szCs w:val="26"/>
        </w:rPr>
        <w:t xml:space="preserve">; </w:t>
      </w:r>
      <w:proofErr w:type="spellStart"/>
      <w:r w:rsidRPr="00406BBE">
        <w:rPr>
          <w:rFonts w:cs="Times New Roman"/>
          <w:sz w:val="26"/>
          <w:szCs w:val="26"/>
        </w:rPr>
        <w:t>tóm</w:t>
      </w:r>
      <w:proofErr w:type="spellEnd"/>
      <w:r w:rsidRPr="00406BBE">
        <w:rPr>
          <w:rFonts w:cs="Times New Roman"/>
          <w:sz w:val="26"/>
          <w:szCs w:val="26"/>
        </w:rPr>
        <w:t xml:space="preserve"> </w:t>
      </w:r>
      <w:proofErr w:type="spellStart"/>
      <w:r w:rsidRPr="00406BBE">
        <w:rPr>
          <w:rFonts w:cs="Times New Roman"/>
          <w:sz w:val="26"/>
          <w:szCs w:val="26"/>
        </w:rPr>
        <w:t>tắt</w:t>
      </w:r>
      <w:proofErr w:type="spellEnd"/>
      <w:r w:rsidRPr="00406BBE">
        <w:rPr>
          <w:rFonts w:cs="Times New Roman"/>
          <w:sz w:val="26"/>
          <w:szCs w:val="26"/>
        </w:rPr>
        <w:t xml:space="preserve">; </w:t>
      </w:r>
      <w:proofErr w:type="spellStart"/>
      <w:r w:rsidRPr="00406BBE">
        <w:rPr>
          <w:rFonts w:cs="Times New Roman"/>
          <w:sz w:val="26"/>
          <w:szCs w:val="26"/>
        </w:rPr>
        <w:t>từ</w:t>
      </w:r>
      <w:proofErr w:type="spellEnd"/>
      <w:r w:rsidRPr="00406BBE">
        <w:rPr>
          <w:rFonts w:cs="Times New Roman"/>
          <w:sz w:val="26"/>
          <w:szCs w:val="26"/>
        </w:rPr>
        <w:t xml:space="preserve"> </w:t>
      </w:r>
      <w:proofErr w:type="spellStart"/>
      <w:r w:rsidRPr="00406BBE">
        <w:rPr>
          <w:rFonts w:cs="Times New Roman"/>
          <w:sz w:val="26"/>
          <w:szCs w:val="26"/>
        </w:rPr>
        <w:t>khóa</w:t>
      </w:r>
      <w:proofErr w:type="spellEnd"/>
      <w:r w:rsidRPr="00406BBE">
        <w:rPr>
          <w:rFonts w:cs="Times New Roman"/>
          <w:sz w:val="26"/>
          <w:szCs w:val="26"/>
        </w:rPr>
        <w:t xml:space="preserve">; </w:t>
      </w:r>
      <w:proofErr w:type="spellStart"/>
      <w:r w:rsidRPr="00406BBE">
        <w:rPr>
          <w:rFonts w:cs="Times New Roman"/>
          <w:sz w:val="26"/>
          <w:szCs w:val="26"/>
        </w:rPr>
        <w:t>vấn</w:t>
      </w:r>
      <w:proofErr w:type="spellEnd"/>
      <w:r w:rsidRPr="00406BBE">
        <w:rPr>
          <w:rFonts w:cs="Times New Roman"/>
          <w:sz w:val="26"/>
          <w:szCs w:val="26"/>
        </w:rPr>
        <w:t xml:space="preserve"> </w:t>
      </w:r>
      <w:proofErr w:type="spellStart"/>
      <w:r w:rsidRPr="00406BBE">
        <w:rPr>
          <w:rFonts w:cs="Times New Roman"/>
          <w:sz w:val="26"/>
          <w:szCs w:val="26"/>
        </w:rPr>
        <w:t>đề</w:t>
      </w:r>
      <w:proofErr w:type="spellEnd"/>
      <w:r w:rsidRPr="00406BBE">
        <w:rPr>
          <w:rFonts w:cs="Times New Roman"/>
          <w:sz w:val="26"/>
          <w:szCs w:val="26"/>
        </w:rPr>
        <w:t xml:space="preserve"> </w:t>
      </w:r>
      <w:proofErr w:type="spellStart"/>
      <w:r w:rsidRPr="00406BBE">
        <w:rPr>
          <w:rFonts w:cs="Times New Roman"/>
          <w:sz w:val="26"/>
          <w:szCs w:val="26"/>
        </w:rPr>
        <w:t>nghiên</w:t>
      </w:r>
      <w:proofErr w:type="spellEnd"/>
      <w:r w:rsidRPr="00406BBE">
        <w:rPr>
          <w:rFonts w:cs="Times New Roman"/>
          <w:sz w:val="26"/>
          <w:szCs w:val="26"/>
        </w:rPr>
        <w:t xml:space="preserve"> </w:t>
      </w:r>
      <w:proofErr w:type="spellStart"/>
      <w:r w:rsidRPr="00406BBE">
        <w:rPr>
          <w:rFonts w:cs="Times New Roman"/>
          <w:sz w:val="26"/>
          <w:szCs w:val="26"/>
        </w:rPr>
        <w:t>cứu</w:t>
      </w:r>
      <w:proofErr w:type="spellEnd"/>
      <w:r w:rsidRPr="00406BBE">
        <w:rPr>
          <w:rFonts w:cs="Times New Roman"/>
          <w:sz w:val="26"/>
          <w:szCs w:val="26"/>
        </w:rPr>
        <w:t xml:space="preserve"> </w:t>
      </w:r>
      <w:proofErr w:type="spellStart"/>
      <w:r w:rsidRPr="00406BBE">
        <w:rPr>
          <w:rFonts w:cs="Times New Roman"/>
          <w:sz w:val="26"/>
          <w:szCs w:val="26"/>
        </w:rPr>
        <w:t>và</w:t>
      </w:r>
      <w:proofErr w:type="spellEnd"/>
      <w:r w:rsidRPr="00406BBE">
        <w:rPr>
          <w:rFonts w:cs="Times New Roman"/>
          <w:sz w:val="26"/>
          <w:szCs w:val="26"/>
        </w:rPr>
        <w:t xml:space="preserve"> </w:t>
      </w:r>
      <w:proofErr w:type="spellStart"/>
      <w:r w:rsidRPr="00406BBE">
        <w:rPr>
          <w:rFonts w:cs="Times New Roman"/>
          <w:sz w:val="26"/>
          <w:szCs w:val="26"/>
        </w:rPr>
        <w:t>mục</w:t>
      </w:r>
      <w:proofErr w:type="spellEnd"/>
      <w:r w:rsidRPr="00406BBE">
        <w:rPr>
          <w:rFonts w:cs="Times New Roman"/>
          <w:sz w:val="26"/>
          <w:szCs w:val="26"/>
        </w:rPr>
        <w:t xml:space="preserve"> </w:t>
      </w:r>
      <w:proofErr w:type="spellStart"/>
      <w:r w:rsidRPr="00406BBE">
        <w:rPr>
          <w:rFonts w:cs="Times New Roman"/>
          <w:sz w:val="26"/>
          <w:szCs w:val="26"/>
        </w:rPr>
        <w:t>tiêu</w:t>
      </w:r>
      <w:proofErr w:type="spellEnd"/>
      <w:r w:rsidRPr="00406BBE">
        <w:rPr>
          <w:rFonts w:cs="Times New Roman"/>
          <w:sz w:val="26"/>
          <w:szCs w:val="26"/>
        </w:rPr>
        <w:t xml:space="preserve">; </w:t>
      </w:r>
      <w:proofErr w:type="spellStart"/>
      <w:r w:rsidRPr="00406BBE">
        <w:rPr>
          <w:rFonts w:cs="Times New Roman"/>
          <w:sz w:val="26"/>
          <w:szCs w:val="26"/>
        </w:rPr>
        <w:t>phương</w:t>
      </w:r>
      <w:proofErr w:type="spellEnd"/>
      <w:r w:rsidRPr="00406BBE">
        <w:rPr>
          <w:rFonts w:cs="Times New Roman"/>
          <w:sz w:val="26"/>
          <w:szCs w:val="26"/>
        </w:rPr>
        <w:t xml:space="preserve"> </w:t>
      </w:r>
      <w:proofErr w:type="spellStart"/>
      <w:r w:rsidRPr="00406BBE">
        <w:rPr>
          <w:rFonts w:cs="Times New Roman"/>
          <w:sz w:val="26"/>
          <w:szCs w:val="26"/>
        </w:rPr>
        <w:t>pháp</w:t>
      </w:r>
      <w:proofErr w:type="spellEnd"/>
      <w:r w:rsidRPr="00406BBE">
        <w:rPr>
          <w:rFonts w:cs="Times New Roman"/>
          <w:sz w:val="26"/>
          <w:szCs w:val="26"/>
        </w:rPr>
        <w:t xml:space="preserve"> </w:t>
      </w:r>
      <w:proofErr w:type="spellStart"/>
      <w:r w:rsidRPr="00406BBE">
        <w:rPr>
          <w:rFonts w:cs="Times New Roman"/>
          <w:sz w:val="26"/>
          <w:szCs w:val="26"/>
        </w:rPr>
        <w:t>nghiên</w:t>
      </w:r>
      <w:proofErr w:type="spellEnd"/>
      <w:r w:rsidRPr="00406BBE">
        <w:rPr>
          <w:rFonts w:cs="Times New Roman"/>
          <w:sz w:val="26"/>
          <w:szCs w:val="26"/>
        </w:rPr>
        <w:t xml:space="preserve"> </w:t>
      </w:r>
      <w:proofErr w:type="spellStart"/>
      <w:r w:rsidRPr="00406BBE">
        <w:rPr>
          <w:rFonts w:cs="Times New Roman"/>
          <w:sz w:val="26"/>
          <w:szCs w:val="26"/>
        </w:rPr>
        <w:t>cứu</w:t>
      </w:r>
      <w:proofErr w:type="spellEnd"/>
      <w:r w:rsidRPr="00406BBE">
        <w:rPr>
          <w:rFonts w:cs="Times New Roman"/>
          <w:sz w:val="26"/>
          <w:szCs w:val="26"/>
        </w:rPr>
        <w:t xml:space="preserve">; </w:t>
      </w:r>
      <w:proofErr w:type="spellStart"/>
      <w:r w:rsidRPr="00406BBE">
        <w:rPr>
          <w:rFonts w:cs="Times New Roman"/>
          <w:sz w:val="26"/>
          <w:szCs w:val="26"/>
        </w:rPr>
        <w:t>kết</w:t>
      </w:r>
      <w:proofErr w:type="spellEnd"/>
      <w:r w:rsidRPr="00406BBE">
        <w:rPr>
          <w:rFonts w:cs="Times New Roman"/>
          <w:sz w:val="26"/>
          <w:szCs w:val="26"/>
        </w:rPr>
        <w:t xml:space="preserve"> </w:t>
      </w:r>
      <w:proofErr w:type="spellStart"/>
      <w:r w:rsidRPr="00406BBE">
        <w:rPr>
          <w:rFonts w:cs="Times New Roman"/>
          <w:sz w:val="26"/>
          <w:szCs w:val="26"/>
        </w:rPr>
        <w:t>quả</w:t>
      </w:r>
      <w:proofErr w:type="spellEnd"/>
      <w:r w:rsidRPr="00406BBE">
        <w:rPr>
          <w:rFonts w:cs="Times New Roman"/>
          <w:sz w:val="26"/>
          <w:szCs w:val="26"/>
        </w:rPr>
        <w:t xml:space="preserve"> </w:t>
      </w:r>
      <w:proofErr w:type="spellStart"/>
      <w:r w:rsidRPr="00406BBE">
        <w:rPr>
          <w:rFonts w:cs="Times New Roman"/>
          <w:sz w:val="26"/>
          <w:szCs w:val="26"/>
        </w:rPr>
        <w:t>và</w:t>
      </w:r>
      <w:proofErr w:type="spellEnd"/>
      <w:r w:rsidRPr="00406BBE">
        <w:rPr>
          <w:rFonts w:cs="Times New Roman"/>
          <w:sz w:val="26"/>
          <w:szCs w:val="26"/>
        </w:rPr>
        <w:t xml:space="preserve"> </w:t>
      </w:r>
      <w:proofErr w:type="spellStart"/>
      <w:r w:rsidRPr="00406BBE">
        <w:rPr>
          <w:rFonts w:cs="Times New Roman"/>
          <w:sz w:val="26"/>
          <w:szCs w:val="26"/>
        </w:rPr>
        <w:t>đóng</w:t>
      </w:r>
      <w:proofErr w:type="spellEnd"/>
      <w:r w:rsidRPr="00406BBE">
        <w:rPr>
          <w:rFonts w:cs="Times New Roman"/>
          <w:sz w:val="26"/>
          <w:szCs w:val="26"/>
        </w:rPr>
        <w:t xml:space="preserve"> </w:t>
      </w:r>
      <w:proofErr w:type="spellStart"/>
      <w:r w:rsidRPr="00406BBE">
        <w:rPr>
          <w:rFonts w:cs="Times New Roman"/>
          <w:sz w:val="26"/>
          <w:szCs w:val="26"/>
        </w:rPr>
        <w:t>góp</w:t>
      </w:r>
      <w:proofErr w:type="spellEnd"/>
      <w:r w:rsidRPr="00406BBE">
        <w:rPr>
          <w:rFonts w:cs="Times New Roman"/>
          <w:sz w:val="26"/>
          <w:szCs w:val="26"/>
        </w:rPr>
        <w:t xml:space="preserve"> </w:t>
      </w:r>
      <w:proofErr w:type="spellStart"/>
      <w:r w:rsidRPr="00406BBE">
        <w:rPr>
          <w:rFonts w:cs="Times New Roman"/>
          <w:sz w:val="26"/>
          <w:szCs w:val="26"/>
        </w:rPr>
        <w:t>chính</w:t>
      </w:r>
      <w:proofErr w:type="spellEnd"/>
      <w:r w:rsidRPr="00406BBE">
        <w:rPr>
          <w:rFonts w:cs="Times New Roman"/>
          <w:sz w:val="26"/>
          <w:szCs w:val="26"/>
        </w:rPr>
        <w:t xml:space="preserve"> (</w:t>
      </w:r>
      <w:proofErr w:type="spellStart"/>
      <w:r w:rsidRPr="00406BBE">
        <w:rPr>
          <w:rFonts w:cs="Times New Roman"/>
          <w:sz w:val="26"/>
          <w:szCs w:val="26"/>
        </w:rPr>
        <w:t>hoặc</w:t>
      </w:r>
      <w:proofErr w:type="spellEnd"/>
      <w:r w:rsidRPr="00406BBE">
        <w:rPr>
          <w:rFonts w:cs="Times New Roman"/>
          <w:sz w:val="26"/>
          <w:szCs w:val="26"/>
        </w:rPr>
        <w:t xml:space="preserve"> </w:t>
      </w:r>
      <w:proofErr w:type="spellStart"/>
      <w:r w:rsidRPr="00406BBE">
        <w:rPr>
          <w:rFonts w:cs="Times New Roman"/>
          <w:sz w:val="26"/>
          <w:szCs w:val="26"/>
        </w:rPr>
        <w:t>kết</w:t>
      </w:r>
      <w:proofErr w:type="spellEnd"/>
      <w:r w:rsidRPr="00406BBE">
        <w:rPr>
          <w:rFonts w:cs="Times New Roman"/>
          <w:sz w:val="26"/>
          <w:szCs w:val="26"/>
        </w:rPr>
        <w:t xml:space="preserve"> </w:t>
      </w:r>
      <w:proofErr w:type="spellStart"/>
      <w:r w:rsidRPr="00406BBE">
        <w:rPr>
          <w:rFonts w:cs="Times New Roman"/>
          <w:sz w:val="26"/>
          <w:szCs w:val="26"/>
        </w:rPr>
        <w:t>quả</w:t>
      </w:r>
      <w:proofErr w:type="spellEnd"/>
      <w:r w:rsidRPr="00406BBE">
        <w:rPr>
          <w:rFonts w:cs="Times New Roman"/>
          <w:sz w:val="26"/>
          <w:szCs w:val="26"/>
        </w:rPr>
        <w:t xml:space="preserve"> </w:t>
      </w:r>
      <w:proofErr w:type="spellStart"/>
      <w:r w:rsidRPr="00406BBE">
        <w:rPr>
          <w:rFonts w:cs="Times New Roman"/>
          <w:sz w:val="26"/>
          <w:szCs w:val="26"/>
        </w:rPr>
        <w:t>dự</w:t>
      </w:r>
      <w:proofErr w:type="spellEnd"/>
      <w:r w:rsidRPr="00406BBE">
        <w:rPr>
          <w:rFonts w:cs="Times New Roman"/>
          <w:sz w:val="26"/>
          <w:szCs w:val="26"/>
        </w:rPr>
        <w:t xml:space="preserve"> </w:t>
      </w:r>
      <w:proofErr w:type="spellStart"/>
      <w:r w:rsidRPr="00406BBE">
        <w:rPr>
          <w:rFonts w:cs="Times New Roman"/>
          <w:sz w:val="26"/>
          <w:szCs w:val="26"/>
        </w:rPr>
        <w:t>kiến</w:t>
      </w:r>
      <w:proofErr w:type="spellEnd"/>
      <w:r w:rsidRPr="00406BBE">
        <w:rPr>
          <w:rFonts w:cs="Times New Roman"/>
          <w:sz w:val="26"/>
          <w:szCs w:val="26"/>
        </w:rPr>
        <w:t xml:space="preserve">, </w:t>
      </w:r>
      <w:proofErr w:type="spellStart"/>
      <w:r w:rsidRPr="00406BBE">
        <w:rPr>
          <w:rFonts w:cs="Times New Roman"/>
          <w:sz w:val="26"/>
          <w:szCs w:val="26"/>
        </w:rPr>
        <w:t>phải</w:t>
      </w:r>
      <w:proofErr w:type="spellEnd"/>
      <w:r w:rsidRPr="00406BBE">
        <w:rPr>
          <w:rFonts w:cs="Times New Roman"/>
          <w:sz w:val="26"/>
          <w:szCs w:val="26"/>
        </w:rPr>
        <w:t xml:space="preserve"> </w:t>
      </w:r>
      <w:proofErr w:type="spellStart"/>
      <w:r w:rsidRPr="00406BBE">
        <w:rPr>
          <w:rFonts w:cs="Times New Roman"/>
          <w:sz w:val="26"/>
          <w:szCs w:val="26"/>
        </w:rPr>
        <w:t>nêu</w:t>
      </w:r>
      <w:proofErr w:type="spellEnd"/>
      <w:r w:rsidRPr="00406BBE">
        <w:rPr>
          <w:rFonts w:cs="Times New Roman"/>
          <w:sz w:val="26"/>
          <w:szCs w:val="26"/>
        </w:rPr>
        <w:t xml:space="preserve"> </w:t>
      </w:r>
      <w:proofErr w:type="spellStart"/>
      <w:r w:rsidRPr="00406BBE">
        <w:rPr>
          <w:rFonts w:cs="Times New Roman"/>
          <w:sz w:val="26"/>
          <w:szCs w:val="26"/>
        </w:rPr>
        <w:t>rõ</w:t>
      </w:r>
      <w:proofErr w:type="spellEnd"/>
      <w:r w:rsidRPr="00406BBE">
        <w:rPr>
          <w:rFonts w:cs="Times New Roman"/>
          <w:sz w:val="26"/>
          <w:szCs w:val="26"/>
        </w:rPr>
        <w:t xml:space="preserve">); </w:t>
      </w:r>
      <w:proofErr w:type="spellStart"/>
      <w:r w:rsidRPr="00406BBE">
        <w:rPr>
          <w:rFonts w:cs="Times New Roman"/>
          <w:sz w:val="26"/>
          <w:szCs w:val="26"/>
        </w:rPr>
        <w:t>kết</w:t>
      </w:r>
      <w:proofErr w:type="spellEnd"/>
      <w:r w:rsidRPr="00406BBE">
        <w:rPr>
          <w:rFonts w:cs="Times New Roman"/>
          <w:sz w:val="26"/>
          <w:szCs w:val="26"/>
        </w:rPr>
        <w:t xml:space="preserve"> </w:t>
      </w:r>
      <w:proofErr w:type="spellStart"/>
      <w:r w:rsidRPr="00406BBE">
        <w:rPr>
          <w:rFonts w:cs="Times New Roman"/>
          <w:sz w:val="26"/>
          <w:szCs w:val="26"/>
        </w:rPr>
        <w:t>luận</w:t>
      </w:r>
      <w:proofErr w:type="spellEnd"/>
      <w:r w:rsidRPr="00406BBE">
        <w:rPr>
          <w:rFonts w:cs="Times New Roman"/>
          <w:sz w:val="26"/>
          <w:szCs w:val="26"/>
        </w:rPr>
        <w:t xml:space="preserve">; </w:t>
      </w:r>
      <w:proofErr w:type="spellStart"/>
      <w:r w:rsidRPr="00406BBE">
        <w:rPr>
          <w:rFonts w:cs="Times New Roman"/>
          <w:sz w:val="26"/>
          <w:szCs w:val="26"/>
        </w:rPr>
        <w:t>định</w:t>
      </w:r>
      <w:proofErr w:type="spellEnd"/>
      <w:r w:rsidRPr="00406BBE">
        <w:rPr>
          <w:rFonts w:cs="Times New Roman"/>
          <w:sz w:val="26"/>
          <w:szCs w:val="26"/>
        </w:rPr>
        <w:t xml:space="preserve"> </w:t>
      </w:r>
      <w:proofErr w:type="spellStart"/>
      <w:r w:rsidRPr="00406BBE">
        <w:rPr>
          <w:rFonts w:cs="Times New Roman"/>
          <w:sz w:val="26"/>
          <w:szCs w:val="26"/>
        </w:rPr>
        <w:t>hướng</w:t>
      </w:r>
      <w:proofErr w:type="spellEnd"/>
      <w:r w:rsidRPr="00406BBE">
        <w:rPr>
          <w:rFonts w:cs="Times New Roman"/>
          <w:sz w:val="26"/>
          <w:szCs w:val="26"/>
        </w:rPr>
        <w:t xml:space="preserve"> </w:t>
      </w:r>
      <w:proofErr w:type="spellStart"/>
      <w:r w:rsidRPr="00406BBE">
        <w:rPr>
          <w:rFonts w:cs="Times New Roman"/>
          <w:sz w:val="26"/>
          <w:szCs w:val="26"/>
        </w:rPr>
        <w:t>hợp</w:t>
      </w:r>
      <w:proofErr w:type="spellEnd"/>
      <w:r w:rsidRPr="00406BBE">
        <w:rPr>
          <w:rFonts w:cs="Times New Roman"/>
          <w:sz w:val="26"/>
          <w:szCs w:val="26"/>
        </w:rPr>
        <w:t xml:space="preserve"> </w:t>
      </w:r>
      <w:proofErr w:type="spellStart"/>
      <w:r w:rsidRPr="00406BBE">
        <w:rPr>
          <w:rFonts w:cs="Times New Roman"/>
          <w:sz w:val="26"/>
          <w:szCs w:val="26"/>
        </w:rPr>
        <w:t>tác</w:t>
      </w:r>
      <w:proofErr w:type="spellEnd"/>
      <w:r w:rsidRPr="00406BBE">
        <w:rPr>
          <w:rFonts w:cs="Times New Roman"/>
          <w:sz w:val="26"/>
          <w:szCs w:val="26"/>
        </w:rPr>
        <w:t xml:space="preserve"> </w:t>
      </w:r>
      <w:proofErr w:type="spellStart"/>
      <w:r w:rsidRPr="00406BBE">
        <w:rPr>
          <w:rFonts w:cs="Times New Roman"/>
          <w:sz w:val="26"/>
          <w:szCs w:val="26"/>
        </w:rPr>
        <w:t>với</w:t>
      </w:r>
      <w:proofErr w:type="spellEnd"/>
      <w:r w:rsidRPr="00406BBE">
        <w:rPr>
          <w:rFonts w:cs="Times New Roman"/>
          <w:sz w:val="26"/>
          <w:szCs w:val="26"/>
        </w:rPr>
        <w:t xml:space="preserve"> </w:t>
      </w:r>
      <w:proofErr w:type="spellStart"/>
      <w:r w:rsidRPr="00406BBE">
        <w:rPr>
          <w:rFonts w:cs="Times New Roman"/>
          <w:sz w:val="26"/>
          <w:szCs w:val="26"/>
        </w:rPr>
        <w:t>đối</w:t>
      </w:r>
      <w:proofErr w:type="spellEnd"/>
      <w:r w:rsidRPr="00406BBE">
        <w:rPr>
          <w:rFonts w:cs="Times New Roman"/>
          <w:sz w:val="26"/>
          <w:szCs w:val="26"/>
        </w:rPr>
        <w:t xml:space="preserve"> </w:t>
      </w:r>
      <w:proofErr w:type="spellStart"/>
      <w:r w:rsidRPr="00406BBE">
        <w:rPr>
          <w:rFonts w:cs="Times New Roman"/>
          <w:sz w:val="26"/>
          <w:szCs w:val="26"/>
        </w:rPr>
        <w:t>tác</w:t>
      </w:r>
      <w:proofErr w:type="spellEnd"/>
      <w:r w:rsidRPr="00406BBE">
        <w:rPr>
          <w:rFonts w:cs="Times New Roman"/>
          <w:sz w:val="26"/>
          <w:szCs w:val="26"/>
        </w:rPr>
        <w:t xml:space="preserve"> Liên bang Nga; </w:t>
      </w:r>
      <w:proofErr w:type="spellStart"/>
      <w:r w:rsidRPr="00406BBE">
        <w:rPr>
          <w:rFonts w:cs="Times New Roman"/>
          <w:sz w:val="26"/>
          <w:szCs w:val="26"/>
        </w:rPr>
        <w:t>tài</w:t>
      </w:r>
      <w:proofErr w:type="spellEnd"/>
      <w:r w:rsidRPr="00406BBE">
        <w:rPr>
          <w:rFonts w:cs="Times New Roman"/>
          <w:sz w:val="26"/>
          <w:szCs w:val="26"/>
        </w:rPr>
        <w:t xml:space="preserve"> </w:t>
      </w:r>
      <w:proofErr w:type="spellStart"/>
      <w:r w:rsidRPr="00406BBE">
        <w:rPr>
          <w:rFonts w:cs="Times New Roman"/>
          <w:sz w:val="26"/>
          <w:szCs w:val="26"/>
        </w:rPr>
        <w:t>liệu</w:t>
      </w:r>
      <w:proofErr w:type="spellEnd"/>
      <w:r w:rsidRPr="00406BBE">
        <w:rPr>
          <w:rFonts w:cs="Times New Roman"/>
          <w:sz w:val="26"/>
          <w:szCs w:val="26"/>
        </w:rPr>
        <w:t xml:space="preserve"> </w:t>
      </w:r>
      <w:proofErr w:type="spellStart"/>
      <w:r w:rsidRPr="00406BBE">
        <w:rPr>
          <w:rFonts w:cs="Times New Roman"/>
          <w:sz w:val="26"/>
          <w:szCs w:val="26"/>
        </w:rPr>
        <w:t>tham</w:t>
      </w:r>
      <w:proofErr w:type="spellEnd"/>
      <w:r w:rsidRPr="00406BBE">
        <w:rPr>
          <w:rFonts w:cs="Times New Roman"/>
          <w:sz w:val="26"/>
          <w:szCs w:val="26"/>
        </w:rPr>
        <w:t xml:space="preserve"> </w:t>
      </w:r>
      <w:proofErr w:type="spellStart"/>
      <w:r w:rsidRPr="00406BBE">
        <w:rPr>
          <w:rFonts w:cs="Times New Roman"/>
          <w:sz w:val="26"/>
          <w:szCs w:val="26"/>
        </w:rPr>
        <w:t>khảo</w:t>
      </w:r>
      <w:proofErr w:type="spellEnd"/>
      <w:r w:rsidRPr="00406BBE">
        <w:rPr>
          <w:rFonts w:cs="Times New Roman"/>
          <w:sz w:val="26"/>
          <w:szCs w:val="26"/>
        </w:rPr>
        <w:t xml:space="preserve">. </w:t>
      </w:r>
      <w:proofErr w:type="spellStart"/>
      <w:r w:rsidRPr="00406BBE">
        <w:rPr>
          <w:rFonts w:cs="Times New Roman"/>
          <w:sz w:val="26"/>
          <w:szCs w:val="26"/>
        </w:rPr>
        <w:t>Gửi</w:t>
      </w:r>
      <w:proofErr w:type="spellEnd"/>
      <w:r w:rsidRPr="00406BBE">
        <w:rPr>
          <w:rFonts w:cs="Times New Roman"/>
          <w:sz w:val="26"/>
          <w:szCs w:val="26"/>
        </w:rPr>
        <w:t xml:space="preserve"> </w:t>
      </w:r>
      <w:proofErr w:type="spellStart"/>
      <w:r w:rsidRPr="00406BBE">
        <w:rPr>
          <w:rFonts w:cs="Times New Roman"/>
          <w:sz w:val="26"/>
          <w:szCs w:val="26"/>
        </w:rPr>
        <w:t>bản</w:t>
      </w:r>
      <w:proofErr w:type="spellEnd"/>
      <w:r w:rsidRPr="00406BBE">
        <w:rPr>
          <w:rFonts w:cs="Times New Roman"/>
          <w:sz w:val="26"/>
          <w:szCs w:val="26"/>
        </w:rPr>
        <w:t xml:space="preserve"> PDF </w:t>
      </w:r>
      <w:proofErr w:type="spellStart"/>
      <w:r w:rsidRPr="00406BBE">
        <w:rPr>
          <w:rFonts w:cs="Times New Roman"/>
          <w:sz w:val="26"/>
          <w:szCs w:val="26"/>
        </w:rPr>
        <w:t>và</w:t>
      </w:r>
      <w:proofErr w:type="spellEnd"/>
      <w:r w:rsidRPr="00406BBE">
        <w:rPr>
          <w:rFonts w:cs="Times New Roman"/>
          <w:sz w:val="26"/>
          <w:szCs w:val="26"/>
        </w:rPr>
        <w:t xml:space="preserve"> </w:t>
      </w:r>
      <w:proofErr w:type="spellStart"/>
      <w:r w:rsidRPr="00406BBE">
        <w:rPr>
          <w:rFonts w:cs="Times New Roman"/>
          <w:sz w:val="26"/>
          <w:szCs w:val="26"/>
        </w:rPr>
        <w:t>bản</w:t>
      </w:r>
      <w:proofErr w:type="spellEnd"/>
      <w:r w:rsidRPr="00406BBE">
        <w:rPr>
          <w:rFonts w:cs="Times New Roman"/>
          <w:sz w:val="26"/>
          <w:szCs w:val="26"/>
        </w:rPr>
        <w:t xml:space="preserve"> Word </w:t>
      </w:r>
      <w:proofErr w:type="spellStart"/>
      <w:r w:rsidRPr="00406BBE">
        <w:rPr>
          <w:rFonts w:cs="Times New Roman"/>
          <w:sz w:val="26"/>
          <w:szCs w:val="26"/>
        </w:rPr>
        <w:t>hoặc</w:t>
      </w:r>
      <w:proofErr w:type="spellEnd"/>
      <w:r w:rsidRPr="00406BBE">
        <w:rPr>
          <w:rFonts w:cs="Times New Roman"/>
          <w:sz w:val="26"/>
          <w:szCs w:val="26"/>
        </w:rPr>
        <w:t xml:space="preserve"> </w:t>
      </w:r>
      <w:proofErr w:type="spellStart"/>
      <w:r w:rsidRPr="00406BBE">
        <w:rPr>
          <w:rFonts w:cs="Times New Roman"/>
          <w:sz w:val="26"/>
          <w:szCs w:val="26"/>
        </w:rPr>
        <w:t>mã</w:t>
      </w:r>
      <w:proofErr w:type="spellEnd"/>
      <w:r w:rsidRPr="00406BBE">
        <w:rPr>
          <w:rFonts w:cs="Times New Roman"/>
          <w:sz w:val="26"/>
          <w:szCs w:val="26"/>
        </w:rPr>
        <w:t xml:space="preserve"> </w:t>
      </w:r>
      <w:proofErr w:type="spellStart"/>
      <w:r w:rsidRPr="00406BBE">
        <w:rPr>
          <w:rFonts w:cs="Times New Roman"/>
          <w:sz w:val="26"/>
          <w:szCs w:val="26"/>
        </w:rPr>
        <w:t>nguồn</w:t>
      </w:r>
      <w:proofErr w:type="spellEnd"/>
      <w:r w:rsidRPr="00406BBE">
        <w:rPr>
          <w:rFonts w:cs="Times New Roman"/>
          <w:sz w:val="26"/>
          <w:szCs w:val="26"/>
        </w:rPr>
        <w:t xml:space="preserve"> LaTeX.</w:t>
      </w:r>
    </w:p>
    <w:p w14:paraId="4A5F3DFC" w14:textId="6A6CF93E" w:rsidR="00E23AD5" w:rsidRPr="00406BBE" w:rsidRDefault="00D34985">
      <w:pPr>
        <w:spacing w:before="60" w:after="20"/>
        <w:rPr>
          <w:rFonts w:cs="Times New Roman"/>
          <w:sz w:val="26"/>
          <w:szCs w:val="26"/>
        </w:rPr>
      </w:pPr>
      <w:r w:rsidRPr="00406BBE">
        <w:rPr>
          <w:rFonts w:cs="Times New Roman"/>
          <w:sz w:val="26"/>
          <w:szCs w:val="26"/>
        </w:rPr>
        <w:t xml:space="preserve">Thông tin </w:t>
      </w:r>
      <w:proofErr w:type="spellStart"/>
      <w:r w:rsidRPr="00406BBE">
        <w:rPr>
          <w:rFonts w:cs="Times New Roman"/>
          <w:sz w:val="26"/>
          <w:szCs w:val="26"/>
        </w:rPr>
        <w:t>bổ</w:t>
      </w:r>
      <w:proofErr w:type="spellEnd"/>
      <w:r w:rsidRPr="00406BBE">
        <w:rPr>
          <w:rFonts w:cs="Times New Roman"/>
          <w:sz w:val="26"/>
          <w:szCs w:val="26"/>
        </w:rPr>
        <w:t xml:space="preserve"> sung </w:t>
      </w:r>
      <w:proofErr w:type="spellStart"/>
      <w:r w:rsidRPr="00406BBE">
        <w:rPr>
          <w:rFonts w:cs="Times New Roman"/>
          <w:sz w:val="26"/>
          <w:szCs w:val="26"/>
        </w:rPr>
        <w:t>về</w:t>
      </w:r>
      <w:proofErr w:type="spellEnd"/>
      <w:r w:rsidRPr="00406BBE">
        <w:rPr>
          <w:rFonts w:cs="Times New Roman"/>
          <w:sz w:val="26"/>
          <w:szCs w:val="26"/>
        </w:rPr>
        <w:t xml:space="preserve"> </w:t>
      </w:r>
      <w:proofErr w:type="spellStart"/>
      <w:r w:rsidRPr="00406BBE">
        <w:rPr>
          <w:rFonts w:cs="Times New Roman"/>
          <w:sz w:val="26"/>
          <w:szCs w:val="26"/>
        </w:rPr>
        <w:t>dự</w:t>
      </w:r>
      <w:proofErr w:type="spellEnd"/>
      <w:r w:rsidRPr="00406BBE">
        <w:rPr>
          <w:rFonts w:cs="Times New Roman"/>
          <w:sz w:val="26"/>
          <w:szCs w:val="26"/>
        </w:rPr>
        <w:t xml:space="preserve"> </w:t>
      </w:r>
      <w:proofErr w:type="spellStart"/>
      <w:r w:rsidRPr="00406BBE">
        <w:rPr>
          <w:rFonts w:cs="Times New Roman"/>
          <w:sz w:val="26"/>
          <w:szCs w:val="26"/>
        </w:rPr>
        <w:t>thảo</w:t>
      </w:r>
      <w:proofErr w:type="spellEnd"/>
      <w:r w:rsidRPr="00406BBE">
        <w:rPr>
          <w:rFonts w:cs="Times New Roman"/>
          <w:sz w:val="26"/>
          <w:szCs w:val="26"/>
        </w:rPr>
        <w:t xml:space="preserve"> </w:t>
      </w:r>
      <w:proofErr w:type="spellStart"/>
      <w:r w:rsidRPr="00406BBE">
        <w:rPr>
          <w:rFonts w:cs="Times New Roman"/>
          <w:sz w:val="26"/>
          <w:szCs w:val="26"/>
        </w:rPr>
        <w:t>báo</w:t>
      </w:r>
      <w:proofErr w:type="spellEnd"/>
      <w:r w:rsidRPr="00406BBE">
        <w:rPr>
          <w:rFonts w:cs="Times New Roman"/>
          <w:sz w:val="26"/>
          <w:szCs w:val="26"/>
        </w:rPr>
        <w:t xml:space="preserve"> </w:t>
      </w:r>
      <w:proofErr w:type="spellStart"/>
      <w:r w:rsidRPr="00406BBE">
        <w:rPr>
          <w:rFonts w:cs="Times New Roman"/>
          <w:sz w:val="26"/>
          <w:szCs w:val="26"/>
        </w:rPr>
        <w:t>cáo</w:t>
      </w:r>
      <w:proofErr w:type="spellEnd"/>
      <w:r w:rsidRPr="00406BBE">
        <w:rPr>
          <w:rFonts w:cs="Times New Roman"/>
          <w:sz w:val="26"/>
          <w:szCs w:val="26"/>
        </w:rPr>
        <w:t xml:space="preserve"> (</w:t>
      </w:r>
      <w:proofErr w:type="spellStart"/>
      <w:r w:rsidRPr="00406BBE">
        <w:rPr>
          <w:rFonts w:cs="Times New Roman"/>
          <w:sz w:val="26"/>
          <w:szCs w:val="26"/>
        </w:rPr>
        <w:t>nếu</w:t>
      </w:r>
      <w:proofErr w:type="spellEnd"/>
      <w:r w:rsidRPr="00406BBE">
        <w:rPr>
          <w:rFonts w:cs="Times New Roman"/>
          <w:sz w:val="26"/>
          <w:szCs w:val="26"/>
        </w:rPr>
        <w:t xml:space="preserve"> </w:t>
      </w:r>
      <w:proofErr w:type="spellStart"/>
      <w:r w:rsidRPr="00406BBE">
        <w:rPr>
          <w:rFonts w:cs="Times New Roman"/>
          <w:sz w:val="26"/>
          <w:szCs w:val="26"/>
        </w:rPr>
        <w:t>cần</w:t>
      </w:r>
      <w:proofErr w:type="spellEnd"/>
      <w:r w:rsidRPr="00406BBE">
        <w:rPr>
          <w:rFonts w:cs="Times New Roman"/>
          <w:sz w:val="26"/>
          <w:szCs w:val="26"/>
        </w:rPr>
        <w:t>):</w:t>
      </w:r>
      <w:r w:rsidR="00863159" w:rsidRPr="00406BBE">
        <w:rPr>
          <w:rFonts w:cs="Times New Roman"/>
          <w:sz w:val="26"/>
          <w:szCs w:val="26"/>
        </w:rPr>
        <w:t xml:space="preserve"> ..................................................................</w:t>
      </w:r>
    </w:p>
    <w:p w14:paraId="2758E16E" w14:textId="77777777" w:rsidR="0029031A" w:rsidRPr="00406BBE" w:rsidRDefault="00D34985" w:rsidP="0029031A">
      <w:pPr>
        <w:spacing w:before="120" w:after="120" w:line="240" w:lineRule="auto"/>
        <w:rPr>
          <w:rFonts w:cs="Times New Roman"/>
          <w:sz w:val="26"/>
          <w:szCs w:val="26"/>
        </w:rPr>
      </w:pPr>
      <w:proofErr w:type="spellStart"/>
      <w:r w:rsidRPr="00406BBE">
        <w:rPr>
          <w:rFonts w:cs="Times New Roman"/>
          <w:sz w:val="26"/>
          <w:szCs w:val="26"/>
        </w:rPr>
        <w:t>Tên</w:t>
      </w:r>
      <w:proofErr w:type="spellEnd"/>
      <w:r w:rsidRPr="00406BBE">
        <w:rPr>
          <w:rFonts w:cs="Times New Roman"/>
          <w:sz w:val="26"/>
          <w:szCs w:val="26"/>
        </w:rPr>
        <w:t xml:space="preserve"> </w:t>
      </w:r>
      <w:proofErr w:type="spellStart"/>
      <w:r w:rsidRPr="00406BBE">
        <w:rPr>
          <w:rFonts w:cs="Times New Roman"/>
          <w:sz w:val="26"/>
          <w:szCs w:val="26"/>
        </w:rPr>
        <w:t>tác</w:t>
      </w:r>
      <w:proofErr w:type="spellEnd"/>
      <w:r w:rsidRPr="00406BBE">
        <w:rPr>
          <w:rFonts w:cs="Times New Roman"/>
          <w:sz w:val="26"/>
          <w:szCs w:val="26"/>
        </w:rPr>
        <w:t xml:space="preserve"> </w:t>
      </w:r>
      <w:proofErr w:type="spellStart"/>
      <w:r w:rsidRPr="00406BBE">
        <w:rPr>
          <w:rFonts w:cs="Times New Roman"/>
          <w:sz w:val="26"/>
          <w:szCs w:val="26"/>
        </w:rPr>
        <w:t>giả</w:t>
      </w:r>
      <w:proofErr w:type="spellEnd"/>
      <w:r w:rsidRPr="00406BBE">
        <w:rPr>
          <w:rFonts w:cs="Times New Roman"/>
          <w:sz w:val="26"/>
          <w:szCs w:val="26"/>
        </w:rPr>
        <w:t>/</w:t>
      </w:r>
      <w:proofErr w:type="spellStart"/>
      <w:r w:rsidRPr="00406BBE">
        <w:rPr>
          <w:rFonts w:cs="Times New Roman"/>
          <w:sz w:val="26"/>
          <w:szCs w:val="26"/>
        </w:rPr>
        <w:t>đồng</w:t>
      </w:r>
      <w:proofErr w:type="spellEnd"/>
      <w:r w:rsidRPr="00406BBE">
        <w:rPr>
          <w:rFonts w:cs="Times New Roman"/>
          <w:sz w:val="26"/>
          <w:szCs w:val="26"/>
        </w:rPr>
        <w:t xml:space="preserve"> </w:t>
      </w:r>
      <w:proofErr w:type="spellStart"/>
      <w:r w:rsidRPr="00406BBE">
        <w:rPr>
          <w:rFonts w:cs="Times New Roman"/>
          <w:sz w:val="26"/>
          <w:szCs w:val="26"/>
        </w:rPr>
        <w:t>tác</w:t>
      </w:r>
      <w:proofErr w:type="spellEnd"/>
      <w:r w:rsidRPr="00406BBE">
        <w:rPr>
          <w:rFonts w:cs="Times New Roman"/>
          <w:sz w:val="26"/>
          <w:szCs w:val="26"/>
        </w:rPr>
        <w:t xml:space="preserve"> </w:t>
      </w:r>
      <w:proofErr w:type="spellStart"/>
      <w:r w:rsidRPr="00406BBE">
        <w:rPr>
          <w:rFonts w:cs="Times New Roman"/>
          <w:sz w:val="26"/>
          <w:szCs w:val="26"/>
        </w:rPr>
        <w:t>giả</w:t>
      </w:r>
      <w:proofErr w:type="spellEnd"/>
      <w:r w:rsidRPr="00406BBE">
        <w:rPr>
          <w:rFonts w:cs="Times New Roman"/>
          <w:sz w:val="26"/>
          <w:szCs w:val="26"/>
        </w:rPr>
        <w:t xml:space="preserve">; </w:t>
      </w:r>
      <w:proofErr w:type="spellStart"/>
      <w:r w:rsidRPr="00406BBE">
        <w:rPr>
          <w:rFonts w:cs="Times New Roman"/>
          <w:sz w:val="26"/>
          <w:szCs w:val="26"/>
        </w:rPr>
        <w:t>cơ</w:t>
      </w:r>
      <w:proofErr w:type="spellEnd"/>
      <w:r w:rsidRPr="00406BBE">
        <w:rPr>
          <w:rFonts w:cs="Times New Roman"/>
          <w:sz w:val="26"/>
          <w:szCs w:val="26"/>
        </w:rPr>
        <w:t xml:space="preserve"> </w:t>
      </w:r>
      <w:proofErr w:type="spellStart"/>
      <w:r w:rsidRPr="00406BBE">
        <w:rPr>
          <w:rFonts w:cs="Times New Roman"/>
          <w:sz w:val="26"/>
          <w:szCs w:val="26"/>
        </w:rPr>
        <w:t>quan</w:t>
      </w:r>
      <w:proofErr w:type="spellEnd"/>
      <w:r w:rsidRPr="00406BBE">
        <w:rPr>
          <w:rFonts w:cs="Times New Roman"/>
          <w:sz w:val="26"/>
          <w:szCs w:val="26"/>
        </w:rPr>
        <w:t xml:space="preserve"> </w:t>
      </w:r>
      <w:proofErr w:type="spellStart"/>
      <w:r w:rsidRPr="00406BBE">
        <w:rPr>
          <w:rFonts w:cs="Times New Roman"/>
          <w:sz w:val="26"/>
          <w:szCs w:val="26"/>
        </w:rPr>
        <w:t>công</w:t>
      </w:r>
      <w:proofErr w:type="spellEnd"/>
      <w:r w:rsidRPr="00406BBE">
        <w:rPr>
          <w:rFonts w:cs="Times New Roman"/>
          <w:sz w:val="26"/>
          <w:szCs w:val="26"/>
        </w:rPr>
        <w:t xml:space="preserve"> </w:t>
      </w:r>
      <w:proofErr w:type="spellStart"/>
      <w:r w:rsidRPr="00406BBE">
        <w:rPr>
          <w:rFonts w:cs="Times New Roman"/>
          <w:sz w:val="26"/>
          <w:szCs w:val="26"/>
        </w:rPr>
        <w:t>tác</w:t>
      </w:r>
      <w:proofErr w:type="spellEnd"/>
      <w:r w:rsidRPr="00406BBE">
        <w:rPr>
          <w:rFonts w:cs="Times New Roman"/>
          <w:sz w:val="26"/>
          <w:szCs w:val="26"/>
        </w:rPr>
        <w:t xml:space="preserve">; email </w:t>
      </w:r>
      <w:proofErr w:type="spellStart"/>
      <w:r w:rsidRPr="00406BBE">
        <w:rPr>
          <w:rFonts w:cs="Times New Roman"/>
          <w:sz w:val="26"/>
          <w:szCs w:val="26"/>
        </w:rPr>
        <w:t>liên</w:t>
      </w:r>
      <w:proofErr w:type="spellEnd"/>
      <w:r w:rsidRPr="00406BBE">
        <w:rPr>
          <w:rFonts w:cs="Times New Roman"/>
          <w:sz w:val="26"/>
          <w:szCs w:val="26"/>
        </w:rPr>
        <w:t xml:space="preserve"> </w:t>
      </w:r>
      <w:proofErr w:type="spellStart"/>
      <w:r w:rsidRPr="00406BBE">
        <w:rPr>
          <w:rFonts w:cs="Times New Roman"/>
          <w:sz w:val="26"/>
          <w:szCs w:val="26"/>
        </w:rPr>
        <w:t>hệ</w:t>
      </w:r>
      <w:proofErr w:type="spellEnd"/>
      <w:r w:rsidRPr="00406BBE">
        <w:rPr>
          <w:rFonts w:cs="Times New Roman"/>
          <w:sz w:val="26"/>
          <w:szCs w:val="26"/>
        </w:rPr>
        <w:t xml:space="preserve">: </w:t>
      </w:r>
      <w:r w:rsidR="0029031A" w:rsidRPr="00406BBE">
        <w:rPr>
          <w:rFonts w:cs="Times New Roman"/>
          <w:sz w:val="26"/>
          <w:szCs w:val="26"/>
        </w:rPr>
        <w:t>................................................................................................................................................</w:t>
      </w:r>
    </w:p>
    <w:p w14:paraId="17CCFD00" w14:textId="77777777" w:rsidR="0029031A" w:rsidRPr="00406BBE" w:rsidRDefault="0029031A" w:rsidP="0029031A">
      <w:pPr>
        <w:spacing w:before="120" w:after="120" w:line="240" w:lineRule="auto"/>
        <w:rPr>
          <w:rFonts w:cs="Times New Roman"/>
          <w:sz w:val="26"/>
          <w:szCs w:val="26"/>
        </w:rPr>
      </w:pPr>
      <w:r w:rsidRPr="00406BBE">
        <w:rPr>
          <w:rFonts w:cs="Times New Roman"/>
          <w:sz w:val="26"/>
          <w:szCs w:val="26"/>
        </w:rPr>
        <w:t>................................................................................................................................................</w:t>
      </w:r>
    </w:p>
    <w:p w14:paraId="7A59BA94" w14:textId="77777777" w:rsidR="0029031A" w:rsidRPr="00406BBE" w:rsidRDefault="00D34985" w:rsidP="0029031A">
      <w:pPr>
        <w:spacing w:before="120" w:after="120" w:line="240" w:lineRule="auto"/>
        <w:rPr>
          <w:rFonts w:cs="Times New Roman"/>
          <w:sz w:val="26"/>
          <w:szCs w:val="26"/>
        </w:rPr>
      </w:pPr>
      <w:proofErr w:type="spellStart"/>
      <w:r w:rsidRPr="00406BBE">
        <w:rPr>
          <w:rFonts w:cs="Times New Roman"/>
          <w:sz w:val="26"/>
          <w:szCs w:val="26"/>
        </w:rPr>
        <w:t>Tóm</w:t>
      </w:r>
      <w:proofErr w:type="spellEnd"/>
      <w:r w:rsidRPr="00406BBE">
        <w:rPr>
          <w:rFonts w:cs="Times New Roman"/>
          <w:sz w:val="26"/>
          <w:szCs w:val="26"/>
        </w:rPr>
        <w:t xml:space="preserve"> </w:t>
      </w:r>
      <w:proofErr w:type="spellStart"/>
      <w:r w:rsidRPr="00406BBE">
        <w:rPr>
          <w:rFonts w:cs="Times New Roman"/>
          <w:sz w:val="26"/>
          <w:szCs w:val="26"/>
        </w:rPr>
        <w:t>tắt</w:t>
      </w:r>
      <w:proofErr w:type="spellEnd"/>
      <w:r w:rsidRPr="00406BBE">
        <w:rPr>
          <w:rFonts w:cs="Times New Roman"/>
          <w:sz w:val="26"/>
          <w:szCs w:val="26"/>
        </w:rPr>
        <w:t xml:space="preserve">/Abstract </w:t>
      </w:r>
      <w:proofErr w:type="spellStart"/>
      <w:r w:rsidRPr="00406BBE">
        <w:rPr>
          <w:rFonts w:cs="Times New Roman"/>
          <w:sz w:val="26"/>
          <w:szCs w:val="26"/>
        </w:rPr>
        <w:t>và</w:t>
      </w:r>
      <w:proofErr w:type="spellEnd"/>
      <w:r w:rsidRPr="00406BBE">
        <w:rPr>
          <w:rFonts w:cs="Times New Roman"/>
          <w:sz w:val="26"/>
          <w:szCs w:val="26"/>
        </w:rPr>
        <w:t xml:space="preserve"> </w:t>
      </w:r>
      <w:proofErr w:type="spellStart"/>
      <w:r w:rsidRPr="00406BBE">
        <w:rPr>
          <w:rFonts w:cs="Times New Roman"/>
          <w:sz w:val="26"/>
          <w:szCs w:val="26"/>
        </w:rPr>
        <w:t>từ</w:t>
      </w:r>
      <w:proofErr w:type="spellEnd"/>
      <w:r w:rsidRPr="00406BBE">
        <w:rPr>
          <w:rFonts w:cs="Times New Roman"/>
          <w:sz w:val="26"/>
          <w:szCs w:val="26"/>
        </w:rPr>
        <w:t xml:space="preserve"> </w:t>
      </w:r>
      <w:proofErr w:type="spellStart"/>
      <w:r w:rsidRPr="00406BBE">
        <w:rPr>
          <w:rFonts w:cs="Times New Roman"/>
          <w:sz w:val="26"/>
          <w:szCs w:val="26"/>
        </w:rPr>
        <w:t>khóa</w:t>
      </w:r>
      <w:proofErr w:type="spellEnd"/>
      <w:r w:rsidRPr="00406BBE">
        <w:rPr>
          <w:rFonts w:cs="Times New Roman"/>
          <w:sz w:val="26"/>
          <w:szCs w:val="26"/>
        </w:rPr>
        <w:t xml:space="preserve">/Keywords: </w:t>
      </w:r>
      <w:r w:rsidR="0029031A" w:rsidRPr="00406BBE">
        <w:rPr>
          <w:rFonts w:cs="Times New Roman"/>
          <w:sz w:val="26"/>
          <w:szCs w:val="26"/>
        </w:rPr>
        <w:t>................................................................................................................................................</w:t>
      </w:r>
    </w:p>
    <w:p w14:paraId="5F57B733" w14:textId="77777777" w:rsidR="0029031A" w:rsidRPr="00406BBE" w:rsidRDefault="0029031A" w:rsidP="0029031A">
      <w:pPr>
        <w:spacing w:before="120" w:after="120" w:line="240" w:lineRule="auto"/>
        <w:rPr>
          <w:rFonts w:cs="Times New Roman"/>
          <w:sz w:val="26"/>
          <w:szCs w:val="26"/>
        </w:rPr>
      </w:pPr>
      <w:r w:rsidRPr="00406BBE">
        <w:rPr>
          <w:rFonts w:cs="Times New Roman"/>
          <w:sz w:val="26"/>
          <w:szCs w:val="26"/>
        </w:rPr>
        <w:t>................................................................................................................................................</w:t>
      </w:r>
    </w:p>
    <w:p w14:paraId="00E2437A" w14:textId="431C0E0C" w:rsidR="00E23AD5" w:rsidRPr="00406BBE" w:rsidRDefault="00D34985">
      <w:pPr>
        <w:rPr>
          <w:rFonts w:cs="Times New Roman"/>
          <w:sz w:val="26"/>
          <w:szCs w:val="26"/>
        </w:rPr>
      </w:pPr>
      <w:proofErr w:type="spellStart"/>
      <w:r w:rsidRPr="00406BBE">
        <w:rPr>
          <w:rFonts w:cs="Times New Roman"/>
          <w:sz w:val="26"/>
          <w:szCs w:val="26"/>
        </w:rPr>
        <w:lastRenderedPageBreak/>
        <w:t>Kết</w:t>
      </w:r>
      <w:proofErr w:type="spellEnd"/>
      <w:r w:rsidRPr="00406BBE">
        <w:rPr>
          <w:rFonts w:cs="Times New Roman"/>
          <w:sz w:val="26"/>
          <w:szCs w:val="26"/>
        </w:rPr>
        <w:t xml:space="preserve"> </w:t>
      </w:r>
      <w:proofErr w:type="spellStart"/>
      <w:r w:rsidRPr="00406BBE">
        <w:rPr>
          <w:rFonts w:cs="Times New Roman"/>
          <w:sz w:val="26"/>
          <w:szCs w:val="26"/>
        </w:rPr>
        <w:t>luận</w:t>
      </w:r>
      <w:proofErr w:type="spellEnd"/>
      <w:r w:rsidRPr="00406BBE">
        <w:rPr>
          <w:rFonts w:cs="Times New Roman"/>
          <w:sz w:val="26"/>
          <w:szCs w:val="26"/>
        </w:rPr>
        <w:t xml:space="preserve"> </w:t>
      </w:r>
      <w:proofErr w:type="spellStart"/>
      <w:r w:rsidRPr="00406BBE">
        <w:rPr>
          <w:rFonts w:cs="Times New Roman"/>
          <w:sz w:val="26"/>
          <w:szCs w:val="26"/>
        </w:rPr>
        <w:t>và</w:t>
      </w:r>
      <w:proofErr w:type="spellEnd"/>
      <w:r w:rsidRPr="00406BBE">
        <w:rPr>
          <w:rFonts w:cs="Times New Roman"/>
          <w:sz w:val="26"/>
          <w:szCs w:val="26"/>
        </w:rPr>
        <w:t xml:space="preserve"> </w:t>
      </w:r>
      <w:proofErr w:type="spellStart"/>
      <w:r w:rsidRPr="00406BBE">
        <w:rPr>
          <w:rFonts w:cs="Times New Roman"/>
          <w:sz w:val="26"/>
          <w:szCs w:val="26"/>
        </w:rPr>
        <w:t>tài</w:t>
      </w:r>
      <w:proofErr w:type="spellEnd"/>
      <w:r w:rsidRPr="00406BBE">
        <w:rPr>
          <w:rFonts w:cs="Times New Roman"/>
          <w:sz w:val="26"/>
          <w:szCs w:val="26"/>
        </w:rPr>
        <w:t xml:space="preserve"> </w:t>
      </w:r>
      <w:proofErr w:type="spellStart"/>
      <w:r w:rsidRPr="00406BBE">
        <w:rPr>
          <w:rFonts w:cs="Times New Roman"/>
          <w:sz w:val="26"/>
          <w:szCs w:val="26"/>
        </w:rPr>
        <w:t>liệu</w:t>
      </w:r>
      <w:proofErr w:type="spellEnd"/>
      <w:r w:rsidRPr="00406BBE">
        <w:rPr>
          <w:rFonts w:cs="Times New Roman"/>
          <w:sz w:val="26"/>
          <w:szCs w:val="26"/>
        </w:rPr>
        <w:t xml:space="preserve"> </w:t>
      </w:r>
      <w:proofErr w:type="spellStart"/>
      <w:r w:rsidRPr="00406BBE">
        <w:rPr>
          <w:rFonts w:cs="Times New Roman"/>
          <w:sz w:val="26"/>
          <w:szCs w:val="26"/>
        </w:rPr>
        <w:t>tham</w:t>
      </w:r>
      <w:proofErr w:type="spellEnd"/>
      <w:r w:rsidRPr="00406BBE">
        <w:rPr>
          <w:rFonts w:cs="Times New Roman"/>
          <w:sz w:val="26"/>
          <w:szCs w:val="26"/>
        </w:rPr>
        <w:t xml:space="preserve"> </w:t>
      </w:r>
      <w:proofErr w:type="spellStart"/>
      <w:r w:rsidRPr="00406BBE">
        <w:rPr>
          <w:rFonts w:cs="Times New Roman"/>
          <w:sz w:val="26"/>
          <w:szCs w:val="26"/>
        </w:rPr>
        <w:t>khảo</w:t>
      </w:r>
      <w:proofErr w:type="spellEnd"/>
      <w:r w:rsidRPr="00406BBE">
        <w:rPr>
          <w:rFonts w:cs="Times New Roman"/>
          <w:sz w:val="26"/>
          <w:szCs w:val="26"/>
        </w:rPr>
        <w:t xml:space="preserve"> </w:t>
      </w:r>
      <w:proofErr w:type="spellStart"/>
      <w:r w:rsidRPr="00406BBE">
        <w:rPr>
          <w:rFonts w:cs="Times New Roman"/>
          <w:sz w:val="26"/>
          <w:szCs w:val="26"/>
        </w:rPr>
        <w:t>đã</w:t>
      </w:r>
      <w:proofErr w:type="spellEnd"/>
      <w:r w:rsidRPr="00406BBE">
        <w:rPr>
          <w:rFonts w:cs="Times New Roman"/>
          <w:sz w:val="26"/>
          <w:szCs w:val="26"/>
        </w:rPr>
        <w:t xml:space="preserve"> </w:t>
      </w:r>
      <w:proofErr w:type="spellStart"/>
      <w:r w:rsidRPr="00406BBE">
        <w:rPr>
          <w:rFonts w:cs="Times New Roman"/>
          <w:sz w:val="26"/>
          <w:szCs w:val="26"/>
        </w:rPr>
        <w:t>được</w:t>
      </w:r>
      <w:proofErr w:type="spellEnd"/>
      <w:r w:rsidRPr="00406BBE">
        <w:rPr>
          <w:rFonts w:cs="Times New Roman"/>
          <w:sz w:val="26"/>
          <w:szCs w:val="26"/>
        </w:rPr>
        <w:t xml:space="preserve"> </w:t>
      </w:r>
      <w:proofErr w:type="spellStart"/>
      <w:r w:rsidRPr="00406BBE">
        <w:rPr>
          <w:rFonts w:cs="Times New Roman"/>
          <w:sz w:val="26"/>
          <w:szCs w:val="26"/>
        </w:rPr>
        <w:t>thể</w:t>
      </w:r>
      <w:proofErr w:type="spellEnd"/>
      <w:r w:rsidRPr="00406BBE">
        <w:rPr>
          <w:rFonts w:cs="Times New Roman"/>
          <w:sz w:val="26"/>
          <w:szCs w:val="26"/>
        </w:rPr>
        <w:t xml:space="preserve"> </w:t>
      </w:r>
      <w:proofErr w:type="spellStart"/>
      <w:r w:rsidRPr="00406BBE">
        <w:rPr>
          <w:rFonts w:cs="Times New Roman"/>
          <w:sz w:val="26"/>
          <w:szCs w:val="26"/>
        </w:rPr>
        <w:t>hiện</w:t>
      </w:r>
      <w:proofErr w:type="spellEnd"/>
      <w:r w:rsidRPr="00406BBE">
        <w:rPr>
          <w:rFonts w:cs="Times New Roman"/>
          <w:sz w:val="26"/>
          <w:szCs w:val="26"/>
        </w:rPr>
        <w:t xml:space="preserve"> </w:t>
      </w:r>
      <w:proofErr w:type="spellStart"/>
      <w:r w:rsidRPr="00406BBE">
        <w:rPr>
          <w:rFonts w:cs="Times New Roman"/>
          <w:sz w:val="26"/>
          <w:szCs w:val="26"/>
        </w:rPr>
        <w:t>trong</w:t>
      </w:r>
      <w:proofErr w:type="spellEnd"/>
      <w:r w:rsidRPr="00406BBE">
        <w:rPr>
          <w:rFonts w:cs="Times New Roman"/>
          <w:sz w:val="26"/>
          <w:szCs w:val="26"/>
        </w:rPr>
        <w:t xml:space="preserve"> </w:t>
      </w:r>
      <w:proofErr w:type="spellStart"/>
      <w:r w:rsidRPr="00406BBE">
        <w:rPr>
          <w:rFonts w:cs="Times New Roman"/>
          <w:sz w:val="26"/>
          <w:szCs w:val="26"/>
        </w:rPr>
        <w:t>dự</w:t>
      </w:r>
      <w:proofErr w:type="spellEnd"/>
      <w:r w:rsidRPr="00406BBE">
        <w:rPr>
          <w:rFonts w:cs="Times New Roman"/>
          <w:sz w:val="26"/>
          <w:szCs w:val="26"/>
        </w:rPr>
        <w:t xml:space="preserve"> </w:t>
      </w:r>
      <w:proofErr w:type="spellStart"/>
      <w:r w:rsidRPr="00406BBE">
        <w:rPr>
          <w:rFonts w:cs="Times New Roman"/>
          <w:sz w:val="26"/>
          <w:szCs w:val="26"/>
        </w:rPr>
        <w:t>thảo</w:t>
      </w:r>
      <w:proofErr w:type="spellEnd"/>
      <w:r w:rsidRPr="00406BBE">
        <w:rPr>
          <w:rFonts w:cs="Times New Roman"/>
          <w:sz w:val="26"/>
          <w:szCs w:val="26"/>
        </w:rPr>
        <w:t xml:space="preserve"> </w:t>
      </w:r>
      <w:proofErr w:type="spellStart"/>
      <w:r w:rsidRPr="00406BBE">
        <w:rPr>
          <w:rFonts w:cs="Times New Roman"/>
          <w:sz w:val="26"/>
          <w:szCs w:val="26"/>
        </w:rPr>
        <w:t>báo</w:t>
      </w:r>
      <w:proofErr w:type="spellEnd"/>
      <w:r w:rsidRPr="00406BBE">
        <w:rPr>
          <w:rFonts w:cs="Times New Roman"/>
          <w:sz w:val="26"/>
          <w:szCs w:val="26"/>
        </w:rPr>
        <w:t xml:space="preserve"> </w:t>
      </w:r>
      <w:proofErr w:type="spellStart"/>
      <w:r w:rsidRPr="00406BBE">
        <w:rPr>
          <w:rFonts w:cs="Times New Roman"/>
          <w:sz w:val="26"/>
          <w:szCs w:val="26"/>
        </w:rPr>
        <w:t>cáo</w:t>
      </w:r>
      <w:proofErr w:type="spellEnd"/>
      <w:r w:rsidRPr="00406BBE">
        <w:rPr>
          <w:rFonts w:cs="Times New Roman"/>
          <w:sz w:val="26"/>
          <w:szCs w:val="26"/>
        </w:rPr>
        <w:t xml:space="preserve"> </w:t>
      </w:r>
      <w:proofErr w:type="spellStart"/>
      <w:r w:rsidRPr="00406BBE">
        <w:rPr>
          <w:rFonts w:cs="Times New Roman"/>
          <w:sz w:val="26"/>
          <w:szCs w:val="26"/>
        </w:rPr>
        <w:t>gửi</w:t>
      </w:r>
      <w:proofErr w:type="spellEnd"/>
      <w:r w:rsidRPr="00406BBE">
        <w:rPr>
          <w:rFonts w:cs="Times New Roman"/>
          <w:sz w:val="26"/>
          <w:szCs w:val="26"/>
        </w:rPr>
        <w:t xml:space="preserve"> </w:t>
      </w:r>
      <w:proofErr w:type="spellStart"/>
      <w:r w:rsidRPr="00406BBE">
        <w:rPr>
          <w:rFonts w:cs="Times New Roman"/>
          <w:sz w:val="26"/>
          <w:szCs w:val="26"/>
        </w:rPr>
        <w:t>kèm</w:t>
      </w:r>
      <w:proofErr w:type="spellEnd"/>
      <w:r w:rsidRPr="00406BBE">
        <w:rPr>
          <w:rFonts w:cs="Times New Roman"/>
          <w:sz w:val="26"/>
          <w:szCs w:val="26"/>
        </w:rPr>
        <w:t xml:space="preserve">:  </w:t>
      </w:r>
      <w:r w:rsidRPr="00406BBE">
        <w:rPr>
          <w:rFonts w:ascii="Segoe UI Symbol" w:hAnsi="Segoe UI Symbol" w:cs="Segoe UI Symbol"/>
          <w:sz w:val="26"/>
          <w:szCs w:val="26"/>
        </w:rPr>
        <w:t>☐</w:t>
      </w:r>
      <w:r w:rsidRPr="00406BBE">
        <w:rPr>
          <w:rFonts w:cs="Times New Roman"/>
          <w:sz w:val="26"/>
          <w:szCs w:val="26"/>
        </w:rPr>
        <w:t xml:space="preserve"> </w:t>
      </w:r>
      <w:proofErr w:type="spellStart"/>
      <w:r w:rsidRPr="00406BBE">
        <w:rPr>
          <w:rFonts w:cs="Times New Roman"/>
          <w:sz w:val="26"/>
          <w:szCs w:val="26"/>
        </w:rPr>
        <w:t>Có</w:t>
      </w:r>
      <w:proofErr w:type="spellEnd"/>
    </w:p>
    <w:p w14:paraId="7A1A59E4" w14:textId="77777777" w:rsidR="002B36D8" w:rsidRPr="00406BBE" w:rsidRDefault="002B36D8" w:rsidP="00BD3914">
      <w:pPr>
        <w:pStyle w:val="Heading1"/>
        <w:spacing w:before="120" w:after="120" w:line="240" w:lineRule="auto"/>
        <w:rPr>
          <w:rFonts w:ascii="Times New Roman" w:hAnsi="Times New Roman" w:cs="Times New Roman"/>
          <w:color w:val="auto"/>
          <w:sz w:val="26"/>
          <w:szCs w:val="26"/>
        </w:rPr>
      </w:pPr>
    </w:p>
    <w:p w14:paraId="157BB3E0" w14:textId="560ADF03" w:rsidR="00BB6FA2" w:rsidRPr="00406BBE" w:rsidRDefault="00222B21" w:rsidP="00BD3914">
      <w:pPr>
        <w:pStyle w:val="Heading1"/>
        <w:spacing w:before="120" w:after="120" w:line="240" w:lineRule="auto"/>
        <w:rPr>
          <w:rFonts w:ascii="Times New Roman" w:hAnsi="Times New Roman" w:cs="Times New Roman"/>
          <w:color w:val="auto"/>
          <w:sz w:val="26"/>
          <w:szCs w:val="26"/>
        </w:rPr>
      </w:pPr>
      <w:r w:rsidRPr="00406BBE">
        <w:rPr>
          <w:rFonts w:ascii="Times New Roman" w:hAnsi="Times New Roman" w:cs="Times New Roman"/>
          <w:color w:val="auto"/>
          <w:sz w:val="26"/>
          <w:szCs w:val="26"/>
        </w:rPr>
        <w:t>7. KÊ KHAI TÀI TRỢ TRÙNG LẶP (NẾU CÓ)</w:t>
      </w:r>
    </w:p>
    <w:p w14:paraId="45B05537" w14:textId="77777777" w:rsidR="00BB6FA2" w:rsidRPr="00406BBE" w:rsidRDefault="00222B21" w:rsidP="00863159">
      <w:pPr>
        <w:spacing w:before="120" w:after="120" w:line="240" w:lineRule="auto"/>
        <w:jc w:val="both"/>
        <w:rPr>
          <w:rFonts w:cs="Times New Roman"/>
          <w:sz w:val="26"/>
          <w:szCs w:val="26"/>
        </w:rPr>
      </w:pPr>
      <w:proofErr w:type="spellStart"/>
      <w:r w:rsidRPr="00406BBE">
        <w:rPr>
          <w:rFonts w:cs="Times New Roman"/>
          <w:i/>
          <w:sz w:val="26"/>
          <w:szCs w:val="26"/>
        </w:rPr>
        <w:t>Tôi</w:t>
      </w:r>
      <w:proofErr w:type="spellEnd"/>
      <w:r w:rsidRPr="00406BBE">
        <w:rPr>
          <w:rFonts w:cs="Times New Roman"/>
          <w:i/>
          <w:sz w:val="26"/>
          <w:szCs w:val="26"/>
        </w:rPr>
        <w:t xml:space="preserve"> </w:t>
      </w:r>
      <w:proofErr w:type="spellStart"/>
      <w:r w:rsidRPr="00406BBE">
        <w:rPr>
          <w:rFonts w:cs="Times New Roman"/>
          <w:i/>
          <w:sz w:val="26"/>
          <w:szCs w:val="26"/>
        </w:rPr>
        <w:t>kê</w:t>
      </w:r>
      <w:proofErr w:type="spellEnd"/>
      <w:r w:rsidRPr="00406BBE">
        <w:rPr>
          <w:rFonts w:cs="Times New Roman"/>
          <w:i/>
          <w:sz w:val="26"/>
          <w:szCs w:val="26"/>
        </w:rPr>
        <w:t xml:space="preserve"> </w:t>
      </w:r>
      <w:proofErr w:type="spellStart"/>
      <w:r w:rsidRPr="00406BBE">
        <w:rPr>
          <w:rFonts w:cs="Times New Roman"/>
          <w:i/>
          <w:sz w:val="26"/>
          <w:szCs w:val="26"/>
        </w:rPr>
        <w:t>khai</w:t>
      </w:r>
      <w:proofErr w:type="spellEnd"/>
      <w:r w:rsidRPr="00406BBE">
        <w:rPr>
          <w:rFonts w:cs="Times New Roman"/>
          <w:i/>
          <w:sz w:val="26"/>
          <w:szCs w:val="26"/>
        </w:rPr>
        <w:t xml:space="preserve"> </w:t>
      </w:r>
      <w:proofErr w:type="spellStart"/>
      <w:r w:rsidRPr="00406BBE">
        <w:rPr>
          <w:rFonts w:cs="Times New Roman"/>
          <w:i/>
          <w:sz w:val="26"/>
          <w:szCs w:val="26"/>
        </w:rPr>
        <w:t>các</w:t>
      </w:r>
      <w:proofErr w:type="spellEnd"/>
      <w:r w:rsidRPr="00406BBE">
        <w:rPr>
          <w:rFonts w:cs="Times New Roman"/>
          <w:i/>
          <w:sz w:val="26"/>
          <w:szCs w:val="26"/>
        </w:rPr>
        <w:t xml:space="preserve"> </w:t>
      </w:r>
      <w:proofErr w:type="spellStart"/>
      <w:r w:rsidRPr="00406BBE">
        <w:rPr>
          <w:rFonts w:cs="Times New Roman"/>
          <w:i/>
          <w:sz w:val="26"/>
          <w:szCs w:val="26"/>
        </w:rPr>
        <w:t>khoản</w:t>
      </w:r>
      <w:proofErr w:type="spellEnd"/>
      <w:r w:rsidRPr="00406BBE">
        <w:rPr>
          <w:rFonts w:cs="Times New Roman"/>
          <w:i/>
          <w:sz w:val="26"/>
          <w:szCs w:val="26"/>
        </w:rPr>
        <w:t xml:space="preserve"> </w:t>
      </w:r>
      <w:proofErr w:type="spellStart"/>
      <w:r w:rsidRPr="00406BBE">
        <w:rPr>
          <w:rFonts w:cs="Times New Roman"/>
          <w:i/>
          <w:sz w:val="26"/>
          <w:szCs w:val="26"/>
        </w:rPr>
        <w:t>kinh</w:t>
      </w:r>
      <w:proofErr w:type="spellEnd"/>
      <w:r w:rsidRPr="00406BBE">
        <w:rPr>
          <w:rFonts w:cs="Times New Roman"/>
          <w:i/>
          <w:sz w:val="26"/>
          <w:szCs w:val="26"/>
        </w:rPr>
        <w:t xml:space="preserve"> </w:t>
      </w:r>
      <w:proofErr w:type="spellStart"/>
      <w:r w:rsidRPr="00406BBE">
        <w:rPr>
          <w:rFonts w:cs="Times New Roman"/>
          <w:i/>
          <w:sz w:val="26"/>
          <w:szCs w:val="26"/>
        </w:rPr>
        <w:t>phí</w:t>
      </w:r>
      <w:proofErr w:type="spellEnd"/>
      <w:r w:rsidRPr="00406BBE">
        <w:rPr>
          <w:rFonts w:cs="Times New Roman"/>
          <w:i/>
          <w:sz w:val="26"/>
          <w:szCs w:val="26"/>
        </w:rPr>
        <w:t xml:space="preserve">/chi </w:t>
      </w:r>
      <w:proofErr w:type="spellStart"/>
      <w:r w:rsidRPr="00406BBE">
        <w:rPr>
          <w:rFonts w:cs="Times New Roman"/>
          <w:i/>
          <w:sz w:val="26"/>
          <w:szCs w:val="26"/>
        </w:rPr>
        <w:t>phí</w:t>
      </w:r>
      <w:proofErr w:type="spellEnd"/>
      <w:r w:rsidRPr="00406BBE">
        <w:rPr>
          <w:rFonts w:cs="Times New Roman"/>
          <w:i/>
          <w:sz w:val="26"/>
          <w:szCs w:val="26"/>
        </w:rPr>
        <w:t xml:space="preserve"> </w:t>
      </w:r>
      <w:proofErr w:type="spellStart"/>
      <w:r w:rsidRPr="00406BBE">
        <w:rPr>
          <w:rFonts w:cs="Times New Roman"/>
          <w:i/>
          <w:sz w:val="26"/>
          <w:szCs w:val="26"/>
        </w:rPr>
        <w:t>liên</w:t>
      </w:r>
      <w:proofErr w:type="spellEnd"/>
      <w:r w:rsidRPr="00406BBE">
        <w:rPr>
          <w:rFonts w:cs="Times New Roman"/>
          <w:i/>
          <w:sz w:val="26"/>
          <w:szCs w:val="26"/>
        </w:rPr>
        <w:t xml:space="preserve"> </w:t>
      </w:r>
      <w:proofErr w:type="spellStart"/>
      <w:r w:rsidRPr="00406BBE">
        <w:rPr>
          <w:rFonts w:cs="Times New Roman"/>
          <w:i/>
          <w:sz w:val="26"/>
          <w:szCs w:val="26"/>
        </w:rPr>
        <w:t>quan</w:t>
      </w:r>
      <w:proofErr w:type="spellEnd"/>
      <w:r w:rsidRPr="00406BBE">
        <w:rPr>
          <w:rFonts w:cs="Times New Roman"/>
          <w:i/>
          <w:sz w:val="26"/>
          <w:szCs w:val="26"/>
        </w:rPr>
        <w:t xml:space="preserve"> </w:t>
      </w:r>
      <w:proofErr w:type="spellStart"/>
      <w:r w:rsidRPr="00406BBE">
        <w:rPr>
          <w:rFonts w:cs="Times New Roman"/>
          <w:i/>
          <w:sz w:val="26"/>
          <w:szCs w:val="26"/>
        </w:rPr>
        <w:t>đến</w:t>
      </w:r>
      <w:proofErr w:type="spellEnd"/>
      <w:r w:rsidRPr="00406BBE">
        <w:rPr>
          <w:rFonts w:cs="Times New Roman"/>
          <w:i/>
          <w:sz w:val="26"/>
          <w:szCs w:val="26"/>
        </w:rPr>
        <w:t xml:space="preserve"> </w:t>
      </w:r>
      <w:proofErr w:type="spellStart"/>
      <w:r w:rsidRPr="00406BBE">
        <w:rPr>
          <w:rFonts w:cs="Times New Roman"/>
          <w:i/>
          <w:sz w:val="26"/>
          <w:szCs w:val="26"/>
        </w:rPr>
        <w:t>việc</w:t>
      </w:r>
      <w:proofErr w:type="spellEnd"/>
      <w:r w:rsidRPr="00406BBE">
        <w:rPr>
          <w:rFonts w:cs="Times New Roman"/>
          <w:i/>
          <w:sz w:val="26"/>
          <w:szCs w:val="26"/>
        </w:rPr>
        <w:t xml:space="preserve"> </w:t>
      </w:r>
      <w:proofErr w:type="spellStart"/>
      <w:r w:rsidRPr="00406BBE">
        <w:rPr>
          <w:rFonts w:cs="Times New Roman"/>
          <w:i/>
          <w:sz w:val="26"/>
          <w:szCs w:val="26"/>
        </w:rPr>
        <w:t>tham</w:t>
      </w:r>
      <w:proofErr w:type="spellEnd"/>
      <w:r w:rsidRPr="00406BBE">
        <w:rPr>
          <w:rFonts w:cs="Times New Roman"/>
          <w:i/>
          <w:sz w:val="26"/>
          <w:szCs w:val="26"/>
        </w:rPr>
        <w:t xml:space="preserve"> </w:t>
      </w:r>
      <w:proofErr w:type="spellStart"/>
      <w:r w:rsidRPr="00406BBE">
        <w:rPr>
          <w:rFonts w:cs="Times New Roman"/>
          <w:i/>
          <w:sz w:val="26"/>
          <w:szCs w:val="26"/>
        </w:rPr>
        <w:t>dự</w:t>
      </w:r>
      <w:proofErr w:type="spellEnd"/>
      <w:r w:rsidRPr="00406BBE">
        <w:rPr>
          <w:rFonts w:cs="Times New Roman"/>
          <w:i/>
          <w:sz w:val="26"/>
          <w:szCs w:val="26"/>
        </w:rPr>
        <w:t xml:space="preserve"> </w:t>
      </w:r>
      <w:proofErr w:type="spellStart"/>
      <w:r w:rsidRPr="00406BBE">
        <w:rPr>
          <w:rFonts w:cs="Times New Roman"/>
          <w:i/>
          <w:sz w:val="26"/>
          <w:szCs w:val="26"/>
        </w:rPr>
        <w:t>Đại</w:t>
      </w:r>
      <w:proofErr w:type="spellEnd"/>
      <w:r w:rsidRPr="00406BBE">
        <w:rPr>
          <w:rFonts w:cs="Times New Roman"/>
          <w:i/>
          <w:sz w:val="26"/>
          <w:szCs w:val="26"/>
        </w:rPr>
        <w:t xml:space="preserve"> </w:t>
      </w:r>
      <w:proofErr w:type="spellStart"/>
      <w:r w:rsidRPr="00406BBE">
        <w:rPr>
          <w:rFonts w:cs="Times New Roman"/>
          <w:i/>
          <w:sz w:val="26"/>
          <w:szCs w:val="26"/>
        </w:rPr>
        <w:t>hội</w:t>
      </w:r>
      <w:proofErr w:type="spellEnd"/>
      <w:r w:rsidRPr="00406BBE">
        <w:rPr>
          <w:rFonts w:cs="Times New Roman"/>
          <w:i/>
          <w:sz w:val="26"/>
          <w:szCs w:val="26"/>
        </w:rPr>
        <w:t xml:space="preserve"> </w:t>
      </w:r>
      <w:proofErr w:type="spellStart"/>
      <w:r w:rsidRPr="00406BBE">
        <w:rPr>
          <w:rFonts w:cs="Times New Roman"/>
          <w:i/>
          <w:sz w:val="26"/>
          <w:szCs w:val="26"/>
        </w:rPr>
        <w:t>này</w:t>
      </w:r>
      <w:proofErr w:type="spellEnd"/>
      <w:r w:rsidRPr="00406BBE">
        <w:rPr>
          <w:rFonts w:cs="Times New Roman"/>
          <w:i/>
          <w:sz w:val="26"/>
          <w:szCs w:val="26"/>
        </w:rPr>
        <w:t xml:space="preserve"> </w:t>
      </w:r>
      <w:proofErr w:type="spellStart"/>
      <w:r w:rsidRPr="00406BBE">
        <w:rPr>
          <w:rFonts w:cs="Times New Roman"/>
          <w:i/>
          <w:sz w:val="26"/>
          <w:szCs w:val="26"/>
        </w:rPr>
        <w:t>đã</w:t>
      </w:r>
      <w:proofErr w:type="spellEnd"/>
      <w:r w:rsidRPr="00406BBE">
        <w:rPr>
          <w:rFonts w:cs="Times New Roman"/>
          <w:i/>
          <w:sz w:val="26"/>
          <w:szCs w:val="26"/>
        </w:rPr>
        <w:t xml:space="preserve"> </w:t>
      </w:r>
      <w:proofErr w:type="spellStart"/>
      <w:r w:rsidRPr="00406BBE">
        <w:rPr>
          <w:rFonts w:cs="Times New Roman"/>
          <w:i/>
          <w:sz w:val="26"/>
          <w:szCs w:val="26"/>
        </w:rPr>
        <w:t>được</w:t>
      </w:r>
      <w:proofErr w:type="spellEnd"/>
      <w:r w:rsidRPr="00406BBE">
        <w:rPr>
          <w:rFonts w:cs="Times New Roman"/>
          <w:i/>
          <w:sz w:val="26"/>
          <w:szCs w:val="26"/>
        </w:rPr>
        <w:t xml:space="preserve"> Ban </w:t>
      </w:r>
      <w:proofErr w:type="spellStart"/>
      <w:r w:rsidRPr="00406BBE">
        <w:rPr>
          <w:rFonts w:cs="Times New Roman"/>
          <w:i/>
          <w:sz w:val="26"/>
          <w:szCs w:val="26"/>
        </w:rPr>
        <w:t>Tổ</w:t>
      </w:r>
      <w:proofErr w:type="spellEnd"/>
      <w:r w:rsidRPr="00406BBE">
        <w:rPr>
          <w:rFonts w:cs="Times New Roman"/>
          <w:i/>
          <w:sz w:val="26"/>
          <w:szCs w:val="26"/>
        </w:rPr>
        <w:t xml:space="preserve"> </w:t>
      </w:r>
      <w:proofErr w:type="spellStart"/>
      <w:r w:rsidRPr="00406BBE">
        <w:rPr>
          <w:rFonts w:cs="Times New Roman"/>
          <w:i/>
          <w:sz w:val="26"/>
          <w:szCs w:val="26"/>
        </w:rPr>
        <w:t>chức</w:t>
      </w:r>
      <w:proofErr w:type="spellEnd"/>
      <w:r w:rsidRPr="00406BBE">
        <w:rPr>
          <w:rFonts w:cs="Times New Roman"/>
          <w:i/>
          <w:sz w:val="26"/>
          <w:szCs w:val="26"/>
        </w:rPr>
        <w:t xml:space="preserve">, </w:t>
      </w:r>
      <w:proofErr w:type="spellStart"/>
      <w:r w:rsidRPr="00406BBE">
        <w:rPr>
          <w:rFonts w:cs="Times New Roman"/>
          <w:i/>
          <w:sz w:val="26"/>
          <w:szCs w:val="26"/>
        </w:rPr>
        <w:t>phía</w:t>
      </w:r>
      <w:proofErr w:type="spellEnd"/>
      <w:r w:rsidRPr="00406BBE">
        <w:rPr>
          <w:rFonts w:cs="Times New Roman"/>
          <w:i/>
          <w:sz w:val="26"/>
          <w:szCs w:val="26"/>
        </w:rPr>
        <w:t xml:space="preserve"> Nga </w:t>
      </w:r>
      <w:proofErr w:type="spellStart"/>
      <w:r w:rsidRPr="00406BBE">
        <w:rPr>
          <w:rFonts w:cs="Times New Roman"/>
          <w:i/>
          <w:sz w:val="26"/>
          <w:szCs w:val="26"/>
        </w:rPr>
        <w:t>hoặc</w:t>
      </w:r>
      <w:proofErr w:type="spellEnd"/>
      <w:r w:rsidRPr="00406BBE">
        <w:rPr>
          <w:rFonts w:cs="Times New Roman"/>
          <w:i/>
          <w:sz w:val="26"/>
          <w:szCs w:val="26"/>
        </w:rPr>
        <w:t xml:space="preserve"> </w:t>
      </w:r>
      <w:proofErr w:type="spellStart"/>
      <w:r w:rsidRPr="00406BBE">
        <w:rPr>
          <w:rFonts w:cs="Times New Roman"/>
          <w:i/>
          <w:sz w:val="26"/>
          <w:szCs w:val="26"/>
        </w:rPr>
        <w:t>tổ</w:t>
      </w:r>
      <w:proofErr w:type="spellEnd"/>
      <w:r w:rsidRPr="00406BBE">
        <w:rPr>
          <w:rFonts w:cs="Times New Roman"/>
          <w:i/>
          <w:sz w:val="26"/>
          <w:szCs w:val="26"/>
        </w:rPr>
        <w:t xml:space="preserve"> </w:t>
      </w:r>
      <w:proofErr w:type="spellStart"/>
      <w:r w:rsidRPr="00406BBE">
        <w:rPr>
          <w:rFonts w:cs="Times New Roman"/>
          <w:i/>
          <w:sz w:val="26"/>
          <w:szCs w:val="26"/>
        </w:rPr>
        <w:t>chức</w:t>
      </w:r>
      <w:proofErr w:type="spellEnd"/>
      <w:r w:rsidRPr="00406BBE">
        <w:rPr>
          <w:rFonts w:cs="Times New Roman"/>
          <w:i/>
          <w:sz w:val="26"/>
          <w:szCs w:val="26"/>
        </w:rPr>
        <w:t xml:space="preserve"> </w:t>
      </w:r>
      <w:proofErr w:type="spellStart"/>
      <w:r w:rsidRPr="00406BBE">
        <w:rPr>
          <w:rFonts w:cs="Times New Roman"/>
          <w:i/>
          <w:sz w:val="26"/>
          <w:szCs w:val="26"/>
        </w:rPr>
        <w:t>khác</w:t>
      </w:r>
      <w:proofErr w:type="spellEnd"/>
      <w:r w:rsidRPr="00406BBE">
        <w:rPr>
          <w:rFonts w:cs="Times New Roman"/>
          <w:i/>
          <w:sz w:val="26"/>
          <w:szCs w:val="26"/>
        </w:rPr>
        <w:t xml:space="preserve"> cam </w:t>
      </w:r>
      <w:proofErr w:type="spellStart"/>
      <w:r w:rsidRPr="00406BBE">
        <w:rPr>
          <w:rFonts w:cs="Times New Roman"/>
          <w:i/>
          <w:sz w:val="26"/>
          <w:szCs w:val="26"/>
        </w:rPr>
        <w:t>kết</w:t>
      </w:r>
      <w:proofErr w:type="spellEnd"/>
      <w:r w:rsidRPr="00406BBE">
        <w:rPr>
          <w:rFonts w:cs="Times New Roman"/>
          <w:i/>
          <w:sz w:val="26"/>
          <w:szCs w:val="26"/>
        </w:rPr>
        <w:t>/</w:t>
      </w:r>
      <w:proofErr w:type="spellStart"/>
      <w:r w:rsidRPr="00406BBE">
        <w:rPr>
          <w:rFonts w:cs="Times New Roman"/>
          <w:i/>
          <w:sz w:val="26"/>
          <w:szCs w:val="26"/>
        </w:rPr>
        <w:t>đài</w:t>
      </w:r>
      <w:proofErr w:type="spellEnd"/>
      <w:r w:rsidRPr="00406BBE">
        <w:rPr>
          <w:rFonts w:cs="Times New Roman"/>
          <w:i/>
          <w:sz w:val="26"/>
          <w:szCs w:val="26"/>
        </w:rPr>
        <w:t xml:space="preserve"> </w:t>
      </w:r>
      <w:proofErr w:type="spellStart"/>
      <w:r w:rsidRPr="00406BBE">
        <w:rPr>
          <w:rFonts w:cs="Times New Roman"/>
          <w:i/>
          <w:sz w:val="26"/>
          <w:szCs w:val="26"/>
        </w:rPr>
        <w:t>thọ</w:t>
      </w:r>
      <w:proofErr w:type="spellEnd"/>
      <w:r w:rsidRPr="00406BBE">
        <w:rPr>
          <w:rFonts w:cs="Times New Roman"/>
          <w:i/>
          <w:sz w:val="26"/>
          <w:szCs w:val="26"/>
        </w:rPr>
        <w:t xml:space="preserve"> (</w:t>
      </w:r>
      <w:proofErr w:type="spellStart"/>
      <w:r w:rsidRPr="00406BBE">
        <w:rPr>
          <w:rFonts w:cs="Times New Roman"/>
          <w:i/>
          <w:sz w:val="26"/>
          <w:szCs w:val="26"/>
        </w:rPr>
        <w:t>nếu</w:t>
      </w:r>
      <w:proofErr w:type="spellEnd"/>
      <w:r w:rsidRPr="00406BBE">
        <w:rPr>
          <w:rFonts w:cs="Times New Roman"/>
          <w:i/>
          <w:sz w:val="26"/>
          <w:szCs w:val="26"/>
        </w:rPr>
        <w:t xml:space="preserve"> </w:t>
      </w:r>
      <w:proofErr w:type="spellStart"/>
      <w:r w:rsidRPr="00406BBE">
        <w:rPr>
          <w:rFonts w:cs="Times New Roman"/>
          <w:i/>
          <w:sz w:val="26"/>
          <w:szCs w:val="26"/>
        </w:rPr>
        <w:t>có</w:t>
      </w:r>
      <w:proofErr w:type="spellEnd"/>
      <w:r w:rsidRPr="00406BBE">
        <w:rPr>
          <w:rFonts w:cs="Times New Roman"/>
          <w:i/>
          <w:sz w:val="26"/>
          <w:szCs w:val="26"/>
        </w:rPr>
        <w:t xml:space="preserve">), </w:t>
      </w:r>
      <w:proofErr w:type="spellStart"/>
      <w:r w:rsidRPr="00406BBE">
        <w:rPr>
          <w:rFonts w:cs="Times New Roman"/>
          <w:i/>
          <w:sz w:val="26"/>
          <w:szCs w:val="26"/>
        </w:rPr>
        <w:t>để</w:t>
      </w:r>
      <w:proofErr w:type="spellEnd"/>
      <w:r w:rsidRPr="00406BBE">
        <w:rPr>
          <w:rFonts w:cs="Times New Roman"/>
          <w:i/>
          <w:sz w:val="26"/>
          <w:szCs w:val="26"/>
        </w:rPr>
        <w:t xml:space="preserve"> </w:t>
      </w:r>
      <w:proofErr w:type="spellStart"/>
      <w:r w:rsidRPr="00406BBE">
        <w:rPr>
          <w:rFonts w:cs="Times New Roman"/>
          <w:i/>
          <w:sz w:val="26"/>
          <w:szCs w:val="26"/>
        </w:rPr>
        <w:t>Quỹ</w:t>
      </w:r>
      <w:proofErr w:type="spellEnd"/>
      <w:r w:rsidRPr="00406BBE">
        <w:rPr>
          <w:rFonts w:cs="Times New Roman"/>
          <w:i/>
          <w:sz w:val="26"/>
          <w:szCs w:val="26"/>
        </w:rPr>
        <w:t xml:space="preserve"> </w:t>
      </w:r>
      <w:proofErr w:type="spellStart"/>
      <w:r w:rsidRPr="00406BBE">
        <w:rPr>
          <w:rFonts w:cs="Times New Roman"/>
          <w:i/>
          <w:sz w:val="26"/>
          <w:szCs w:val="26"/>
        </w:rPr>
        <w:t>xem</w:t>
      </w:r>
      <w:proofErr w:type="spellEnd"/>
      <w:r w:rsidRPr="00406BBE">
        <w:rPr>
          <w:rFonts w:cs="Times New Roman"/>
          <w:i/>
          <w:sz w:val="26"/>
          <w:szCs w:val="26"/>
        </w:rPr>
        <w:t xml:space="preserve"> </w:t>
      </w:r>
      <w:proofErr w:type="spellStart"/>
      <w:r w:rsidRPr="00406BBE">
        <w:rPr>
          <w:rFonts w:cs="Times New Roman"/>
          <w:i/>
          <w:sz w:val="26"/>
          <w:szCs w:val="26"/>
        </w:rPr>
        <w:t>xét</w:t>
      </w:r>
      <w:proofErr w:type="spellEnd"/>
      <w:r w:rsidRPr="00406BBE">
        <w:rPr>
          <w:rFonts w:cs="Times New Roman"/>
          <w:i/>
          <w:sz w:val="26"/>
          <w:szCs w:val="26"/>
        </w:rPr>
        <w:t xml:space="preserve"> </w:t>
      </w:r>
      <w:proofErr w:type="spellStart"/>
      <w:r w:rsidRPr="00406BBE">
        <w:rPr>
          <w:rFonts w:cs="Times New Roman"/>
          <w:i/>
          <w:sz w:val="26"/>
          <w:szCs w:val="26"/>
        </w:rPr>
        <w:t>nguyên</w:t>
      </w:r>
      <w:proofErr w:type="spellEnd"/>
      <w:r w:rsidRPr="00406BBE">
        <w:rPr>
          <w:rFonts w:cs="Times New Roman"/>
          <w:i/>
          <w:sz w:val="26"/>
          <w:szCs w:val="26"/>
        </w:rPr>
        <w:t xml:space="preserve"> </w:t>
      </w:r>
      <w:proofErr w:type="spellStart"/>
      <w:r w:rsidRPr="00406BBE">
        <w:rPr>
          <w:rFonts w:cs="Times New Roman"/>
          <w:i/>
          <w:sz w:val="26"/>
          <w:szCs w:val="26"/>
        </w:rPr>
        <w:t>tắc</w:t>
      </w:r>
      <w:proofErr w:type="spellEnd"/>
      <w:r w:rsidRPr="00406BBE">
        <w:rPr>
          <w:rFonts w:cs="Times New Roman"/>
          <w:i/>
          <w:sz w:val="26"/>
          <w:szCs w:val="26"/>
        </w:rPr>
        <w:t xml:space="preserve"> </w:t>
      </w:r>
      <w:proofErr w:type="spellStart"/>
      <w:r w:rsidRPr="00406BBE">
        <w:rPr>
          <w:rFonts w:cs="Times New Roman"/>
          <w:i/>
          <w:sz w:val="26"/>
          <w:szCs w:val="26"/>
        </w:rPr>
        <w:t>không</w:t>
      </w:r>
      <w:proofErr w:type="spellEnd"/>
      <w:r w:rsidRPr="00406BBE">
        <w:rPr>
          <w:rFonts w:cs="Times New Roman"/>
          <w:i/>
          <w:sz w:val="26"/>
          <w:szCs w:val="26"/>
        </w:rPr>
        <w:t xml:space="preserve"> </w:t>
      </w:r>
      <w:proofErr w:type="spellStart"/>
      <w:r w:rsidRPr="00406BBE">
        <w:rPr>
          <w:rFonts w:cs="Times New Roman"/>
          <w:i/>
          <w:sz w:val="26"/>
          <w:szCs w:val="26"/>
        </w:rPr>
        <w:t>thanh</w:t>
      </w:r>
      <w:proofErr w:type="spellEnd"/>
      <w:r w:rsidRPr="00406BBE">
        <w:rPr>
          <w:rFonts w:cs="Times New Roman"/>
          <w:i/>
          <w:sz w:val="26"/>
          <w:szCs w:val="26"/>
        </w:rPr>
        <w:t xml:space="preserve"> </w:t>
      </w:r>
      <w:proofErr w:type="spellStart"/>
      <w:r w:rsidRPr="00406BBE">
        <w:rPr>
          <w:rFonts w:cs="Times New Roman"/>
          <w:i/>
          <w:sz w:val="26"/>
          <w:szCs w:val="26"/>
        </w:rPr>
        <w:t>toán</w:t>
      </w:r>
      <w:proofErr w:type="spellEnd"/>
      <w:r w:rsidRPr="00406BBE">
        <w:rPr>
          <w:rFonts w:cs="Times New Roman"/>
          <w:i/>
          <w:sz w:val="26"/>
          <w:szCs w:val="26"/>
        </w:rPr>
        <w:t xml:space="preserve"> </w:t>
      </w:r>
      <w:proofErr w:type="spellStart"/>
      <w:r w:rsidRPr="00406BBE">
        <w:rPr>
          <w:rFonts w:cs="Times New Roman"/>
          <w:i/>
          <w:sz w:val="26"/>
          <w:szCs w:val="26"/>
        </w:rPr>
        <w:t>trùng</w:t>
      </w:r>
      <w:proofErr w:type="spellEnd"/>
      <w:r w:rsidRPr="00406BBE">
        <w:rPr>
          <w:rFonts w:cs="Times New Roman"/>
          <w:i/>
          <w:sz w:val="26"/>
          <w:szCs w:val="26"/>
        </w:rPr>
        <w:t>:</w:t>
      </w:r>
    </w:p>
    <w:p w14:paraId="29EA29A4" w14:textId="71D02583" w:rsidR="003E4107" w:rsidRPr="00406BBE" w:rsidRDefault="00222B21" w:rsidP="00BD3914">
      <w:pPr>
        <w:spacing w:before="120" w:after="120" w:line="240" w:lineRule="auto"/>
        <w:rPr>
          <w:rFonts w:cs="Times New Roman"/>
          <w:sz w:val="26"/>
          <w:szCs w:val="26"/>
        </w:rPr>
      </w:pPr>
      <w:proofErr w:type="spellStart"/>
      <w:r w:rsidRPr="00406BBE">
        <w:rPr>
          <w:rFonts w:cs="Times New Roman"/>
          <w:sz w:val="26"/>
          <w:szCs w:val="26"/>
        </w:rPr>
        <w:t>Đơn</w:t>
      </w:r>
      <w:proofErr w:type="spellEnd"/>
      <w:r w:rsidRPr="00406BBE">
        <w:rPr>
          <w:rFonts w:cs="Times New Roman"/>
          <w:sz w:val="26"/>
          <w:szCs w:val="26"/>
        </w:rPr>
        <w:t xml:space="preserve"> </w:t>
      </w:r>
      <w:proofErr w:type="spellStart"/>
      <w:r w:rsidRPr="00406BBE">
        <w:rPr>
          <w:rFonts w:cs="Times New Roman"/>
          <w:sz w:val="26"/>
          <w:szCs w:val="26"/>
        </w:rPr>
        <w:t>vị</w:t>
      </w:r>
      <w:proofErr w:type="spellEnd"/>
      <w:r w:rsidRPr="00406BBE">
        <w:rPr>
          <w:rFonts w:cs="Times New Roman"/>
          <w:sz w:val="26"/>
          <w:szCs w:val="26"/>
        </w:rPr>
        <w:t xml:space="preserve"> </w:t>
      </w:r>
      <w:proofErr w:type="spellStart"/>
      <w:r w:rsidRPr="00406BBE">
        <w:rPr>
          <w:rFonts w:cs="Times New Roman"/>
          <w:sz w:val="26"/>
          <w:szCs w:val="26"/>
        </w:rPr>
        <w:t>tài</w:t>
      </w:r>
      <w:proofErr w:type="spellEnd"/>
      <w:r w:rsidRPr="00406BBE">
        <w:rPr>
          <w:rFonts w:cs="Times New Roman"/>
          <w:sz w:val="26"/>
          <w:szCs w:val="26"/>
        </w:rPr>
        <w:t xml:space="preserve"> </w:t>
      </w:r>
      <w:proofErr w:type="spellStart"/>
      <w:r w:rsidRPr="00406BBE">
        <w:rPr>
          <w:rFonts w:cs="Times New Roman"/>
          <w:sz w:val="26"/>
          <w:szCs w:val="26"/>
        </w:rPr>
        <w:t>trợ</w:t>
      </w:r>
      <w:proofErr w:type="spellEnd"/>
      <w:r w:rsidRPr="00406BBE">
        <w:rPr>
          <w:rFonts w:cs="Times New Roman"/>
          <w:sz w:val="26"/>
          <w:szCs w:val="26"/>
        </w:rPr>
        <w:t>: ............................................</w:t>
      </w:r>
      <w:r w:rsidR="0029031A" w:rsidRPr="00406BBE">
        <w:rPr>
          <w:rFonts w:cs="Times New Roman"/>
          <w:sz w:val="26"/>
          <w:szCs w:val="26"/>
        </w:rPr>
        <w:t>..................................................................</w:t>
      </w:r>
      <w:r w:rsidRPr="00406BBE">
        <w:rPr>
          <w:rFonts w:cs="Times New Roman"/>
          <w:sz w:val="26"/>
          <w:szCs w:val="26"/>
        </w:rPr>
        <w:t xml:space="preserve">......... </w:t>
      </w:r>
    </w:p>
    <w:p w14:paraId="18C20BB4" w14:textId="2F7F0210" w:rsidR="00BB6FA2" w:rsidRPr="00406BBE" w:rsidRDefault="00222B21" w:rsidP="00BD3914">
      <w:pPr>
        <w:spacing w:before="120" w:after="120" w:line="240" w:lineRule="auto"/>
        <w:rPr>
          <w:rFonts w:cs="Times New Roman"/>
          <w:sz w:val="26"/>
          <w:szCs w:val="26"/>
        </w:rPr>
      </w:pPr>
      <w:proofErr w:type="spellStart"/>
      <w:r w:rsidRPr="00406BBE">
        <w:rPr>
          <w:rFonts w:cs="Times New Roman"/>
          <w:sz w:val="26"/>
          <w:szCs w:val="26"/>
        </w:rPr>
        <w:t>Khoản</w:t>
      </w:r>
      <w:proofErr w:type="spellEnd"/>
      <w:r w:rsidRPr="00406BBE">
        <w:rPr>
          <w:rFonts w:cs="Times New Roman"/>
          <w:sz w:val="26"/>
          <w:szCs w:val="26"/>
        </w:rPr>
        <w:t xml:space="preserve"> </w:t>
      </w:r>
      <w:proofErr w:type="spellStart"/>
      <w:r w:rsidRPr="00406BBE">
        <w:rPr>
          <w:rFonts w:cs="Times New Roman"/>
          <w:sz w:val="26"/>
          <w:szCs w:val="26"/>
        </w:rPr>
        <w:t>mục</w:t>
      </w:r>
      <w:proofErr w:type="spellEnd"/>
      <w:r w:rsidRPr="00406BBE">
        <w:rPr>
          <w:rFonts w:cs="Times New Roman"/>
          <w:sz w:val="26"/>
          <w:szCs w:val="26"/>
        </w:rPr>
        <w:t xml:space="preserve"> </w:t>
      </w:r>
      <w:proofErr w:type="spellStart"/>
      <w:r w:rsidRPr="00406BBE">
        <w:rPr>
          <w:rFonts w:cs="Times New Roman"/>
          <w:sz w:val="26"/>
          <w:szCs w:val="26"/>
        </w:rPr>
        <w:t>được</w:t>
      </w:r>
      <w:proofErr w:type="spellEnd"/>
      <w:r w:rsidRPr="00406BBE">
        <w:rPr>
          <w:rFonts w:cs="Times New Roman"/>
          <w:sz w:val="26"/>
          <w:szCs w:val="26"/>
        </w:rPr>
        <w:t xml:space="preserve"> </w:t>
      </w:r>
      <w:proofErr w:type="spellStart"/>
      <w:r w:rsidRPr="00406BBE">
        <w:rPr>
          <w:rFonts w:cs="Times New Roman"/>
          <w:sz w:val="26"/>
          <w:szCs w:val="26"/>
        </w:rPr>
        <w:t>tài</w:t>
      </w:r>
      <w:proofErr w:type="spellEnd"/>
      <w:r w:rsidRPr="00406BBE">
        <w:rPr>
          <w:rFonts w:cs="Times New Roman"/>
          <w:sz w:val="26"/>
          <w:szCs w:val="26"/>
        </w:rPr>
        <w:t xml:space="preserve"> </w:t>
      </w:r>
      <w:proofErr w:type="spellStart"/>
      <w:r w:rsidRPr="00406BBE">
        <w:rPr>
          <w:rFonts w:cs="Times New Roman"/>
          <w:sz w:val="26"/>
          <w:szCs w:val="26"/>
        </w:rPr>
        <w:t>trợ</w:t>
      </w:r>
      <w:proofErr w:type="spellEnd"/>
      <w:r w:rsidRPr="00406BBE">
        <w:rPr>
          <w:rFonts w:cs="Times New Roman"/>
          <w:sz w:val="26"/>
          <w:szCs w:val="26"/>
        </w:rPr>
        <w:t>: ........</w:t>
      </w:r>
      <w:r w:rsidR="0029031A" w:rsidRPr="00406BBE">
        <w:rPr>
          <w:rFonts w:cs="Times New Roman"/>
          <w:sz w:val="26"/>
          <w:szCs w:val="26"/>
        </w:rPr>
        <w:t>.......................................................................</w:t>
      </w:r>
      <w:r w:rsidRPr="00406BBE">
        <w:rPr>
          <w:rFonts w:cs="Times New Roman"/>
          <w:sz w:val="26"/>
          <w:szCs w:val="26"/>
        </w:rPr>
        <w:t>........................</w:t>
      </w:r>
    </w:p>
    <w:p w14:paraId="6747C15E" w14:textId="4CA9CDEF" w:rsidR="00BB6FA2" w:rsidRPr="00406BBE" w:rsidRDefault="00222B21" w:rsidP="00BD3914">
      <w:pPr>
        <w:spacing w:before="120" w:after="120" w:line="240" w:lineRule="auto"/>
        <w:rPr>
          <w:rFonts w:cs="Times New Roman"/>
          <w:sz w:val="26"/>
          <w:szCs w:val="26"/>
        </w:rPr>
      </w:pPr>
      <w:proofErr w:type="spellStart"/>
      <w:r w:rsidRPr="00406BBE">
        <w:rPr>
          <w:rFonts w:cs="Times New Roman"/>
          <w:sz w:val="26"/>
          <w:szCs w:val="26"/>
        </w:rPr>
        <w:t>Giá</w:t>
      </w:r>
      <w:proofErr w:type="spellEnd"/>
      <w:r w:rsidRPr="00406BBE">
        <w:rPr>
          <w:rFonts w:cs="Times New Roman"/>
          <w:sz w:val="26"/>
          <w:szCs w:val="26"/>
        </w:rPr>
        <w:t xml:space="preserve"> </w:t>
      </w:r>
      <w:proofErr w:type="spellStart"/>
      <w:r w:rsidRPr="00406BBE">
        <w:rPr>
          <w:rFonts w:cs="Times New Roman"/>
          <w:sz w:val="26"/>
          <w:szCs w:val="26"/>
        </w:rPr>
        <w:t>trị</w:t>
      </w:r>
      <w:proofErr w:type="spellEnd"/>
      <w:r w:rsidRPr="00406BBE">
        <w:rPr>
          <w:rFonts w:cs="Times New Roman"/>
          <w:sz w:val="26"/>
          <w:szCs w:val="26"/>
        </w:rPr>
        <w:t>/</w:t>
      </w:r>
      <w:proofErr w:type="spellStart"/>
      <w:r w:rsidRPr="00406BBE">
        <w:rPr>
          <w:rFonts w:cs="Times New Roman"/>
          <w:sz w:val="26"/>
          <w:szCs w:val="26"/>
        </w:rPr>
        <w:t>thời</w:t>
      </w:r>
      <w:proofErr w:type="spellEnd"/>
      <w:r w:rsidRPr="00406BBE">
        <w:rPr>
          <w:rFonts w:cs="Times New Roman"/>
          <w:sz w:val="26"/>
          <w:szCs w:val="26"/>
        </w:rPr>
        <w:t xml:space="preserve"> </w:t>
      </w:r>
      <w:proofErr w:type="spellStart"/>
      <w:r w:rsidRPr="00406BBE">
        <w:rPr>
          <w:rFonts w:cs="Times New Roman"/>
          <w:sz w:val="26"/>
          <w:szCs w:val="26"/>
        </w:rPr>
        <w:t>gian</w:t>
      </w:r>
      <w:proofErr w:type="spellEnd"/>
      <w:r w:rsidRPr="00406BBE">
        <w:rPr>
          <w:rFonts w:cs="Times New Roman"/>
          <w:sz w:val="26"/>
          <w:szCs w:val="26"/>
        </w:rPr>
        <w:t>/</w:t>
      </w:r>
      <w:proofErr w:type="spellStart"/>
      <w:r w:rsidRPr="00406BBE">
        <w:rPr>
          <w:rFonts w:cs="Times New Roman"/>
          <w:sz w:val="26"/>
          <w:szCs w:val="26"/>
        </w:rPr>
        <w:t>phạm</w:t>
      </w:r>
      <w:proofErr w:type="spellEnd"/>
      <w:r w:rsidRPr="00406BBE">
        <w:rPr>
          <w:rFonts w:cs="Times New Roman"/>
          <w:sz w:val="26"/>
          <w:szCs w:val="26"/>
        </w:rPr>
        <w:t xml:space="preserve"> vi </w:t>
      </w:r>
      <w:proofErr w:type="spellStart"/>
      <w:r w:rsidRPr="00406BBE">
        <w:rPr>
          <w:rFonts w:cs="Times New Roman"/>
          <w:sz w:val="26"/>
          <w:szCs w:val="26"/>
        </w:rPr>
        <w:t>hỗ</w:t>
      </w:r>
      <w:proofErr w:type="spellEnd"/>
      <w:r w:rsidRPr="00406BBE">
        <w:rPr>
          <w:rFonts w:cs="Times New Roman"/>
          <w:sz w:val="26"/>
          <w:szCs w:val="26"/>
        </w:rPr>
        <w:t xml:space="preserve"> </w:t>
      </w:r>
      <w:proofErr w:type="gramStart"/>
      <w:r w:rsidRPr="00406BBE">
        <w:rPr>
          <w:rFonts w:cs="Times New Roman"/>
          <w:sz w:val="26"/>
          <w:szCs w:val="26"/>
        </w:rPr>
        <w:t>trợ:............................................................................................</w:t>
      </w:r>
      <w:proofErr w:type="gramEnd"/>
    </w:p>
    <w:p w14:paraId="46D23034" w14:textId="77777777" w:rsidR="00BB6FA2" w:rsidRPr="00406BBE" w:rsidRDefault="00222B21" w:rsidP="00BD3914">
      <w:pPr>
        <w:spacing w:before="120" w:after="120" w:line="240" w:lineRule="auto"/>
        <w:rPr>
          <w:rFonts w:cs="Times New Roman"/>
          <w:sz w:val="26"/>
          <w:szCs w:val="26"/>
        </w:rPr>
      </w:pPr>
      <w:r w:rsidRPr="00406BBE">
        <w:rPr>
          <w:rFonts w:ascii="Segoe UI Symbol" w:hAnsi="Segoe UI Symbol" w:cs="Segoe UI Symbol"/>
          <w:sz w:val="26"/>
          <w:szCs w:val="26"/>
        </w:rPr>
        <w:t>☐</w:t>
      </w:r>
      <w:r w:rsidRPr="00406BBE">
        <w:rPr>
          <w:rFonts w:cs="Times New Roman"/>
          <w:sz w:val="26"/>
          <w:szCs w:val="26"/>
        </w:rPr>
        <w:t xml:space="preserve"> </w:t>
      </w:r>
      <w:proofErr w:type="spellStart"/>
      <w:r w:rsidRPr="00406BBE">
        <w:rPr>
          <w:rFonts w:cs="Times New Roman"/>
          <w:sz w:val="26"/>
          <w:szCs w:val="26"/>
        </w:rPr>
        <w:t>Không</w:t>
      </w:r>
      <w:proofErr w:type="spellEnd"/>
      <w:r w:rsidRPr="00406BBE">
        <w:rPr>
          <w:rFonts w:cs="Times New Roman"/>
          <w:sz w:val="26"/>
          <w:szCs w:val="26"/>
        </w:rPr>
        <w:t xml:space="preserve"> </w:t>
      </w:r>
      <w:proofErr w:type="spellStart"/>
      <w:r w:rsidRPr="00406BBE">
        <w:rPr>
          <w:rFonts w:cs="Times New Roman"/>
          <w:sz w:val="26"/>
          <w:szCs w:val="26"/>
        </w:rPr>
        <w:t>có</w:t>
      </w:r>
      <w:proofErr w:type="spellEnd"/>
      <w:r w:rsidRPr="00406BBE">
        <w:rPr>
          <w:rFonts w:cs="Times New Roman"/>
          <w:sz w:val="26"/>
          <w:szCs w:val="26"/>
        </w:rPr>
        <w:t xml:space="preserve"> </w:t>
      </w:r>
      <w:proofErr w:type="spellStart"/>
      <w:r w:rsidRPr="00406BBE">
        <w:rPr>
          <w:rFonts w:cs="Times New Roman"/>
          <w:sz w:val="26"/>
          <w:szCs w:val="26"/>
        </w:rPr>
        <w:t>khoản</w:t>
      </w:r>
      <w:proofErr w:type="spellEnd"/>
      <w:r w:rsidRPr="00406BBE">
        <w:rPr>
          <w:rFonts w:cs="Times New Roman"/>
          <w:sz w:val="26"/>
          <w:szCs w:val="26"/>
        </w:rPr>
        <w:t xml:space="preserve"> </w:t>
      </w:r>
      <w:proofErr w:type="spellStart"/>
      <w:r w:rsidRPr="00406BBE">
        <w:rPr>
          <w:rFonts w:cs="Times New Roman"/>
          <w:sz w:val="26"/>
          <w:szCs w:val="26"/>
        </w:rPr>
        <w:t>tài</w:t>
      </w:r>
      <w:proofErr w:type="spellEnd"/>
      <w:r w:rsidRPr="00406BBE">
        <w:rPr>
          <w:rFonts w:cs="Times New Roman"/>
          <w:sz w:val="26"/>
          <w:szCs w:val="26"/>
        </w:rPr>
        <w:t xml:space="preserve"> </w:t>
      </w:r>
      <w:proofErr w:type="spellStart"/>
      <w:r w:rsidRPr="00406BBE">
        <w:rPr>
          <w:rFonts w:cs="Times New Roman"/>
          <w:sz w:val="26"/>
          <w:szCs w:val="26"/>
        </w:rPr>
        <w:t>trợ</w:t>
      </w:r>
      <w:proofErr w:type="spellEnd"/>
      <w:r w:rsidRPr="00406BBE">
        <w:rPr>
          <w:rFonts w:cs="Times New Roman"/>
          <w:sz w:val="26"/>
          <w:szCs w:val="26"/>
        </w:rPr>
        <w:t>/</w:t>
      </w:r>
      <w:proofErr w:type="spellStart"/>
      <w:r w:rsidRPr="00406BBE">
        <w:rPr>
          <w:rFonts w:cs="Times New Roman"/>
          <w:sz w:val="26"/>
          <w:szCs w:val="26"/>
        </w:rPr>
        <w:t>hỗ</w:t>
      </w:r>
      <w:proofErr w:type="spellEnd"/>
      <w:r w:rsidRPr="00406BBE">
        <w:rPr>
          <w:rFonts w:cs="Times New Roman"/>
          <w:sz w:val="26"/>
          <w:szCs w:val="26"/>
        </w:rPr>
        <w:t xml:space="preserve"> </w:t>
      </w:r>
      <w:proofErr w:type="spellStart"/>
      <w:r w:rsidRPr="00406BBE">
        <w:rPr>
          <w:rFonts w:cs="Times New Roman"/>
          <w:sz w:val="26"/>
          <w:szCs w:val="26"/>
        </w:rPr>
        <w:t>trợ</w:t>
      </w:r>
      <w:proofErr w:type="spellEnd"/>
      <w:r w:rsidRPr="00406BBE">
        <w:rPr>
          <w:rFonts w:cs="Times New Roman"/>
          <w:sz w:val="26"/>
          <w:szCs w:val="26"/>
        </w:rPr>
        <w:t xml:space="preserve"> </w:t>
      </w:r>
      <w:proofErr w:type="spellStart"/>
      <w:r w:rsidRPr="00406BBE">
        <w:rPr>
          <w:rFonts w:cs="Times New Roman"/>
          <w:sz w:val="26"/>
          <w:szCs w:val="26"/>
        </w:rPr>
        <w:t>nào</w:t>
      </w:r>
      <w:proofErr w:type="spellEnd"/>
      <w:r w:rsidRPr="00406BBE">
        <w:rPr>
          <w:rFonts w:cs="Times New Roman"/>
          <w:sz w:val="26"/>
          <w:szCs w:val="26"/>
        </w:rPr>
        <w:t xml:space="preserve"> </w:t>
      </w:r>
      <w:proofErr w:type="spellStart"/>
      <w:r w:rsidRPr="00406BBE">
        <w:rPr>
          <w:rFonts w:cs="Times New Roman"/>
          <w:sz w:val="26"/>
          <w:szCs w:val="26"/>
        </w:rPr>
        <w:t>cho</w:t>
      </w:r>
      <w:proofErr w:type="spellEnd"/>
      <w:r w:rsidRPr="00406BBE">
        <w:rPr>
          <w:rFonts w:cs="Times New Roman"/>
          <w:sz w:val="26"/>
          <w:szCs w:val="26"/>
        </w:rPr>
        <w:t xml:space="preserve"> </w:t>
      </w:r>
      <w:proofErr w:type="spellStart"/>
      <w:r w:rsidRPr="00406BBE">
        <w:rPr>
          <w:rFonts w:cs="Times New Roman"/>
          <w:sz w:val="26"/>
          <w:szCs w:val="26"/>
        </w:rPr>
        <w:t>các</w:t>
      </w:r>
      <w:proofErr w:type="spellEnd"/>
      <w:r w:rsidRPr="00406BBE">
        <w:rPr>
          <w:rFonts w:cs="Times New Roman"/>
          <w:sz w:val="26"/>
          <w:szCs w:val="26"/>
        </w:rPr>
        <w:t xml:space="preserve"> chi </w:t>
      </w:r>
      <w:proofErr w:type="spellStart"/>
      <w:r w:rsidRPr="00406BBE">
        <w:rPr>
          <w:rFonts w:cs="Times New Roman"/>
          <w:sz w:val="26"/>
          <w:szCs w:val="26"/>
        </w:rPr>
        <w:t>phí</w:t>
      </w:r>
      <w:proofErr w:type="spellEnd"/>
      <w:r w:rsidRPr="00406BBE">
        <w:rPr>
          <w:rFonts w:cs="Times New Roman"/>
          <w:sz w:val="26"/>
          <w:szCs w:val="26"/>
        </w:rPr>
        <w:t xml:space="preserve"> </w:t>
      </w:r>
      <w:proofErr w:type="spellStart"/>
      <w:r w:rsidRPr="00406BBE">
        <w:rPr>
          <w:rFonts w:cs="Times New Roman"/>
          <w:sz w:val="26"/>
          <w:szCs w:val="26"/>
        </w:rPr>
        <w:t>tham</w:t>
      </w:r>
      <w:proofErr w:type="spellEnd"/>
      <w:r w:rsidRPr="00406BBE">
        <w:rPr>
          <w:rFonts w:cs="Times New Roman"/>
          <w:sz w:val="26"/>
          <w:szCs w:val="26"/>
        </w:rPr>
        <w:t xml:space="preserve"> </w:t>
      </w:r>
      <w:proofErr w:type="spellStart"/>
      <w:r w:rsidRPr="00406BBE">
        <w:rPr>
          <w:rFonts w:cs="Times New Roman"/>
          <w:sz w:val="26"/>
          <w:szCs w:val="26"/>
        </w:rPr>
        <w:t>dự</w:t>
      </w:r>
      <w:proofErr w:type="spellEnd"/>
      <w:r w:rsidRPr="00406BBE">
        <w:rPr>
          <w:rFonts w:cs="Times New Roman"/>
          <w:sz w:val="26"/>
          <w:szCs w:val="26"/>
        </w:rPr>
        <w:t xml:space="preserve"> </w:t>
      </w:r>
      <w:proofErr w:type="spellStart"/>
      <w:r w:rsidRPr="00406BBE">
        <w:rPr>
          <w:rFonts w:cs="Times New Roman"/>
          <w:sz w:val="26"/>
          <w:szCs w:val="26"/>
        </w:rPr>
        <w:t>Đại</w:t>
      </w:r>
      <w:proofErr w:type="spellEnd"/>
      <w:r w:rsidRPr="00406BBE">
        <w:rPr>
          <w:rFonts w:cs="Times New Roman"/>
          <w:sz w:val="26"/>
          <w:szCs w:val="26"/>
        </w:rPr>
        <w:t xml:space="preserve"> </w:t>
      </w:r>
      <w:proofErr w:type="spellStart"/>
      <w:r w:rsidRPr="00406BBE">
        <w:rPr>
          <w:rFonts w:cs="Times New Roman"/>
          <w:sz w:val="26"/>
          <w:szCs w:val="26"/>
        </w:rPr>
        <w:t>hội</w:t>
      </w:r>
      <w:proofErr w:type="spellEnd"/>
      <w:r w:rsidRPr="00406BBE">
        <w:rPr>
          <w:rFonts w:cs="Times New Roman"/>
          <w:sz w:val="26"/>
          <w:szCs w:val="26"/>
        </w:rPr>
        <w:t>.</w:t>
      </w:r>
    </w:p>
    <w:p w14:paraId="08901ACD" w14:textId="77777777" w:rsidR="00BB6FA2" w:rsidRPr="00406BBE" w:rsidRDefault="00222B21" w:rsidP="00BD3914">
      <w:pPr>
        <w:spacing w:before="120" w:after="120" w:line="240" w:lineRule="auto"/>
        <w:rPr>
          <w:rFonts w:cs="Times New Roman"/>
          <w:sz w:val="26"/>
          <w:szCs w:val="26"/>
        </w:rPr>
      </w:pPr>
      <w:r w:rsidRPr="00406BBE">
        <w:rPr>
          <w:rFonts w:ascii="Segoe UI Symbol" w:hAnsi="Segoe UI Symbol" w:cs="Segoe UI Symbol"/>
          <w:sz w:val="26"/>
          <w:szCs w:val="26"/>
        </w:rPr>
        <w:t>☐</w:t>
      </w:r>
      <w:r w:rsidRPr="00406BBE">
        <w:rPr>
          <w:rFonts w:cs="Times New Roman"/>
          <w:sz w:val="26"/>
          <w:szCs w:val="26"/>
        </w:rPr>
        <w:t xml:space="preserve"> </w:t>
      </w:r>
      <w:proofErr w:type="spellStart"/>
      <w:r w:rsidRPr="00406BBE">
        <w:rPr>
          <w:rFonts w:cs="Times New Roman"/>
          <w:sz w:val="26"/>
          <w:szCs w:val="26"/>
        </w:rPr>
        <w:t>Có</w:t>
      </w:r>
      <w:proofErr w:type="spellEnd"/>
      <w:r w:rsidRPr="00406BBE">
        <w:rPr>
          <w:rFonts w:cs="Times New Roman"/>
          <w:sz w:val="26"/>
          <w:szCs w:val="26"/>
        </w:rPr>
        <w:t xml:space="preserve"> </w:t>
      </w:r>
      <w:proofErr w:type="spellStart"/>
      <w:r w:rsidRPr="00406BBE">
        <w:rPr>
          <w:rFonts w:cs="Times New Roman"/>
          <w:sz w:val="26"/>
          <w:szCs w:val="26"/>
        </w:rPr>
        <w:t>khoản</w:t>
      </w:r>
      <w:proofErr w:type="spellEnd"/>
      <w:r w:rsidRPr="00406BBE">
        <w:rPr>
          <w:rFonts w:cs="Times New Roman"/>
          <w:sz w:val="26"/>
          <w:szCs w:val="26"/>
        </w:rPr>
        <w:t xml:space="preserve"> </w:t>
      </w:r>
      <w:proofErr w:type="spellStart"/>
      <w:r w:rsidRPr="00406BBE">
        <w:rPr>
          <w:rFonts w:cs="Times New Roman"/>
          <w:sz w:val="26"/>
          <w:szCs w:val="26"/>
        </w:rPr>
        <w:t>tài</w:t>
      </w:r>
      <w:proofErr w:type="spellEnd"/>
      <w:r w:rsidRPr="00406BBE">
        <w:rPr>
          <w:rFonts w:cs="Times New Roman"/>
          <w:sz w:val="26"/>
          <w:szCs w:val="26"/>
        </w:rPr>
        <w:t xml:space="preserve"> </w:t>
      </w:r>
      <w:proofErr w:type="spellStart"/>
      <w:r w:rsidRPr="00406BBE">
        <w:rPr>
          <w:rFonts w:cs="Times New Roman"/>
          <w:sz w:val="26"/>
          <w:szCs w:val="26"/>
        </w:rPr>
        <w:t>trợ</w:t>
      </w:r>
      <w:proofErr w:type="spellEnd"/>
      <w:r w:rsidRPr="00406BBE">
        <w:rPr>
          <w:rFonts w:cs="Times New Roman"/>
          <w:sz w:val="26"/>
          <w:szCs w:val="26"/>
        </w:rPr>
        <w:t>/</w:t>
      </w:r>
      <w:proofErr w:type="spellStart"/>
      <w:r w:rsidRPr="00406BBE">
        <w:rPr>
          <w:rFonts w:cs="Times New Roman"/>
          <w:sz w:val="26"/>
          <w:szCs w:val="26"/>
        </w:rPr>
        <w:t>hỗ</w:t>
      </w:r>
      <w:proofErr w:type="spellEnd"/>
      <w:r w:rsidRPr="00406BBE">
        <w:rPr>
          <w:rFonts w:cs="Times New Roman"/>
          <w:sz w:val="26"/>
          <w:szCs w:val="26"/>
        </w:rPr>
        <w:t xml:space="preserve"> </w:t>
      </w:r>
      <w:proofErr w:type="spellStart"/>
      <w:r w:rsidRPr="00406BBE">
        <w:rPr>
          <w:rFonts w:cs="Times New Roman"/>
          <w:sz w:val="26"/>
          <w:szCs w:val="26"/>
        </w:rPr>
        <w:t>trợ</w:t>
      </w:r>
      <w:proofErr w:type="spellEnd"/>
      <w:r w:rsidRPr="00406BBE">
        <w:rPr>
          <w:rFonts w:cs="Times New Roman"/>
          <w:sz w:val="26"/>
          <w:szCs w:val="26"/>
        </w:rPr>
        <w:t xml:space="preserve"> </w:t>
      </w:r>
      <w:proofErr w:type="spellStart"/>
      <w:r w:rsidRPr="00406BBE">
        <w:rPr>
          <w:rFonts w:cs="Times New Roman"/>
          <w:sz w:val="26"/>
          <w:szCs w:val="26"/>
        </w:rPr>
        <w:t>và</w:t>
      </w:r>
      <w:proofErr w:type="spellEnd"/>
      <w:r w:rsidRPr="00406BBE">
        <w:rPr>
          <w:rFonts w:cs="Times New Roman"/>
          <w:sz w:val="26"/>
          <w:szCs w:val="26"/>
        </w:rPr>
        <w:t xml:space="preserve"> </w:t>
      </w:r>
      <w:proofErr w:type="spellStart"/>
      <w:r w:rsidRPr="00406BBE">
        <w:rPr>
          <w:rFonts w:cs="Times New Roman"/>
          <w:sz w:val="26"/>
          <w:szCs w:val="26"/>
        </w:rPr>
        <w:t>đã</w:t>
      </w:r>
      <w:proofErr w:type="spellEnd"/>
      <w:r w:rsidRPr="00406BBE">
        <w:rPr>
          <w:rFonts w:cs="Times New Roman"/>
          <w:sz w:val="26"/>
          <w:szCs w:val="26"/>
        </w:rPr>
        <w:t xml:space="preserve"> </w:t>
      </w:r>
      <w:proofErr w:type="spellStart"/>
      <w:r w:rsidRPr="00406BBE">
        <w:rPr>
          <w:rFonts w:cs="Times New Roman"/>
          <w:sz w:val="26"/>
          <w:szCs w:val="26"/>
        </w:rPr>
        <w:t>kê</w:t>
      </w:r>
      <w:proofErr w:type="spellEnd"/>
      <w:r w:rsidRPr="00406BBE">
        <w:rPr>
          <w:rFonts w:cs="Times New Roman"/>
          <w:sz w:val="26"/>
          <w:szCs w:val="26"/>
        </w:rPr>
        <w:t xml:space="preserve"> </w:t>
      </w:r>
      <w:proofErr w:type="spellStart"/>
      <w:r w:rsidRPr="00406BBE">
        <w:rPr>
          <w:rFonts w:cs="Times New Roman"/>
          <w:sz w:val="26"/>
          <w:szCs w:val="26"/>
        </w:rPr>
        <w:t>khai</w:t>
      </w:r>
      <w:proofErr w:type="spellEnd"/>
      <w:r w:rsidRPr="00406BBE">
        <w:rPr>
          <w:rFonts w:cs="Times New Roman"/>
          <w:sz w:val="26"/>
          <w:szCs w:val="26"/>
        </w:rPr>
        <w:t xml:space="preserve"> </w:t>
      </w:r>
      <w:proofErr w:type="spellStart"/>
      <w:r w:rsidRPr="00406BBE">
        <w:rPr>
          <w:rFonts w:cs="Times New Roman"/>
          <w:sz w:val="26"/>
          <w:szCs w:val="26"/>
        </w:rPr>
        <w:t>đầy</w:t>
      </w:r>
      <w:proofErr w:type="spellEnd"/>
      <w:r w:rsidRPr="00406BBE">
        <w:rPr>
          <w:rFonts w:cs="Times New Roman"/>
          <w:sz w:val="26"/>
          <w:szCs w:val="26"/>
        </w:rPr>
        <w:t xml:space="preserve"> </w:t>
      </w:r>
      <w:proofErr w:type="spellStart"/>
      <w:r w:rsidRPr="00406BBE">
        <w:rPr>
          <w:rFonts w:cs="Times New Roman"/>
          <w:sz w:val="26"/>
          <w:szCs w:val="26"/>
        </w:rPr>
        <w:t>đủ</w:t>
      </w:r>
      <w:proofErr w:type="spellEnd"/>
      <w:r w:rsidRPr="00406BBE">
        <w:rPr>
          <w:rFonts w:cs="Times New Roman"/>
          <w:sz w:val="26"/>
          <w:szCs w:val="26"/>
        </w:rPr>
        <w:t xml:space="preserve"> ở </w:t>
      </w:r>
      <w:proofErr w:type="spellStart"/>
      <w:r w:rsidRPr="00406BBE">
        <w:rPr>
          <w:rFonts w:cs="Times New Roman"/>
          <w:sz w:val="26"/>
          <w:szCs w:val="26"/>
        </w:rPr>
        <w:t>trên</w:t>
      </w:r>
      <w:proofErr w:type="spellEnd"/>
      <w:r w:rsidRPr="00406BBE">
        <w:rPr>
          <w:rFonts w:cs="Times New Roman"/>
          <w:sz w:val="26"/>
          <w:szCs w:val="26"/>
        </w:rPr>
        <w:t xml:space="preserve"> (</w:t>
      </w:r>
      <w:proofErr w:type="spellStart"/>
      <w:r w:rsidRPr="00406BBE">
        <w:rPr>
          <w:rFonts w:cs="Times New Roman"/>
          <w:sz w:val="26"/>
          <w:szCs w:val="26"/>
        </w:rPr>
        <w:t>kèm</w:t>
      </w:r>
      <w:proofErr w:type="spellEnd"/>
      <w:r w:rsidRPr="00406BBE">
        <w:rPr>
          <w:rFonts w:cs="Times New Roman"/>
          <w:sz w:val="26"/>
          <w:szCs w:val="26"/>
        </w:rPr>
        <w:t xml:space="preserve"> </w:t>
      </w:r>
      <w:proofErr w:type="spellStart"/>
      <w:r w:rsidRPr="00406BBE">
        <w:rPr>
          <w:rFonts w:cs="Times New Roman"/>
          <w:sz w:val="26"/>
          <w:szCs w:val="26"/>
        </w:rPr>
        <w:t>tài</w:t>
      </w:r>
      <w:proofErr w:type="spellEnd"/>
      <w:r w:rsidRPr="00406BBE">
        <w:rPr>
          <w:rFonts w:cs="Times New Roman"/>
          <w:sz w:val="26"/>
          <w:szCs w:val="26"/>
        </w:rPr>
        <w:t xml:space="preserve"> </w:t>
      </w:r>
      <w:proofErr w:type="spellStart"/>
      <w:r w:rsidRPr="00406BBE">
        <w:rPr>
          <w:rFonts w:cs="Times New Roman"/>
          <w:sz w:val="26"/>
          <w:szCs w:val="26"/>
        </w:rPr>
        <w:t>liệu</w:t>
      </w:r>
      <w:proofErr w:type="spellEnd"/>
      <w:r w:rsidRPr="00406BBE">
        <w:rPr>
          <w:rFonts w:cs="Times New Roman"/>
          <w:sz w:val="26"/>
          <w:szCs w:val="26"/>
        </w:rPr>
        <w:t xml:space="preserve"> </w:t>
      </w:r>
      <w:proofErr w:type="spellStart"/>
      <w:r w:rsidRPr="00406BBE">
        <w:rPr>
          <w:rFonts w:cs="Times New Roman"/>
          <w:sz w:val="26"/>
          <w:szCs w:val="26"/>
        </w:rPr>
        <w:t>xác</w:t>
      </w:r>
      <w:proofErr w:type="spellEnd"/>
      <w:r w:rsidRPr="00406BBE">
        <w:rPr>
          <w:rFonts w:cs="Times New Roman"/>
          <w:sz w:val="26"/>
          <w:szCs w:val="26"/>
        </w:rPr>
        <w:t xml:space="preserve"> </w:t>
      </w:r>
      <w:proofErr w:type="spellStart"/>
      <w:r w:rsidRPr="00406BBE">
        <w:rPr>
          <w:rFonts w:cs="Times New Roman"/>
          <w:sz w:val="26"/>
          <w:szCs w:val="26"/>
        </w:rPr>
        <w:t>nhận</w:t>
      </w:r>
      <w:proofErr w:type="spellEnd"/>
      <w:r w:rsidRPr="00406BBE">
        <w:rPr>
          <w:rFonts w:cs="Times New Roman"/>
          <w:sz w:val="26"/>
          <w:szCs w:val="26"/>
        </w:rPr>
        <w:t xml:space="preserve"> </w:t>
      </w:r>
      <w:proofErr w:type="spellStart"/>
      <w:r w:rsidRPr="00406BBE">
        <w:rPr>
          <w:rFonts w:cs="Times New Roman"/>
          <w:sz w:val="26"/>
          <w:szCs w:val="26"/>
        </w:rPr>
        <w:t>nếu</w:t>
      </w:r>
      <w:proofErr w:type="spellEnd"/>
      <w:r w:rsidRPr="00406BBE">
        <w:rPr>
          <w:rFonts w:cs="Times New Roman"/>
          <w:sz w:val="26"/>
          <w:szCs w:val="26"/>
        </w:rPr>
        <w:t xml:space="preserve"> </w:t>
      </w:r>
      <w:proofErr w:type="spellStart"/>
      <w:r w:rsidRPr="00406BBE">
        <w:rPr>
          <w:rFonts w:cs="Times New Roman"/>
          <w:sz w:val="26"/>
          <w:szCs w:val="26"/>
        </w:rPr>
        <w:t>có</w:t>
      </w:r>
      <w:proofErr w:type="spellEnd"/>
      <w:r w:rsidRPr="00406BBE">
        <w:rPr>
          <w:rFonts w:cs="Times New Roman"/>
          <w:sz w:val="26"/>
          <w:szCs w:val="26"/>
        </w:rPr>
        <w:t>).</w:t>
      </w:r>
    </w:p>
    <w:p w14:paraId="1B60F122" w14:textId="77777777" w:rsidR="00BB6FA2" w:rsidRPr="00406BBE" w:rsidRDefault="00222B21" w:rsidP="00BD3914">
      <w:pPr>
        <w:pStyle w:val="Heading1"/>
        <w:spacing w:before="120" w:after="120" w:line="240" w:lineRule="auto"/>
        <w:rPr>
          <w:rFonts w:ascii="Times New Roman" w:hAnsi="Times New Roman" w:cs="Times New Roman"/>
          <w:color w:val="auto"/>
          <w:sz w:val="26"/>
          <w:szCs w:val="26"/>
        </w:rPr>
      </w:pPr>
      <w:r w:rsidRPr="00406BBE">
        <w:rPr>
          <w:rFonts w:ascii="Times New Roman" w:hAnsi="Times New Roman" w:cs="Times New Roman"/>
          <w:color w:val="auto"/>
          <w:sz w:val="26"/>
          <w:szCs w:val="26"/>
        </w:rPr>
        <w:t>8. CAM KẾT CỦA NGƯỜI ĐĂNG KÝ</w:t>
      </w:r>
    </w:p>
    <w:p w14:paraId="710F63D7" w14:textId="77777777" w:rsidR="00BB6FA2" w:rsidRPr="00406BBE" w:rsidRDefault="00222B21" w:rsidP="00EE67F6">
      <w:pPr>
        <w:spacing w:before="120" w:after="120" w:line="240" w:lineRule="auto"/>
        <w:jc w:val="both"/>
        <w:rPr>
          <w:rFonts w:cs="Times New Roman"/>
          <w:sz w:val="26"/>
          <w:szCs w:val="26"/>
        </w:rPr>
      </w:pPr>
      <w:r w:rsidRPr="00406BBE">
        <w:rPr>
          <w:rFonts w:ascii="Segoe UI Symbol" w:hAnsi="Segoe UI Symbol" w:cs="Segoe UI Symbol"/>
          <w:sz w:val="26"/>
          <w:szCs w:val="26"/>
        </w:rPr>
        <w:t>☐</w:t>
      </w:r>
      <w:r w:rsidRPr="00406BBE">
        <w:rPr>
          <w:rFonts w:cs="Times New Roman"/>
          <w:sz w:val="26"/>
          <w:szCs w:val="26"/>
        </w:rPr>
        <w:t xml:space="preserve"> </w:t>
      </w:r>
      <w:proofErr w:type="spellStart"/>
      <w:r w:rsidRPr="00406BBE">
        <w:rPr>
          <w:rFonts w:cs="Times New Roman"/>
          <w:sz w:val="26"/>
          <w:szCs w:val="26"/>
        </w:rPr>
        <w:t>Tôi</w:t>
      </w:r>
      <w:proofErr w:type="spellEnd"/>
      <w:r w:rsidRPr="00406BBE">
        <w:rPr>
          <w:rFonts w:cs="Times New Roman"/>
          <w:sz w:val="26"/>
          <w:szCs w:val="26"/>
        </w:rPr>
        <w:t xml:space="preserve"> cam </w:t>
      </w:r>
      <w:proofErr w:type="spellStart"/>
      <w:r w:rsidRPr="00406BBE">
        <w:rPr>
          <w:rFonts w:cs="Times New Roman"/>
          <w:sz w:val="26"/>
          <w:szCs w:val="26"/>
        </w:rPr>
        <w:t>đoan</w:t>
      </w:r>
      <w:proofErr w:type="spellEnd"/>
      <w:r w:rsidRPr="00406BBE">
        <w:rPr>
          <w:rFonts w:cs="Times New Roman"/>
          <w:sz w:val="26"/>
          <w:szCs w:val="26"/>
        </w:rPr>
        <w:t xml:space="preserve"> </w:t>
      </w:r>
      <w:proofErr w:type="spellStart"/>
      <w:r w:rsidRPr="00406BBE">
        <w:rPr>
          <w:rFonts w:cs="Times New Roman"/>
          <w:sz w:val="26"/>
          <w:szCs w:val="26"/>
        </w:rPr>
        <w:t>các</w:t>
      </w:r>
      <w:proofErr w:type="spellEnd"/>
      <w:r w:rsidRPr="00406BBE">
        <w:rPr>
          <w:rFonts w:cs="Times New Roman"/>
          <w:sz w:val="26"/>
          <w:szCs w:val="26"/>
        </w:rPr>
        <w:t xml:space="preserve"> </w:t>
      </w:r>
      <w:proofErr w:type="spellStart"/>
      <w:r w:rsidRPr="00406BBE">
        <w:rPr>
          <w:rFonts w:cs="Times New Roman"/>
          <w:sz w:val="26"/>
          <w:szCs w:val="26"/>
        </w:rPr>
        <w:t>thông</w:t>
      </w:r>
      <w:proofErr w:type="spellEnd"/>
      <w:r w:rsidRPr="00406BBE">
        <w:rPr>
          <w:rFonts w:cs="Times New Roman"/>
          <w:sz w:val="26"/>
          <w:szCs w:val="26"/>
        </w:rPr>
        <w:t xml:space="preserve"> tin </w:t>
      </w:r>
      <w:proofErr w:type="spellStart"/>
      <w:r w:rsidRPr="00406BBE">
        <w:rPr>
          <w:rFonts w:cs="Times New Roman"/>
          <w:sz w:val="26"/>
          <w:szCs w:val="26"/>
        </w:rPr>
        <w:t>kê</w:t>
      </w:r>
      <w:proofErr w:type="spellEnd"/>
      <w:r w:rsidRPr="00406BBE">
        <w:rPr>
          <w:rFonts w:cs="Times New Roman"/>
          <w:sz w:val="26"/>
          <w:szCs w:val="26"/>
        </w:rPr>
        <w:t xml:space="preserve"> </w:t>
      </w:r>
      <w:proofErr w:type="spellStart"/>
      <w:r w:rsidRPr="00406BBE">
        <w:rPr>
          <w:rFonts w:cs="Times New Roman"/>
          <w:sz w:val="26"/>
          <w:szCs w:val="26"/>
        </w:rPr>
        <w:t>khai</w:t>
      </w:r>
      <w:proofErr w:type="spellEnd"/>
      <w:r w:rsidRPr="00406BBE">
        <w:rPr>
          <w:rFonts w:cs="Times New Roman"/>
          <w:sz w:val="26"/>
          <w:szCs w:val="26"/>
        </w:rPr>
        <w:t xml:space="preserve"> </w:t>
      </w:r>
      <w:proofErr w:type="spellStart"/>
      <w:r w:rsidRPr="00406BBE">
        <w:rPr>
          <w:rFonts w:cs="Times New Roman"/>
          <w:sz w:val="26"/>
          <w:szCs w:val="26"/>
        </w:rPr>
        <w:t>và</w:t>
      </w:r>
      <w:proofErr w:type="spellEnd"/>
      <w:r w:rsidRPr="00406BBE">
        <w:rPr>
          <w:rFonts w:cs="Times New Roman"/>
          <w:sz w:val="26"/>
          <w:szCs w:val="26"/>
        </w:rPr>
        <w:t xml:space="preserve"> </w:t>
      </w:r>
      <w:proofErr w:type="spellStart"/>
      <w:r w:rsidRPr="00406BBE">
        <w:rPr>
          <w:rFonts w:cs="Times New Roman"/>
          <w:sz w:val="26"/>
          <w:szCs w:val="26"/>
        </w:rPr>
        <w:t>tài</w:t>
      </w:r>
      <w:proofErr w:type="spellEnd"/>
      <w:r w:rsidRPr="00406BBE">
        <w:rPr>
          <w:rFonts w:cs="Times New Roman"/>
          <w:sz w:val="26"/>
          <w:szCs w:val="26"/>
        </w:rPr>
        <w:t xml:space="preserve"> </w:t>
      </w:r>
      <w:proofErr w:type="spellStart"/>
      <w:r w:rsidRPr="00406BBE">
        <w:rPr>
          <w:rFonts w:cs="Times New Roman"/>
          <w:sz w:val="26"/>
          <w:szCs w:val="26"/>
        </w:rPr>
        <w:t>liệu</w:t>
      </w:r>
      <w:proofErr w:type="spellEnd"/>
      <w:r w:rsidRPr="00406BBE">
        <w:rPr>
          <w:rFonts w:cs="Times New Roman"/>
          <w:sz w:val="26"/>
          <w:szCs w:val="26"/>
        </w:rPr>
        <w:t xml:space="preserve"> </w:t>
      </w:r>
      <w:proofErr w:type="spellStart"/>
      <w:r w:rsidRPr="00406BBE">
        <w:rPr>
          <w:rFonts w:cs="Times New Roman"/>
          <w:sz w:val="26"/>
          <w:szCs w:val="26"/>
        </w:rPr>
        <w:t>trong</w:t>
      </w:r>
      <w:proofErr w:type="spellEnd"/>
      <w:r w:rsidRPr="00406BBE">
        <w:rPr>
          <w:rFonts w:cs="Times New Roman"/>
          <w:sz w:val="26"/>
          <w:szCs w:val="26"/>
        </w:rPr>
        <w:t xml:space="preserve"> </w:t>
      </w:r>
      <w:proofErr w:type="spellStart"/>
      <w:r w:rsidRPr="00406BBE">
        <w:rPr>
          <w:rFonts w:cs="Times New Roman"/>
          <w:sz w:val="26"/>
          <w:szCs w:val="26"/>
        </w:rPr>
        <w:t>hồ</w:t>
      </w:r>
      <w:proofErr w:type="spellEnd"/>
      <w:r w:rsidRPr="00406BBE">
        <w:rPr>
          <w:rFonts w:cs="Times New Roman"/>
          <w:sz w:val="26"/>
          <w:szCs w:val="26"/>
        </w:rPr>
        <w:t xml:space="preserve"> </w:t>
      </w:r>
      <w:proofErr w:type="spellStart"/>
      <w:r w:rsidRPr="00406BBE">
        <w:rPr>
          <w:rFonts w:cs="Times New Roman"/>
          <w:sz w:val="26"/>
          <w:szCs w:val="26"/>
        </w:rPr>
        <w:t>sơ</w:t>
      </w:r>
      <w:proofErr w:type="spellEnd"/>
      <w:r w:rsidRPr="00406BBE">
        <w:rPr>
          <w:rFonts w:cs="Times New Roman"/>
          <w:sz w:val="26"/>
          <w:szCs w:val="26"/>
        </w:rPr>
        <w:t xml:space="preserve"> </w:t>
      </w:r>
      <w:proofErr w:type="spellStart"/>
      <w:r w:rsidRPr="00406BBE">
        <w:rPr>
          <w:rFonts w:cs="Times New Roman"/>
          <w:sz w:val="26"/>
          <w:szCs w:val="26"/>
        </w:rPr>
        <w:t>là</w:t>
      </w:r>
      <w:proofErr w:type="spellEnd"/>
      <w:r w:rsidRPr="00406BBE">
        <w:rPr>
          <w:rFonts w:cs="Times New Roman"/>
          <w:sz w:val="26"/>
          <w:szCs w:val="26"/>
        </w:rPr>
        <w:t xml:space="preserve"> </w:t>
      </w:r>
      <w:proofErr w:type="spellStart"/>
      <w:r w:rsidRPr="00406BBE">
        <w:rPr>
          <w:rFonts w:cs="Times New Roman"/>
          <w:sz w:val="26"/>
          <w:szCs w:val="26"/>
        </w:rPr>
        <w:t>chính</w:t>
      </w:r>
      <w:proofErr w:type="spellEnd"/>
      <w:r w:rsidRPr="00406BBE">
        <w:rPr>
          <w:rFonts w:cs="Times New Roman"/>
          <w:sz w:val="26"/>
          <w:szCs w:val="26"/>
        </w:rPr>
        <w:t xml:space="preserve"> </w:t>
      </w:r>
      <w:proofErr w:type="spellStart"/>
      <w:r w:rsidRPr="00406BBE">
        <w:rPr>
          <w:rFonts w:cs="Times New Roman"/>
          <w:sz w:val="26"/>
          <w:szCs w:val="26"/>
        </w:rPr>
        <w:t>xác</w:t>
      </w:r>
      <w:proofErr w:type="spellEnd"/>
      <w:r w:rsidRPr="00406BBE">
        <w:rPr>
          <w:rFonts w:cs="Times New Roman"/>
          <w:sz w:val="26"/>
          <w:szCs w:val="26"/>
        </w:rPr>
        <w:t xml:space="preserve">, </w:t>
      </w:r>
      <w:proofErr w:type="spellStart"/>
      <w:r w:rsidRPr="00406BBE">
        <w:rPr>
          <w:rFonts w:cs="Times New Roman"/>
          <w:sz w:val="26"/>
          <w:szCs w:val="26"/>
        </w:rPr>
        <w:t>trung</w:t>
      </w:r>
      <w:proofErr w:type="spellEnd"/>
      <w:r w:rsidRPr="00406BBE">
        <w:rPr>
          <w:rFonts w:cs="Times New Roman"/>
          <w:sz w:val="26"/>
          <w:szCs w:val="26"/>
        </w:rPr>
        <w:t xml:space="preserve"> </w:t>
      </w:r>
      <w:proofErr w:type="spellStart"/>
      <w:r w:rsidRPr="00406BBE">
        <w:rPr>
          <w:rFonts w:cs="Times New Roman"/>
          <w:sz w:val="26"/>
          <w:szCs w:val="26"/>
        </w:rPr>
        <w:t>thực</w:t>
      </w:r>
      <w:proofErr w:type="spellEnd"/>
      <w:r w:rsidRPr="00406BBE">
        <w:rPr>
          <w:rFonts w:cs="Times New Roman"/>
          <w:sz w:val="26"/>
          <w:szCs w:val="26"/>
        </w:rPr>
        <w:t xml:space="preserve">; </w:t>
      </w:r>
      <w:proofErr w:type="spellStart"/>
      <w:r w:rsidRPr="00406BBE">
        <w:rPr>
          <w:rFonts w:cs="Times New Roman"/>
          <w:sz w:val="26"/>
          <w:szCs w:val="26"/>
        </w:rPr>
        <w:t>chịu</w:t>
      </w:r>
      <w:proofErr w:type="spellEnd"/>
      <w:r w:rsidRPr="00406BBE">
        <w:rPr>
          <w:rFonts w:cs="Times New Roman"/>
          <w:sz w:val="26"/>
          <w:szCs w:val="26"/>
        </w:rPr>
        <w:t xml:space="preserve"> </w:t>
      </w:r>
      <w:proofErr w:type="spellStart"/>
      <w:r w:rsidRPr="00406BBE">
        <w:rPr>
          <w:rFonts w:cs="Times New Roman"/>
          <w:sz w:val="26"/>
          <w:szCs w:val="26"/>
        </w:rPr>
        <w:t>trách</w:t>
      </w:r>
      <w:proofErr w:type="spellEnd"/>
      <w:r w:rsidRPr="00406BBE">
        <w:rPr>
          <w:rFonts w:cs="Times New Roman"/>
          <w:sz w:val="26"/>
          <w:szCs w:val="26"/>
        </w:rPr>
        <w:t xml:space="preserve"> </w:t>
      </w:r>
      <w:proofErr w:type="spellStart"/>
      <w:r w:rsidRPr="00406BBE">
        <w:rPr>
          <w:rFonts w:cs="Times New Roman"/>
          <w:sz w:val="26"/>
          <w:szCs w:val="26"/>
        </w:rPr>
        <w:t>nhiệm</w:t>
      </w:r>
      <w:proofErr w:type="spellEnd"/>
      <w:r w:rsidRPr="00406BBE">
        <w:rPr>
          <w:rFonts w:cs="Times New Roman"/>
          <w:sz w:val="26"/>
          <w:szCs w:val="26"/>
        </w:rPr>
        <w:t xml:space="preserve"> </w:t>
      </w:r>
      <w:proofErr w:type="spellStart"/>
      <w:r w:rsidRPr="00406BBE">
        <w:rPr>
          <w:rFonts w:cs="Times New Roman"/>
          <w:sz w:val="26"/>
          <w:szCs w:val="26"/>
        </w:rPr>
        <w:t>trước</w:t>
      </w:r>
      <w:proofErr w:type="spellEnd"/>
      <w:r w:rsidRPr="00406BBE">
        <w:rPr>
          <w:rFonts w:cs="Times New Roman"/>
          <w:sz w:val="26"/>
          <w:szCs w:val="26"/>
        </w:rPr>
        <w:t xml:space="preserve"> </w:t>
      </w:r>
      <w:proofErr w:type="spellStart"/>
      <w:r w:rsidRPr="00406BBE">
        <w:rPr>
          <w:rFonts w:cs="Times New Roman"/>
          <w:sz w:val="26"/>
          <w:szCs w:val="26"/>
        </w:rPr>
        <w:t>pháp</w:t>
      </w:r>
      <w:proofErr w:type="spellEnd"/>
      <w:r w:rsidRPr="00406BBE">
        <w:rPr>
          <w:rFonts w:cs="Times New Roman"/>
          <w:sz w:val="26"/>
          <w:szCs w:val="26"/>
        </w:rPr>
        <w:t xml:space="preserve"> </w:t>
      </w:r>
      <w:proofErr w:type="spellStart"/>
      <w:r w:rsidRPr="00406BBE">
        <w:rPr>
          <w:rFonts w:cs="Times New Roman"/>
          <w:sz w:val="26"/>
          <w:szCs w:val="26"/>
        </w:rPr>
        <w:t>luật</w:t>
      </w:r>
      <w:proofErr w:type="spellEnd"/>
      <w:r w:rsidRPr="00406BBE">
        <w:rPr>
          <w:rFonts w:cs="Times New Roman"/>
          <w:sz w:val="26"/>
          <w:szCs w:val="26"/>
        </w:rPr>
        <w:t xml:space="preserve"> </w:t>
      </w:r>
      <w:proofErr w:type="spellStart"/>
      <w:r w:rsidRPr="00406BBE">
        <w:rPr>
          <w:rFonts w:cs="Times New Roman"/>
          <w:sz w:val="26"/>
          <w:szCs w:val="26"/>
        </w:rPr>
        <w:t>và</w:t>
      </w:r>
      <w:proofErr w:type="spellEnd"/>
      <w:r w:rsidRPr="00406BBE">
        <w:rPr>
          <w:rFonts w:cs="Times New Roman"/>
          <w:sz w:val="26"/>
          <w:szCs w:val="26"/>
        </w:rPr>
        <w:t xml:space="preserve"> </w:t>
      </w:r>
      <w:proofErr w:type="spellStart"/>
      <w:r w:rsidRPr="00406BBE">
        <w:rPr>
          <w:rFonts w:cs="Times New Roman"/>
          <w:sz w:val="26"/>
          <w:szCs w:val="26"/>
        </w:rPr>
        <w:t>trước</w:t>
      </w:r>
      <w:proofErr w:type="spellEnd"/>
      <w:r w:rsidRPr="00406BBE">
        <w:rPr>
          <w:rFonts w:cs="Times New Roman"/>
          <w:sz w:val="26"/>
          <w:szCs w:val="26"/>
        </w:rPr>
        <w:t xml:space="preserve"> </w:t>
      </w:r>
      <w:proofErr w:type="spellStart"/>
      <w:r w:rsidRPr="00406BBE">
        <w:rPr>
          <w:rFonts w:cs="Times New Roman"/>
          <w:sz w:val="26"/>
          <w:szCs w:val="26"/>
        </w:rPr>
        <w:t>Quỹ</w:t>
      </w:r>
      <w:proofErr w:type="spellEnd"/>
      <w:r w:rsidRPr="00406BBE">
        <w:rPr>
          <w:rFonts w:cs="Times New Roman"/>
          <w:sz w:val="26"/>
          <w:szCs w:val="26"/>
        </w:rPr>
        <w:t xml:space="preserve"> </w:t>
      </w:r>
      <w:proofErr w:type="spellStart"/>
      <w:r w:rsidRPr="00406BBE">
        <w:rPr>
          <w:rFonts w:cs="Times New Roman"/>
          <w:sz w:val="26"/>
          <w:szCs w:val="26"/>
        </w:rPr>
        <w:t>về</w:t>
      </w:r>
      <w:proofErr w:type="spellEnd"/>
      <w:r w:rsidRPr="00406BBE">
        <w:rPr>
          <w:rFonts w:cs="Times New Roman"/>
          <w:sz w:val="26"/>
          <w:szCs w:val="26"/>
        </w:rPr>
        <w:t xml:space="preserve"> </w:t>
      </w:r>
      <w:proofErr w:type="spellStart"/>
      <w:r w:rsidRPr="00406BBE">
        <w:rPr>
          <w:rFonts w:cs="Times New Roman"/>
          <w:sz w:val="26"/>
          <w:szCs w:val="26"/>
        </w:rPr>
        <w:t>nội</w:t>
      </w:r>
      <w:proofErr w:type="spellEnd"/>
      <w:r w:rsidRPr="00406BBE">
        <w:rPr>
          <w:rFonts w:cs="Times New Roman"/>
          <w:sz w:val="26"/>
          <w:szCs w:val="26"/>
        </w:rPr>
        <w:t xml:space="preserve"> dung </w:t>
      </w:r>
      <w:proofErr w:type="spellStart"/>
      <w:r w:rsidRPr="00406BBE">
        <w:rPr>
          <w:rFonts w:cs="Times New Roman"/>
          <w:sz w:val="26"/>
          <w:szCs w:val="26"/>
        </w:rPr>
        <w:t>đã</w:t>
      </w:r>
      <w:proofErr w:type="spellEnd"/>
      <w:r w:rsidRPr="00406BBE">
        <w:rPr>
          <w:rFonts w:cs="Times New Roman"/>
          <w:sz w:val="26"/>
          <w:szCs w:val="26"/>
        </w:rPr>
        <w:t xml:space="preserve"> </w:t>
      </w:r>
      <w:proofErr w:type="spellStart"/>
      <w:r w:rsidRPr="00406BBE">
        <w:rPr>
          <w:rFonts w:cs="Times New Roman"/>
          <w:sz w:val="26"/>
          <w:szCs w:val="26"/>
        </w:rPr>
        <w:t>kê</w:t>
      </w:r>
      <w:proofErr w:type="spellEnd"/>
      <w:r w:rsidRPr="00406BBE">
        <w:rPr>
          <w:rFonts w:cs="Times New Roman"/>
          <w:sz w:val="26"/>
          <w:szCs w:val="26"/>
        </w:rPr>
        <w:t xml:space="preserve"> </w:t>
      </w:r>
      <w:proofErr w:type="spellStart"/>
      <w:r w:rsidRPr="00406BBE">
        <w:rPr>
          <w:rFonts w:cs="Times New Roman"/>
          <w:sz w:val="26"/>
          <w:szCs w:val="26"/>
        </w:rPr>
        <w:t>khai</w:t>
      </w:r>
      <w:proofErr w:type="spellEnd"/>
      <w:r w:rsidRPr="00406BBE">
        <w:rPr>
          <w:rFonts w:cs="Times New Roman"/>
          <w:sz w:val="26"/>
          <w:szCs w:val="26"/>
        </w:rPr>
        <w:t>.</w:t>
      </w:r>
    </w:p>
    <w:p w14:paraId="76761BAC" w14:textId="77777777" w:rsidR="00BB6FA2" w:rsidRPr="00406BBE" w:rsidRDefault="00222B21" w:rsidP="00EE67F6">
      <w:pPr>
        <w:spacing w:before="120" w:after="120" w:line="240" w:lineRule="auto"/>
        <w:jc w:val="both"/>
        <w:rPr>
          <w:rFonts w:cs="Times New Roman"/>
          <w:sz w:val="26"/>
          <w:szCs w:val="26"/>
        </w:rPr>
      </w:pPr>
      <w:r w:rsidRPr="00406BBE">
        <w:rPr>
          <w:rFonts w:ascii="Segoe UI Symbol" w:hAnsi="Segoe UI Symbol" w:cs="Segoe UI Symbol"/>
          <w:sz w:val="26"/>
          <w:szCs w:val="26"/>
        </w:rPr>
        <w:t>☐</w:t>
      </w:r>
      <w:r w:rsidRPr="00406BBE">
        <w:rPr>
          <w:rFonts w:cs="Times New Roman"/>
          <w:sz w:val="26"/>
          <w:szCs w:val="26"/>
        </w:rPr>
        <w:t xml:space="preserve"> </w:t>
      </w:r>
      <w:proofErr w:type="spellStart"/>
      <w:r w:rsidRPr="00406BBE">
        <w:rPr>
          <w:rFonts w:cs="Times New Roman"/>
          <w:sz w:val="26"/>
          <w:szCs w:val="26"/>
        </w:rPr>
        <w:t>Tôi</w:t>
      </w:r>
      <w:proofErr w:type="spellEnd"/>
      <w:r w:rsidRPr="00406BBE">
        <w:rPr>
          <w:rFonts w:cs="Times New Roman"/>
          <w:sz w:val="26"/>
          <w:szCs w:val="26"/>
        </w:rPr>
        <w:t xml:space="preserve"> </w:t>
      </w:r>
      <w:proofErr w:type="spellStart"/>
      <w:r w:rsidRPr="00406BBE">
        <w:rPr>
          <w:rFonts w:cs="Times New Roman"/>
          <w:sz w:val="26"/>
          <w:szCs w:val="26"/>
        </w:rPr>
        <w:t>có</w:t>
      </w:r>
      <w:proofErr w:type="spellEnd"/>
      <w:r w:rsidRPr="00406BBE">
        <w:rPr>
          <w:rFonts w:cs="Times New Roman"/>
          <w:sz w:val="26"/>
          <w:szCs w:val="26"/>
        </w:rPr>
        <w:t xml:space="preserve"> </w:t>
      </w:r>
      <w:proofErr w:type="spellStart"/>
      <w:r w:rsidRPr="00406BBE">
        <w:rPr>
          <w:rFonts w:cs="Times New Roman"/>
          <w:sz w:val="26"/>
          <w:szCs w:val="26"/>
        </w:rPr>
        <w:t>đủ</w:t>
      </w:r>
      <w:proofErr w:type="spellEnd"/>
      <w:r w:rsidRPr="00406BBE">
        <w:rPr>
          <w:rFonts w:cs="Times New Roman"/>
          <w:sz w:val="26"/>
          <w:szCs w:val="26"/>
        </w:rPr>
        <w:t xml:space="preserve"> </w:t>
      </w:r>
      <w:proofErr w:type="spellStart"/>
      <w:r w:rsidRPr="00406BBE">
        <w:rPr>
          <w:rFonts w:cs="Times New Roman"/>
          <w:sz w:val="26"/>
          <w:szCs w:val="26"/>
        </w:rPr>
        <w:t>sức</w:t>
      </w:r>
      <w:proofErr w:type="spellEnd"/>
      <w:r w:rsidRPr="00406BBE">
        <w:rPr>
          <w:rFonts w:cs="Times New Roman"/>
          <w:sz w:val="26"/>
          <w:szCs w:val="26"/>
        </w:rPr>
        <w:t xml:space="preserve"> </w:t>
      </w:r>
      <w:proofErr w:type="spellStart"/>
      <w:r w:rsidRPr="00406BBE">
        <w:rPr>
          <w:rFonts w:cs="Times New Roman"/>
          <w:sz w:val="26"/>
          <w:szCs w:val="26"/>
        </w:rPr>
        <w:t>khỏe</w:t>
      </w:r>
      <w:proofErr w:type="spellEnd"/>
      <w:r w:rsidRPr="00406BBE">
        <w:rPr>
          <w:rFonts w:cs="Times New Roman"/>
          <w:sz w:val="26"/>
          <w:szCs w:val="26"/>
        </w:rPr>
        <w:t xml:space="preserve">, </w:t>
      </w:r>
      <w:proofErr w:type="spellStart"/>
      <w:r w:rsidRPr="00406BBE">
        <w:rPr>
          <w:rFonts w:cs="Times New Roman"/>
          <w:sz w:val="26"/>
          <w:szCs w:val="26"/>
        </w:rPr>
        <w:t>đủ</w:t>
      </w:r>
      <w:proofErr w:type="spellEnd"/>
      <w:r w:rsidRPr="00406BBE">
        <w:rPr>
          <w:rFonts w:cs="Times New Roman"/>
          <w:sz w:val="26"/>
          <w:szCs w:val="26"/>
        </w:rPr>
        <w:t xml:space="preserve"> </w:t>
      </w:r>
      <w:proofErr w:type="spellStart"/>
      <w:r w:rsidRPr="00406BBE">
        <w:rPr>
          <w:rFonts w:cs="Times New Roman"/>
          <w:sz w:val="26"/>
          <w:szCs w:val="26"/>
        </w:rPr>
        <w:t>điều</w:t>
      </w:r>
      <w:proofErr w:type="spellEnd"/>
      <w:r w:rsidRPr="00406BBE">
        <w:rPr>
          <w:rFonts w:cs="Times New Roman"/>
          <w:sz w:val="26"/>
          <w:szCs w:val="26"/>
        </w:rPr>
        <w:t xml:space="preserve"> </w:t>
      </w:r>
      <w:proofErr w:type="spellStart"/>
      <w:r w:rsidRPr="00406BBE">
        <w:rPr>
          <w:rFonts w:cs="Times New Roman"/>
          <w:sz w:val="26"/>
          <w:szCs w:val="26"/>
        </w:rPr>
        <w:t>kiện</w:t>
      </w:r>
      <w:proofErr w:type="spellEnd"/>
      <w:r w:rsidRPr="00406BBE">
        <w:rPr>
          <w:rFonts w:cs="Times New Roman"/>
          <w:sz w:val="26"/>
          <w:szCs w:val="26"/>
        </w:rPr>
        <w:t xml:space="preserve"> </w:t>
      </w:r>
      <w:proofErr w:type="spellStart"/>
      <w:r w:rsidRPr="00406BBE">
        <w:rPr>
          <w:rFonts w:cs="Times New Roman"/>
          <w:sz w:val="26"/>
          <w:szCs w:val="26"/>
        </w:rPr>
        <w:t>làm</w:t>
      </w:r>
      <w:proofErr w:type="spellEnd"/>
      <w:r w:rsidRPr="00406BBE">
        <w:rPr>
          <w:rFonts w:cs="Times New Roman"/>
          <w:sz w:val="26"/>
          <w:szCs w:val="26"/>
        </w:rPr>
        <w:t xml:space="preserve"> </w:t>
      </w:r>
      <w:proofErr w:type="spellStart"/>
      <w:r w:rsidRPr="00406BBE">
        <w:rPr>
          <w:rFonts w:cs="Times New Roman"/>
          <w:sz w:val="26"/>
          <w:szCs w:val="26"/>
        </w:rPr>
        <w:t>thủ</w:t>
      </w:r>
      <w:proofErr w:type="spellEnd"/>
      <w:r w:rsidRPr="00406BBE">
        <w:rPr>
          <w:rFonts w:cs="Times New Roman"/>
          <w:sz w:val="26"/>
          <w:szCs w:val="26"/>
        </w:rPr>
        <w:t xml:space="preserve"> </w:t>
      </w:r>
      <w:proofErr w:type="spellStart"/>
      <w:r w:rsidRPr="00406BBE">
        <w:rPr>
          <w:rFonts w:cs="Times New Roman"/>
          <w:sz w:val="26"/>
          <w:szCs w:val="26"/>
        </w:rPr>
        <w:t>tục</w:t>
      </w:r>
      <w:proofErr w:type="spellEnd"/>
      <w:r w:rsidRPr="00406BBE">
        <w:rPr>
          <w:rFonts w:cs="Times New Roman"/>
          <w:sz w:val="26"/>
          <w:szCs w:val="26"/>
        </w:rPr>
        <w:t xml:space="preserve"> </w:t>
      </w:r>
      <w:proofErr w:type="spellStart"/>
      <w:r w:rsidRPr="00406BBE">
        <w:rPr>
          <w:rFonts w:cs="Times New Roman"/>
          <w:sz w:val="26"/>
          <w:szCs w:val="26"/>
        </w:rPr>
        <w:t>xuất</w:t>
      </w:r>
      <w:proofErr w:type="spellEnd"/>
      <w:r w:rsidRPr="00406BBE">
        <w:rPr>
          <w:rFonts w:cs="Times New Roman"/>
          <w:sz w:val="26"/>
          <w:szCs w:val="26"/>
        </w:rPr>
        <w:t xml:space="preserve"> </w:t>
      </w:r>
      <w:proofErr w:type="spellStart"/>
      <w:r w:rsidRPr="00406BBE">
        <w:rPr>
          <w:rFonts w:cs="Times New Roman"/>
          <w:sz w:val="26"/>
          <w:szCs w:val="26"/>
        </w:rPr>
        <w:t>nhập</w:t>
      </w:r>
      <w:proofErr w:type="spellEnd"/>
      <w:r w:rsidRPr="00406BBE">
        <w:rPr>
          <w:rFonts w:cs="Times New Roman"/>
          <w:sz w:val="26"/>
          <w:szCs w:val="26"/>
        </w:rPr>
        <w:t xml:space="preserve"> </w:t>
      </w:r>
      <w:proofErr w:type="spellStart"/>
      <w:r w:rsidRPr="00406BBE">
        <w:rPr>
          <w:rFonts w:cs="Times New Roman"/>
          <w:sz w:val="26"/>
          <w:szCs w:val="26"/>
        </w:rPr>
        <w:t>cảnh</w:t>
      </w:r>
      <w:proofErr w:type="spellEnd"/>
      <w:r w:rsidRPr="00406BBE">
        <w:rPr>
          <w:rFonts w:cs="Times New Roman"/>
          <w:sz w:val="26"/>
          <w:szCs w:val="26"/>
        </w:rPr>
        <w:t xml:space="preserve"> </w:t>
      </w:r>
      <w:proofErr w:type="spellStart"/>
      <w:r w:rsidRPr="00406BBE">
        <w:rPr>
          <w:rFonts w:cs="Times New Roman"/>
          <w:sz w:val="26"/>
          <w:szCs w:val="26"/>
        </w:rPr>
        <w:t>và</w:t>
      </w:r>
      <w:proofErr w:type="spellEnd"/>
      <w:r w:rsidRPr="00406BBE">
        <w:rPr>
          <w:rFonts w:cs="Times New Roman"/>
          <w:sz w:val="26"/>
          <w:szCs w:val="26"/>
        </w:rPr>
        <w:t xml:space="preserve"> cam </w:t>
      </w:r>
      <w:proofErr w:type="spellStart"/>
      <w:r w:rsidRPr="00406BBE">
        <w:rPr>
          <w:rFonts w:cs="Times New Roman"/>
          <w:sz w:val="26"/>
          <w:szCs w:val="26"/>
        </w:rPr>
        <w:t>kết</w:t>
      </w:r>
      <w:proofErr w:type="spellEnd"/>
      <w:r w:rsidRPr="00406BBE">
        <w:rPr>
          <w:rFonts w:cs="Times New Roman"/>
          <w:sz w:val="26"/>
          <w:szCs w:val="26"/>
        </w:rPr>
        <w:t xml:space="preserve"> </w:t>
      </w:r>
      <w:proofErr w:type="spellStart"/>
      <w:r w:rsidRPr="00406BBE">
        <w:rPr>
          <w:rFonts w:cs="Times New Roman"/>
          <w:sz w:val="26"/>
          <w:szCs w:val="26"/>
        </w:rPr>
        <w:t>tham</w:t>
      </w:r>
      <w:proofErr w:type="spellEnd"/>
      <w:r w:rsidRPr="00406BBE">
        <w:rPr>
          <w:rFonts w:cs="Times New Roman"/>
          <w:sz w:val="26"/>
          <w:szCs w:val="26"/>
        </w:rPr>
        <w:t xml:space="preserve"> </w:t>
      </w:r>
      <w:proofErr w:type="spellStart"/>
      <w:r w:rsidRPr="00406BBE">
        <w:rPr>
          <w:rFonts w:cs="Times New Roman"/>
          <w:sz w:val="26"/>
          <w:szCs w:val="26"/>
        </w:rPr>
        <w:t>gia</w:t>
      </w:r>
      <w:proofErr w:type="spellEnd"/>
      <w:r w:rsidRPr="00406BBE">
        <w:rPr>
          <w:rFonts w:cs="Times New Roman"/>
          <w:sz w:val="26"/>
          <w:szCs w:val="26"/>
        </w:rPr>
        <w:t xml:space="preserve"> </w:t>
      </w:r>
      <w:proofErr w:type="spellStart"/>
      <w:r w:rsidRPr="00406BBE">
        <w:rPr>
          <w:rFonts w:cs="Times New Roman"/>
          <w:sz w:val="26"/>
          <w:szCs w:val="26"/>
        </w:rPr>
        <w:t>đầy</w:t>
      </w:r>
      <w:proofErr w:type="spellEnd"/>
      <w:r w:rsidRPr="00406BBE">
        <w:rPr>
          <w:rFonts w:cs="Times New Roman"/>
          <w:sz w:val="26"/>
          <w:szCs w:val="26"/>
        </w:rPr>
        <w:t xml:space="preserve"> </w:t>
      </w:r>
      <w:proofErr w:type="spellStart"/>
      <w:r w:rsidRPr="00406BBE">
        <w:rPr>
          <w:rFonts w:cs="Times New Roman"/>
          <w:sz w:val="26"/>
          <w:szCs w:val="26"/>
        </w:rPr>
        <w:t>đủ</w:t>
      </w:r>
      <w:proofErr w:type="spellEnd"/>
      <w:r w:rsidRPr="00406BBE">
        <w:rPr>
          <w:rFonts w:cs="Times New Roman"/>
          <w:sz w:val="26"/>
          <w:szCs w:val="26"/>
        </w:rPr>
        <w:t xml:space="preserve"> </w:t>
      </w:r>
      <w:proofErr w:type="spellStart"/>
      <w:r w:rsidRPr="00406BBE">
        <w:rPr>
          <w:rFonts w:cs="Times New Roman"/>
          <w:sz w:val="26"/>
          <w:szCs w:val="26"/>
        </w:rPr>
        <w:t>chương</w:t>
      </w:r>
      <w:proofErr w:type="spellEnd"/>
      <w:r w:rsidRPr="00406BBE">
        <w:rPr>
          <w:rFonts w:cs="Times New Roman"/>
          <w:sz w:val="26"/>
          <w:szCs w:val="26"/>
        </w:rPr>
        <w:t xml:space="preserve"> </w:t>
      </w:r>
      <w:proofErr w:type="spellStart"/>
      <w:r w:rsidRPr="00406BBE">
        <w:rPr>
          <w:rFonts w:cs="Times New Roman"/>
          <w:sz w:val="26"/>
          <w:szCs w:val="26"/>
        </w:rPr>
        <w:t>trình</w:t>
      </w:r>
      <w:proofErr w:type="spellEnd"/>
      <w:r w:rsidRPr="00406BBE">
        <w:rPr>
          <w:rFonts w:cs="Times New Roman"/>
          <w:sz w:val="26"/>
          <w:szCs w:val="26"/>
        </w:rPr>
        <w:t xml:space="preserve"> </w:t>
      </w:r>
      <w:proofErr w:type="spellStart"/>
      <w:r w:rsidRPr="00406BBE">
        <w:rPr>
          <w:rFonts w:cs="Times New Roman"/>
          <w:sz w:val="26"/>
          <w:szCs w:val="26"/>
        </w:rPr>
        <w:t>theo</w:t>
      </w:r>
      <w:proofErr w:type="spellEnd"/>
      <w:r w:rsidRPr="00406BBE">
        <w:rPr>
          <w:rFonts w:cs="Times New Roman"/>
          <w:sz w:val="26"/>
          <w:szCs w:val="26"/>
        </w:rPr>
        <w:t xml:space="preserve"> </w:t>
      </w:r>
      <w:proofErr w:type="spellStart"/>
      <w:r w:rsidRPr="00406BBE">
        <w:rPr>
          <w:rFonts w:cs="Times New Roman"/>
          <w:sz w:val="26"/>
          <w:szCs w:val="26"/>
        </w:rPr>
        <w:t>kế</w:t>
      </w:r>
      <w:proofErr w:type="spellEnd"/>
      <w:r w:rsidRPr="00406BBE">
        <w:rPr>
          <w:rFonts w:cs="Times New Roman"/>
          <w:sz w:val="26"/>
          <w:szCs w:val="26"/>
        </w:rPr>
        <w:t xml:space="preserve"> </w:t>
      </w:r>
      <w:proofErr w:type="spellStart"/>
      <w:r w:rsidRPr="00406BBE">
        <w:rPr>
          <w:rFonts w:cs="Times New Roman"/>
          <w:sz w:val="26"/>
          <w:szCs w:val="26"/>
        </w:rPr>
        <w:t>hoạch</w:t>
      </w:r>
      <w:proofErr w:type="spellEnd"/>
      <w:r w:rsidRPr="00406BBE">
        <w:rPr>
          <w:rFonts w:cs="Times New Roman"/>
          <w:sz w:val="26"/>
          <w:szCs w:val="26"/>
        </w:rPr>
        <w:t xml:space="preserve"> </w:t>
      </w:r>
      <w:proofErr w:type="spellStart"/>
      <w:r w:rsidRPr="00406BBE">
        <w:rPr>
          <w:rFonts w:cs="Times New Roman"/>
          <w:sz w:val="26"/>
          <w:szCs w:val="26"/>
        </w:rPr>
        <w:t>của</w:t>
      </w:r>
      <w:proofErr w:type="spellEnd"/>
      <w:r w:rsidRPr="00406BBE">
        <w:rPr>
          <w:rFonts w:cs="Times New Roman"/>
          <w:sz w:val="26"/>
          <w:szCs w:val="26"/>
        </w:rPr>
        <w:t xml:space="preserve"> </w:t>
      </w:r>
      <w:proofErr w:type="spellStart"/>
      <w:r w:rsidRPr="00406BBE">
        <w:rPr>
          <w:rFonts w:cs="Times New Roman"/>
          <w:sz w:val="26"/>
          <w:szCs w:val="26"/>
        </w:rPr>
        <w:t>đoàn</w:t>
      </w:r>
      <w:proofErr w:type="spellEnd"/>
      <w:r w:rsidRPr="00406BBE">
        <w:rPr>
          <w:rFonts w:cs="Times New Roman"/>
          <w:sz w:val="26"/>
          <w:szCs w:val="26"/>
        </w:rPr>
        <w:t xml:space="preserve"> </w:t>
      </w:r>
      <w:proofErr w:type="spellStart"/>
      <w:r w:rsidRPr="00406BBE">
        <w:rPr>
          <w:rFonts w:cs="Times New Roman"/>
          <w:sz w:val="26"/>
          <w:szCs w:val="26"/>
        </w:rPr>
        <w:t>nếu</w:t>
      </w:r>
      <w:proofErr w:type="spellEnd"/>
      <w:r w:rsidRPr="00406BBE">
        <w:rPr>
          <w:rFonts w:cs="Times New Roman"/>
          <w:sz w:val="26"/>
          <w:szCs w:val="26"/>
        </w:rPr>
        <w:t xml:space="preserve"> </w:t>
      </w:r>
      <w:proofErr w:type="spellStart"/>
      <w:r w:rsidRPr="00406BBE">
        <w:rPr>
          <w:rFonts w:cs="Times New Roman"/>
          <w:sz w:val="26"/>
          <w:szCs w:val="26"/>
        </w:rPr>
        <w:t>được</w:t>
      </w:r>
      <w:proofErr w:type="spellEnd"/>
      <w:r w:rsidRPr="00406BBE">
        <w:rPr>
          <w:rFonts w:cs="Times New Roman"/>
          <w:sz w:val="26"/>
          <w:szCs w:val="26"/>
        </w:rPr>
        <w:t xml:space="preserve"> </w:t>
      </w:r>
      <w:proofErr w:type="spellStart"/>
      <w:r w:rsidRPr="00406BBE">
        <w:rPr>
          <w:rFonts w:cs="Times New Roman"/>
          <w:sz w:val="26"/>
          <w:szCs w:val="26"/>
        </w:rPr>
        <w:t>tuyển</w:t>
      </w:r>
      <w:proofErr w:type="spellEnd"/>
      <w:r w:rsidRPr="00406BBE">
        <w:rPr>
          <w:rFonts w:cs="Times New Roman"/>
          <w:sz w:val="26"/>
          <w:szCs w:val="26"/>
        </w:rPr>
        <w:t xml:space="preserve"> </w:t>
      </w:r>
      <w:proofErr w:type="spellStart"/>
      <w:r w:rsidRPr="00406BBE">
        <w:rPr>
          <w:rFonts w:cs="Times New Roman"/>
          <w:sz w:val="26"/>
          <w:szCs w:val="26"/>
        </w:rPr>
        <w:t>chọn</w:t>
      </w:r>
      <w:proofErr w:type="spellEnd"/>
      <w:r w:rsidRPr="00406BBE">
        <w:rPr>
          <w:rFonts w:cs="Times New Roman"/>
          <w:sz w:val="26"/>
          <w:szCs w:val="26"/>
        </w:rPr>
        <w:t xml:space="preserve"> </w:t>
      </w:r>
      <w:proofErr w:type="spellStart"/>
      <w:r w:rsidRPr="00406BBE">
        <w:rPr>
          <w:rFonts w:cs="Times New Roman"/>
          <w:sz w:val="26"/>
          <w:szCs w:val="26"/>
        </w:rPr>
        <w:t>và</w:t>
      </w:r>
      <w:proofErr w:type="spellEnd"/>
      <w:r w:rsidRPr="00406BBE">
        <w:rPr>
          <w:rFonts w:cs="Times New Roman"/>
          <w:sz w:val="26"/>
          <w:szCs w:val="26"/>
        </w:rPr>
        <w:t xml:space="preserve"> </w:t>
      </w:r>
      <w:proofErr w:type="spellStart"/>
      <w:r w:rsidRPr="00406BBE">
        <w:rPr>
          <w:rFonts w:cs="Times New Roman"/>
          <w:sz w:val="26"/>
          <w:szCs w:val="26"/>
        </w:rPr>
        <w:t>được</w:t>
      </w:r>
      <w:proofErr w:type="spellEnd"/>
      <w:r w:rsidRPr="00406BBE">
        <w:rPr>
          <w:rFonts w:cs="Times New Roman"/>
          <w:sz w:val="26"/>
          <w:szCs w:val="26"/>
        </w:rPr>
        <w:t xml:space="preserve"> Ban </w:t>
      </w:r>
      <w:proofErr w:type="spellStart"/>
      <w:r w:rsidRPr="00406BBE">
        <w:rPr>
          <w:rFonts w:cs="Times New Roman"/>
          <w:sz w:val="26"/>
          <w:szCs w:val="26"/>
        </w:rPr>
        <w:t>Tổ</w:t>
      </w:r>
      <w:proofErr w:type="spellEnd"/>
      <w:r w:rsidRPr="00406BBE">
        <w:rPr>
          <w:rFonts w:cs="Times New Roman"/>
          <w:sz w:val="26"/>
          <w:szCs w:val="26"/>
        </w:rPr>
        <w:t xml:space="preserve"> </w:t>
      </w:r>
      <w:proofErr w:type="spellStart"/>
      <w:r w:rsidRPr="00406BBE">
        <w:rPr>
          <w:rFonts w:cs="Times New Roman"/>
          <w:sz w:val="26"/>
          <w:szCs w:val="26"/>
        </w:rPr>
        <w:t>chức</w:t>
      </w:r>
      <w:proofErr w:type="spellEnd"/>
      <w:r w:rsidRPr="00406BBE">
        <w:rPr>
          <w:rFonts w:cs="Times New Roman"/>
          <w:sz w:val="26"/>
          <w:szCs w:val="26"/>
        </w:rPr>
        <w:t xml:space="preserve"> </w:t>
      </w:r>
      <w:proofErr w:type="spellStart"/>
      <w:r w:rsidRPr="00406BBE">
        <w:rPr>
          <w:rFonts w:cs="Times New Roman"/>
          <w:sz w:val="26"/>
          <w:szCs w:val="26"/>
        </w:rPr>
        <w:t>Đại</w:t>
      </w:r>
      <w:proofErr w:type="spellEnd"/>
      <w:r w:rsidRPr="00406BBE">
        <w:rPr>
          <w:rFonts w:cs="Times New Roman"/>
          <w:sz w:val="26"/>
          <w:szCs w:val="26"/>
        </w:rPr>
        <w:t xml:space="preserve"> </w:t>
      </w:r>
      <w:proofErr w:type="spellStart"/>
      <w:r w:rsidRPr="00406BBE">
        <w:rPr>
          <w:rFonts w:cs="Times New Roman"/>
          <w:sz w:val="26"/>
          <w:szCs w:val="26"/>
        </w:rPr>
        <w:t>hội</w:t>
      </w:r>
      <w:proofErr w:type="spellEnd"/>
      <w:r w:rsidRPr="00406BBE">
        <w:rPr>
          <w:rFonts w:cs="Times New Roman"/>
          <w:sz w:val="26"/>
          <w:szCs w:val="26"/>
        </w:rPr>
        <w:t xml:space="preserve"> </w:t>
      </w:r>
      <w:proofErr w:type="spellStart"/>
      <w:r w:rsidRPr="00406BBE">
        <w:rPr>
          <w:rFonts w:cs="Times New Roman"/>
          <w:sz w:val="26"/>
          <w:szCs w:val="26"/>
        </w:rPr>
        <w:t>chấp</w:t>
      </w:r>
      <w:proofErr w:type="spellEnd"/>
      <w:r w:rsidRPr="00406BBE">
        <w:rPr>
          <w:rFonts w:cs="Times New Roman"/>
          <w:sz w:val="26"/>
          <w:szCs w:val="26"/>
        </w:rPr>
        <w:t xml:space="preserve"> </w:t>
      </w:r>
      <w:proofErr w:type="spellStart"/>
      <w:r w:rsidRPr="00406BBE">
        <w:rPr>
          <w:rFonts w:cs="Times New Roman"/>
          <w:sz w:val="26"/>
          <w:szCs w:val="26"/>
        </w:rPr>
        <w:t>thuận</w:t>
      </w:r>
      <w:proofErr w:type="spellEnd"/>
      <w:r w:rsidRPr="00406BBE">
        <w:rPr>
          <w:rFonts w:cs="Times New Roman"/>
          <w:sz w:val="26"/>
          <w:szCs w:val="26"/>
        </w:rPr>
        <w:t>.</w:t>
      </w:r>
    </w:p>
    <w:p w14:paraId="2C109D55" w14:textId="77777777" w:rsidR="00BB6FA2" w:rsidRPr="00406BBE" w:rsidRDefault="00222B21" w:rsidP="00EE67F6">
      <w:pPr>
        <w:spacing w:before="120" w:after="120" w:line="240" w:lineRule="auto"/>
        <w:jc w:val="both"/>
        <w:rPr>
          <w:rFonts w:cs="Times New Roman"/>
          <w:sz w:val="26"/>
          <w:szCs w:val="26"/>
        </w:rPr>
      </w:pPr>
      <w:r w:rsidRPr="00406BBE">
        <w:rPr>
          <w:rFonts w:ascii="Segoe UI Symbol" w:hAnsi="Segoe UI Symbol" w:cs="Segoe UI Symbol"/>
          <w:sz w:val="26"/>
          <w:szCs w:val="26"/>
        </w:rPr>
        <w:t>☐</w:t>
      </w:r>
      <w:r w:rsidRPr="00406BBE">
        <w:rPr>
          <w:rFonts w:cs="Times New Roman"/>
          <w:sz w:val="26"/>
          <w:szCs w:val="26"/>
        </w:rPr>
        <w:t xml:space="preserve"> </w:t>
      </w:r>
      <w:proofErr w:type="spellStart"/>
      <w:r w:rsidRPr="00406BBE">
        <w:rPr>
          <w:rFonts w:cs="Times New Roman"/>
          <w:sz w:val="26"/>
          <w:szCs w:val="26"/>
        </w:rPr>
        <w:t>Tôi</w:t>
      </w:r>
      <w:proofErr w:type="spellEnd"/>
      <w:r w:rsidRPr="00406BBE">
        <w:rPr>
          <w:rFonts w:cs="Times New Roman"/>
          <w:sz w:val="26"/>
          <w:szCs w:val="26"/>
        </w:rPr>
        <w:t xml:space="preserve"> cam </w:t>
      </w:r>
      <w:proofErr w:type="spellStart"/>
      <w:r w:rsidRPr="00406BBE">
        <w:rPr>
          <w:rFonts w:cs="Times New Roman"/>
          <w:sz w:val="26"/>
          <w:szCs w:val="26"/>
        </w:rPr>
        <w:t>kết</w:t>
      </w:r>
      <w:proofErr w:type="spellEnd"/>
      <w:r w:rsidRPr="00406BBE">
        <w:rPr>
          <w:rFonts w:cs="Times New Roman"/>
          <w:sz w:val="26"/>
          <w:szCs w:val="26"/>
        </w:rPr>
        <w:t xml:space="preserve"> </w:t>
      </w:r>
      <w:proofErr w:type="spellStart"/>
      <w:r w:rsidRPr="00406BBE">
        <w:rPr>
          <w:rFonts w:cs="Times New Roman"/>
          <w:sz w:val="26"/>
          <w:szCs w:val="26"/>
        </w:rPr>
        <w:t>tuân</w:t>
      </w:r>
      <w:proofErr w:type="spellEnd"/>
      <w:r w:rsidRPr="00406BBE">
        <w:rPr>
          <w:rFonts w:cs="Times New Roman"/>
          <w:sz w:val="26"/>
          <w:szCs w:val="26"/>
        </w:rPr>
        <w:t xml:space="preserve"> </w:t>
      </w:r>
      <w:proofErr w:type="spellStart"/>
      <w:r w:rsidRPr="00406BBE">
        <w:rPr>
          <w:rFonts w:cs="Times New Roman"/>
          <w:sz w:val="26"/>
          <w:szCs w:val="26"/>
        </w:rPr>
        <w:t>thủ</w:t>
      </w:r>
      <w:proofErr w:type="spellEnd"/>
      <w:r w:rsidRPr="00406BBE">
        <w:rPr>
          <w:rFonts w:cs="Times New Roman"/>
          <w:sz w:val="26"/>
          <w:szCs w:val="26"/>
        </w:rPr>
        <w:t xml:space="preserve"> </w:t>
      </w:r>
      <w:proofErr w:type="spellStart"/>
      <w:r w:rsidRPr="00406BBE">
        <w:rPr>
          <w:rFonts w:cs="Times New Roman"/>
          <w:sz w:val="26"/>
          <w:szCs w:val="26"/>
        </w:rPr>
        <w:t>quy</w:t>
      </w:r>
      <w:proofErr w:type="spellEnd"/>
      <w:r w:rsidRPr="00406BBE">
        <w:rPr>
          <w:rFonts w:cs="Times New Roman"/>
          <w:sz w:val="26"/>
          <w:szCs w:val="26"/>
        </w:rPr>
        <w:t xml:space="preserve"> </w:t>
      </w:r>
      <w:proofErr w:type="spellStart"/>
      <w:r w:rsidRPr="00406BBE">
        <w:rPr>
          <w:rFonts w:cs="Times New Roman"/>
          <w:sz w:val="26"/>
          <w:szCs w:val="26"/>
        </w:rPr>
        <w:t>định</w:t>
      </w:r>
      <w:proofErr w:type="spellEnd"/>
      <w:r w:rsidRPr="00406BBE">
        <w:rPr>
          <w:rFonts w:cs="Times New Roman"/>
          <w:sz w:val="26"/>
          <w:szCs w:val="26"/>
        </w:rPr>
        <w:t xml:space="preserve"> </w:t>
      </w:r>
      <w:proofErr w:type="spellStart"/>
      <w:r w:rsidRPr="00406BBE">
        <w:rPr>
          <w:rFonts w:cs="Times New Roman"/>
          <w:sz w:val="26"/>
          <w:szCs w:val="26"/>
        </w:rPr>
        <w:t>của</w:t>
      </w:r>
      <w:proofErr w:type="spellEnd"/>
      <w:r w:rsidRPr="00406BBE">
        <w:rPr>
          <w:rFonts w:cs="Times New Roman"/>
          <w:sz w:val="26"/>
          <w:szCs w:val="26"/>
        </w:rPr>
        <w:t xml:space="preserve"> </w:t>
      </w:r>
      <w:proofErr w:type="spellStart"/>
      <w:r w:rsidRPr="00406BBE">
        <w:rPr>
          <w:rFonts w:cs="Times New Roman"/>
          <w:sz w:val="26"/>
          <w:szCs w:val="26"/>
        </w:rPr>
        <w:t>đoàn</w:t>
      </w:r>
      <w:proofErr w:type="spellEnd"/>
      <w:r w:rsidRPr="00406BBE">
        <w:rPr>
          <w:rFonts w:cs="Times New Roman"/>
          <w:sz w:val="26"/>
          <w:szCs w:val="26"/>
        </w:rPr>
        <w:t xml:space="preserve">, Ban </w:t>
      </w:r>
      <w:proofErr w:type="spellStart"/>
      <w:r w:rsidRPr="00406BBE">
        <w:rPr>
          <w:rFonts w:cs="Times New Roman"/>
          <w:sz w:val="26"/>
          <w:szCs w:val="26"/>
        </w:rPr>
        <w:t>Tổ</w:t>
      </w:r>
      <w:proofErr w:type="spellEnd"/>
      <w:r w:rsidRPr="00406BBE">
        <w:rPr>
          <w:rFonts w:cs="Times New Roman"/>
          <w:sz w:val="26"/>
          <w:szCs w:val="26"/>
        </w:rPr>
        <w:t xml:space="preserve"> </w:t>
      </w:r>
      <w:proofErr w:type="spellStart"/>
      <w:r w:rsidRPr="00406BBE">
        <w:rPr>
          <w:rFonts w:cs="Times New Roman"/>
          <w:sz w:val="26"/>
          <w:szCs w:val="26"/>
        </w:rPr>
        <w:t>chức</w:t>
      </w:r>
      <w:proofErr w:type="spellEnd"/>
      <w:r w:rsidRPr="00406BBE">
        <w:rPr>
          <w:rFonts w:cs="Times New Roman"/>
          <w:sz w:val="26"/>
          <w:szCs w:val="26"/>
        </w:rPr>
        <w:t xml:space="preserve"> </w:t>
      </w:r>
      <w:proofErr w:type="spellStart"/>
      <w:r w:rsidRPr="00406BBE">
        <w:rPr>
          <w:rFonts w:cs="Times New Roman"/>
          <w:sz w:val="26"/>
          <w:szCs w:val="26"/>
        </w:rPr>
        <w:t>Đại</w:t>
      </w:r>
      <w:proofErr w:type="spellEnd"/>
      <w:r w:rsidRPr="00406BBE">
        <w:rPr>
          <w:rFonts w:cs="Times New Roman"/>
          <w:sz w:val="26"/>
          <w:szCs w:val="26"/>
        </w:rPr>
        <w:t xml:space="preserve"> </w:t>
      </w:r>
      <w:proofErr w:type="spellStart"/>
      <w:r w:rsidRPr="00406BBE">
        <w:rPr>
          <w:rFonts w:cs="Times New Roman"/>
          <w:sz w:val="26"/>
          <w:szCs w:val="26"/>
        </w:rPr>
        <w:t>hội</w:t>
      </w:r>
      <w:proofErr w:type="spellEnd"/>
      <w:r w:rsidRPr="00406BBE">
        <w:rPr>
          <w:rFonts w:cs="Times New Roman"/>
          <w:sz w:val="26"/>
          <w:szCs w:val="26"/>
        </w:rPr>
        <w:t xml:space="preserve">, </w:t>
      </w:r>
      <w:proofErr w:type="spellStart"/>
      <w:r w:rsidRPr="00406BBE">
        <w:rPr>
          <w:rFonts w:cs="Times New Roman"/>
          <w:sz w:val="26"/>
          <w:szCs w:val="26"/>
        </w:rPr>
        <w:t>pháp</w:t>
      </w:r>
      <w:proofErr w:type="spellEnd"/>
      <w:r w:rsidRPr="00406BBE">
        <w:rPr>
          <w:rFonts w:cs="Times New Roman"/>
          <w:sz w:val="26"/>
          <w:szCs w:val="26"/>
        </w:rPr>
        <w:t xml:space="preserve"> </w:t>
      </w:r>
      <w:proofErr w:type="spellStart"/>
      <w:r w:rsidRPr="00406BBE">
        <w:rPr>
          <w:rFonts w:cs="Times New Roman"/>
          <w:sz w:val="26"/>
          <w:szCs w:val="26"/>
        </w:rPr>
        <w:t>luật</w:t>
      </w:r>
      <w:proofErr w:type="spellEnd"/>
      <w:r w:rsidRPr="00406BBE">
        <w:rPr>
          <w:rFonts w:cs="Times New Roman"/>
          <w:sz w:val="26"/>
          <w:szCs w:val="26"/>
        </w:rPr>
        <w:t xml:space="preserve"> Việt Nam </w:t>
      </w:r>
      <w:proofErr w:type="spellStart"/>
      <w:r w:rsidRPr="00406BBE">
        <w:rPr>
          <w:rFonts w:cs="Times New Roman"/>
          <w:sz w:val="26"/>
          <w:szCs w:val="26"/>
        </w:rPr>
        <w:t>và</w:t>
      </w:r>
      <w:proofErr w:type="spellEnd"/>
      <w:r w:rsidRPr="00406BBE">
        <w:rPr>
          <w:rFonts w:cs="Times New Roman"/>
          <w:sz w:val="26"/>
          <w:szCs w:val="26"/>
        </w:rPr>
        <w:t xml:space="preserve"> </w:t>
      </w:r>
      <w:proofErr w:type="spellStart"/>
      <w:r w:rsidRPr="00406BBE">
        <w:rPr>
          <w:rFonts w:cs="Times New Roman"/>
          <w:sz w:val="26"/>
          <w:szCs w:val="26"/>
        </w:rPr>
        <w:t>pháp</w:t>
      </w:r>
      <w:proofErr w:type="spellEnd"/>
      <w:r w:rsidRPr="00406BBE">
        <w:rPr>
          <w:rFonts w:cs="Times New Roman"/>
          <w:sz w:val="26"/>
          <w:szCs w:val="26"/>
        </w:rPr>
        <w:t xml:space="preserve"> </w:t>
      </w:r>
      <w:proofErr w:type="spellStart"/>
      <w:r w:rsidRPr="00406BBE">
        <w:rPr>
          <w:rFonts w:cs="Times New Roman"/>
          <w:sz w:val="26"/>
          <w:szCs w:val="26"/>
        </w:rPr>
        <w:t>luật</w:t>
      </w:r>
      <w:proofErr w:type="spellEnd"/>
      <w:r w:rsidRPr="00406BBE">
        <w:rPr>
          <w:rFonts w:cs="Times New Roman"/>
          <w:sz w:val="26"/>
          <w:szCs w:val="26"/>
        </w:rPr>
        <w:t xml:space="preserve"> Liên bang Nga; </w:t>
      </w:r>
      <w:proofErr w:type="spellStart"/>
      <w:r w:rsidRPr="00406BBE">
        <w:rPr>
          <w:rFonts w:cs="Times New Roman"/>
          <w:sz w:val="26"/>
          <w:szCs w:val="26"/>
        </w:rPr>
        <w:t>bảo</w:t>
      </w:r>
      <w:proofErr w:type="spellEnd"/>
      <w:r w:rsidRPr="00406BBE">
        <w:rPr>
          <w:rFonts w:cs="Times New Roman"/>
          <w:sz w:val="26"/>
          <w:szCs w:val="26"/>
        </w:rPr>
        <w:t xml:space="preserve"> </w:t>
      </w:r>
      <w:proofErr w:type="spellStart"/>
      <w:r w:rsidRPr="00406BBE">
        <w:rPr>
          <w:rFonts w:cs="Times New Roman"/>
          <w:sz w:val="26"/>
          <w:szCs w:val="26"/>
        </w:rPr>
        <w:t>đảm</w:t>
      </w:r>
      <w:proofErr w:type="spellEnd"/>
      <w:r w:rsidRPr="00406BBE">
        <w:rPr>
          <w:rFonts w:cs="Times New Roman"/>
          <w:sz w:val="26"/>
          <w:szCs w:val="26"/>
        </w:rPr>
        <w:t xml:space="preserve"> </w:t>
      </w:r>
      <w:proofErr w:type="spellStart"/>
      <w:r w:rsidRPr="00406BBE">
        <w:rPr>
          <w:rFonts w:cs="Times New Roman"/>
          <w:sz w:val="26"/>
          <w:szCs w:val="26"/>
        </w:rPr>
        <w:t>tính</w:t>
      </w:r>
      <w:proofErr w:type="spellEnd"/>
      <w:r w:rsidRPr="00406BBE">
        <w:rPr>
          <w:rFonts w:cs="Times New Roman"/>
          <w:sz w:val="26"/>
          <w:szCs w:val="26"/>
        </w:rPr>
        <w:t xml:space="preserve"> </w:t>
      </w:r>
      <w:proofErr w:type="spellStart"/>
      <w:r w:rsidRPr="00406BBE">
        <w:rPr>
          <w:rFonts w:cs="Times New Roman"/>
          <w:sz w:val="26"/>
          <w:szCs w:val="26"/>
        </w:rPr>
        <w:t>trung</w:t>
      </w:r>
      <w:proofErr w:type="spellEnd"/>
      <w:r w:rsidRPr="00406BBE">
        <w:rPr>
          <w:rFonts w:cs="Times New Roman"/>
          <w:sz w:val="26"/>
          <w:szCs w:val="26"/>
        </w:rPr>
        <w:t xml:space="preserve"> </w:t>
      </w:r>
      <w:proofErr w:type="spellStart"/>
      <w:r w:rsidRPr="00406BBE">
        <w:rPr>
          <w:rFonts w:cs="Times New Roman"/>
          <w:sz w:val="26"/>
          <w:szCs w:val="26"/>
        </w:rPr>
        <w:t>thực</w:t>
      </w:r>
      <w:proofErr w:type="spellEnd"/>
      <w:r w:rsidRPr="00406BBE">
        <w:rPr>
          <w:rFonts w:cs="Times New Roman"/>
          <w:sz w:val="26"/>
          <w:szCs w:val="26"/>
        </w:rPr>
        <w:t xml:space="preserve"> khoa </w:t>
      </w:r>
      <w:proofErr w:type="spellStart"/>
      <w:r w:rsidRPr="00406BBE">
        <w:rPr>
          <w:rFonts w:cs="Times New Roman"/>
          <w:sz w:val="26"/>
          <w:szCs w:val="26"/>
        </w:rPr>
        <w:t>học</w:t>
      </w:r>
      <w:proofErr w:type="spellEnd"/>
      <w:r w:rsidRPr="00406BBE">
        <w:rPr>
          <w:rFonts w:cs="Times New Roman"/>
          <w:sz w:val="26"/>
          <w:szCs w:val="26"/>
        </w:rPr>
        <w:t xml:space="preserve"> </w:t>
      </w:r>
      <w:proofErr w:type="spellStart"/>
      <w:r w:rsidRPr="00406BBE">
        <w:rPr>
          <w:rFonts w:cs="Times New Roman"/>
          <w:sz w:val="26"/>
          <w:szCs w:val="26"/>
        </w:rPr>
        <w:t>và</w:t>
      </w:r>
      <w:proofErr w:type="spellEnd"/>
      <w:r w:rsidRPr="00406BBE">
        <w:rPr>
          <w:rFonts w:cs="Times New Roman"/>
          <w:sz w:val="26"/>
          <w:szCs w:val="26"/>
        </w:rPr>
        <w:t xml:space="preserve"> </w:t>
      </w:r>
      <w:proofErr w:type="spellStart"/>
      <w:r w:rsidRPr="00406BBE">
        <w:rPr>
          <w:rFonts w:cs="Times New Roman"/>
          <w:sz w:val="26"/>
          <w:szCs w:val="26"/>
        </w:rPr>
        <w:t>quyền</w:t>
      </w:r>
      <w:proofErr w:type="spellEnd"/>
      <w:r w:rsidRPr="00406BBE">
        <w:rPr>
          <w:rFonts w:cs="Times New Roman"/>
          <w:sz w:val="26"/>
          <w:szCs w:val="26"/>
        </w:rPr>
        <w:t xml:space="preserve"> </w:t>
      </w:r>
      <w:proofErr w:type="spellStart"/>
      <w:r w:rsidRPr="00406BBE">
        <w:rPr>
          <w:rFonts w:cs="Times New Roman"/>
          <w:sz w:val="26"/>
          <w:szCs w:val="26"/>
        </w:rPr>
        <w:t>sở</w:t>
      </w:r>
      <w:proofErr w:type="spellEnd"/>
      <w:r w:rsidRPr="00406BBE">
        <w:rPr>
          <w:rFonts w:cs="Times New Roman"/>
          <w:sz w:val="26"/>
          <w:szCs w:val="26"/>
        </w:rPr>
        <w:t xml:space="preserve"> </w:t>
      </w:r>
      <w:proofErr w:type="spellStart"/>
      <w:r w:rsidRPr="00406BBE">
        <w:rPr>
          <w:rFonts w:cs="Times New Roman"/>
          <w:sz w:val="26"/>
          <w:szCs w:val="26"/>
        </w:rPr>
        <w:t>hữu</w:t>
      </w:r>
      <w:proofErr w:type="spellEnd"/>
      <w:r w:rsidRPr="00406BBE">
        <w:rPr>
          <w:rFonts w:cs="Times New Roman"/>
          <w:sz w:val="26"/>
          <w:szCs w:val="26"/>
        </w:rPr>
        <w:t xml:space="preserve"> </w:t>
      </w:r>
      <w:proofErr w:type="spellStart"/>
      <w:r w:rsidRPr="00406BBE">
        <w:rPr>
          <w:rFonts w:cs="Times New Roman"/>
          <w:sz w:val="26"/>
          <w:szCs w:val="26"/>
        </w:rPr>
        <w:t>trí</w:t>
      </w:r>
      <w:proofErr w:type="spellEnd"/>
      <w:r w:rsidRPr="00406BBE">
        <w:rPr>
          <w:rFonts w:cs="Times New Roman"/>
          <w:sz w:val="26"/>
          <w:szCs w:val="26"/>
        </w:rPr>
        <w:t xml:space="preserve"> </w:t>
      </w:r>
      <w:proofErr w:type="spellStart"/>
      <w:r w:rsidRPr="00406BBE">
        <w:rPr>
          <w:rFonts w:cs="Times New Roman"/>
          <w:sz w:val="26"/>
          <w:szCs w:val="26"/>
        </w:rPr>
        <w:t>tuệ</w:t>
      </w:r>
      <w:proofErr w:type="spellEnd"/>
      <w:r w:rsidRPr="00406BBE">
        <w:rPr>
          <w:rFonts w:cs="Times New Roman"/>
          <w:sz w:val="26"/>
          <w:szCs w:val="26"/>
        </w:rPr>
        <w:t xml:space="preserve"> </w:t>
      </w:r>
      <w:proofErr w:type="spellStart"/>
      <w:r w:rsidRPr="00406BBE">
        <w:rPr>
          <w:rFonts w:cs="Times New Roman"/>
          <w:sz w:val="26"/>
          <w:szCs w:val="26"/>
        </w:rPr>
        <w:t>đối</w:t>
      </w:r>
      <w:proofErr w:type="spellEnd"/>
      <w:r w:rsidRPr="00406BBE">
        <w:rPr>
          <w:rFonts w:cs="Times New Roman"/>
          <w:sz w:val="26"/>
          <w:szCs w:val="26"/>
        </w:rPr>
        <w:t xml:space="preserve"> </w:t>
      </w:r>
      <w:proofErr w:type="spellStart"/>
      <w:r w:rsidRPr="00406BBE">
        <w:rPr>
          <w:rFonts w:cs="Times New Roman"/>
          <w:sz w:val="26"/>
          <w:szCs w:val="26"/>
        </w:rPr>
        <w:t>với</w:t>
      </w:r>
      <w:proofErr w:type="spellEnd"/>
      <w:r w:rsidRPr="00406BBE">
        <w:rPr>
          <w:rFonts w:cs="Times New Roman"/>
          <w:sz w:val="26"/>
          <w:szCs w:val="26"/>
        </w:rPr>
        <w:t xml:space="preserve"> </w:t>
      </w:r>
      <w:proofErr w:type="spellStart"/>
      <w:r w:rsidRPr="00406BBE">
        <w:rPr>
          <w:rFonts w:cs="Times New Roman"/>
          <w:sz w:val="26"/>
          <w:szCs w:val="26"/>
        </w:rPr>
        <w:t>nội</w:t>
      </w:r>
      <w:proofErr w:type="spellEnd"/>
      <w:r w:rsidRPr="00406BBE">
        <w:rPr>
          <w:rFonts w:cs="Times New Roman"/>
          <w:sz w:val="26"/>
          <w:szCs w:val="26"/>
        </w:rPr>
        <w:t xml:space="preserve"> dung </w:t>
      </w:r>
      <w:proofErr w:type="spellStart"/>
      <w:r w:rsidRPr="00406BBE">
        <w:rPr>
          <w:rFonts w:cs="Times New Roman"/>
          <w:sz w:val="26"/>
          <w:szCs w:val="26"/>
        </w:rPr>
        <w:t>đăng</w:t>
      </w:r>
      <w:proofErr w:type="spellEnd"/>
      <w:r w:rsidRPr="00406BBE">
        <w:rPr>
          <w:rFonts w:cs="Times New Roman"/>
          <w:sz w:val="26"/>
          <w:szCs w:val="26"/>
        </w:rPr>
        <w:t xml:space="preserve"> </w:t>
      </w:r>
      <w:proofErr w:type="spellStart"/>
      <w:r w:rsidRPr="00406BBE">
        <w:rPr>
          <w:rFonts w:cs="Times New Roman"/>
          <w:sz w:val="26"/>
          <w:szCs w:val="26"/>
        </w:rPr>
        <w:t>ký</w:t>
      </w:r>
      <w:proofErr w:type="spellEnd"/>
      <w:r w:rsidRPr="00406BBE">
        <w:rPr>
          <w:rFonts w:cs="Times New Roman"/>
          <w:sz w:val="26"/>
          <w:szCs w:val="26"/>
        </w:rPr>
        <w:t>/</w:t>
      </w:r>
      <w:proofErr w:type="spellStart"/>
      <w:r w:rsidRPr="00406BBE">
        <w:rPr>
          <w:rFonts w:cs="Times New Roman"/>
          <w:sz w:val="26"/>
          <w:szCs w:val="26"/>
        </w:rPr>
        <w:t>trình</w:t>
      </w:r>
      <w:proofErr w:type="spellEnd"/>
      <w:r w:rsidRPr="00406BBE">
        <w:rPr>
          <w:rFonts w:cs="Times New Roman"/>
          <w:sz w:val="26"/>
          <w:szCs w:val="26"/>
        </w:rPr>
        <w:t xml:space="preserve"> </w:t>
      </w:r>
      <w:proofErr w:type="spellStart"/>
      <w:r w:rsidRPr="00406BBE">
        <w:rPr>
          <w:rFonts w:cs="Times New Roman"/>
          <w:sz w:val="26"/>
          <w:szCs w:val="26"/>
        </w:rPr>
        <w:t>bày</w:t>
      </w:r>
      <w:proofErr w:type="spellEnd"/>
      <w:r w:rsidRPr="00406BBE">
        <w:rPr>
          <w:rFonts w:cs="Times New Roman"/>
          <w:sz w:val="26"/>
          <w:szCs w:val="26"/>
        </w:rPr>
        <w:t>.</w:t>
      </w:r>
    </w:p>
    <w:p w14:paraId="1470857F" w14:textId="77777777" w:rsidR="00BB6FA2" w:rsidRPr="00406BBE" w:rsidRDefault="00222B21" w:rsidP="00EE67F6">
      <w:pPr>
        <w:spacing w:before="120" w:after="120" w:line="240" w:lineRule="auto"/>
        <w:jc w:val="both"/>
        <w:rPr>
          <w:rFonts w:cs="Times New Roman"/>
          <w:sz w:val="26"/>
          <w:szCs w:val="26"/>
        </w:rPr>
      </w:pPr>
      <w:r w:rsidRPr="00406BBE">
        <w:rPr>
          <w:rFonts w:ascii="Segoe UI Symbol" w:hAnsi="Segoe UI Symbol" w:cs="Segoe UI Symbol"/>
          <w:sz w:val="26"/>
          <w:szCs w:val="26"/>
        </w:rPr>
        <w:t>☐</w:t>
      </w:r>
      <w:r w:rsidRPr="00406BBE">
        <w:rPr>
          <w:rFonts w:cs="Times New Roman"/>
          <w:sz w:val="26"/>
          <w:szCs w:val="26"/>
        </w:rPr>
        <w:t xml:space="preserve"> </w:t>
      </w:r>
      <w:proofErr w:type="spellStart"/>
      <w:r w:rsidRPr="00406BBE">
        <w:rPr>
          <w:rFonts w:cs="Times New Roman"/>
          <w:sz w:val="26"/>
          <w:szCs w:val="26"/>
        </w:rPr>
        <w:t>Tôi</w:t>
      </w:r>
      <w:proofErr w:type="spellEnd"/>
      <w:r w:rsidRPr="00406BBE">
        <w:rPr>
          <w:rFonts w:cs="Times New Roman"/>
          <w:sz w:val="26"/>
          <w:szCs w:val="26"/>
        </w:rPr>
        <w:t xml:space="preserve"> </w:t>
      </w:r>
      <w:proofErr w:type="spellStart"/>
      <w:r w:rsidRPr="00406BBE">
        <w:rPr>
          <w:rFonts w:cs="Times New Roman"/>
          <w:sz w:val="26"/>
          <w:szCs w:val="26"/>
        </w:rPr>
        <w:t>đồng</w:t>
      </w:r>
      <w:proofErr w:type="spellEnd"/>
      <w:r w:rsidRPr="00406BBE">
        <w:rPr>
          <w:rFonts w:cs="Times New Roman"/>
          <w:sz w:val="26"/>
          <w:szCs w:val="26"/>
        </w:rPr>
        <w:t xml:space="preserve"> ý </w:t>
      </w:r>
      <w:proofErr w:type="spellStart"/>
      <w:r w:rsidRPr="00406BBE">
        <w:rPr>
          <w:rFonts w:cs="Times New Roman"/>
          <w:sz w:val="26"/>
          <w:szCs w:val="26"/>
        </w:rPr>
        <w:t>để</w:t>
      </w:r>
      <w:proofErr w:type="spellEnd"/>
      <w:r w:rsidRPr="00406BBE">
        <w:rPr>
          <w:rFonts w:cs="Times New Roman"/>
          <w:sz w:val="26"/>
          <w:szCs w:val="26"/>
        </w:rPr>
        <w:t xml:space="preserve"> </w:t>
      </w:r>
      <w:proofErr w:type="spellStart"/>
      <w:r w:rsidRPr="00406BBE">
        <w:rPr>
          <w:rFonts w:cs="Times New Roman"/>
          <w:sz w:val="26"/>
          <w:szCs w:val="26"/>
        </w:rPr>
        <w:t>Quỹ</w:t>
      </w:r>
      <w:proofErr w:type="spellEnd"/>
      <w:r w:rsidRPr="00406BBE">
        <w:rPr>
          <w:rFonts w:cs="Times New Roman"/>
          <w:sz w:val="26"/>
          <w:szCs w:val="26"/>
        </w:rPr>
        <w:t xml:space="preserve"> </w:t>
      </w:r>
      <w:proofErr w:type="spellStart"/>
      <w:r w:rsidRPr="00406BBE">
        <w:rPr>
          <w:rFonts w:cs="Times New Roman"/>
          <w:sz w:val="26"/>
          <w:szCs w:val="26"/>
        </w:rPr>
        <w:t>kiểm</w:t>
      </w:r>
      <w:proofErr w:type="spellEnd"/>
      <w:r w:rsidRPr="00406BBE">
        <w:rPr>
          <w:rFonts w:cs="Times New Roman"/>
          <w:sz w:val="26"/>
          <w:szCs w:val="26"/>
        </w:rPr>
        <w:t xml:space="preserve"> </w:t>
      </w:r>
      <w:proofErr w:type="spellStart"/>
      <w:r w:rsidRPr="00406BBE">
        <w:rPr>
          <w:rFonts w:cs="Times New Roman"/>
          <w:sz w:val="26"/>
          <w:szCs w:val="26"/>
        </w:rPr>
        <w:t>tra</w:t>
      </w:r>
      <w:proofErr w:type="spellEnd"/>
      <w:r w:rsidRPr="00406BBE">
        <w:rPr>
          <w:rFonts w:cs="Times New Roman"/>
          <w:sz w:val="26"/>
          <w:szCs w:val="26"/>
        </w:rPr>
        <w:t xml:space="preserve">, </w:t>
      </w:r>
      <w:proofErr w:type="spellStart"/>
      <w:r w:rsidRPr="00406BBE">
        <w:rPr>
          <w:rFonts w:cs="Times New Roman"/>
          <w:sz w:val="26"/>
          <w:szCs w:val="26"/>
        </w:rPr>
        <w:t>xác</w:t>
      </w:r>
      <w:proofErr w:type="spellEnd"/>
      <w:r w:rsidRPr="00406BBE">
        <w:rPr>
          <w:rFonts w:cs="Times New Roman"/>
          <w:sz w:val="26"/>
          <w:szCs w:val="26"/>
        </w:rPr>
        <w:t xml:space="preserve"> </w:t>
      </w:r>
      <w:proofErr w:type="spellStart"/>
      <w:r w:rsidRPr="00406BBE">
        <w:rPr>
          <w:rFonts w:cs="Times New Roman"/>
          <w:sz w:val="26"/>
          <w:szCs w:val="26"/>
        </w:rPr>
        <w:t>minh</w:t>
      </w:r>
      <w:proofErr w:type="spellEnd"/>
      <w:r w:rsidRPr="00406BBE">
        <w:rPr>
          <w:rFonts w:cs="Times New Roman"/>
          <w:sz w:val="26"/>
          <w:szCs w:val="26"/>
        </w:rPr>
        <w:t xml:space="preserve"> </w:t>
      </w:r>
      <w:proofErr w:type="spellStart"/>
      <w:r w:rsidRPr="00406BBE">
        <w:rPr>
          <w:rFonts w:cs="Times New Roman"/>
          <w:sz w:val="26"/>
          <w:szCs w:val="26"/>
        </w:rPr>
        <w:t>thông</w:t>
      </w:r>
      <w:proofErr w:type="spellEnd"/>
      <w:r w:rsidRPr="00406BBE">
        <w:rPr>
          <w:rFonts w:cs="Times New Roman"/>
          <w:sz w:val="26"/>
          <w:szCs w:val="26"/>
        </w:rPr>
        <w:t xml:space="preserve"> tin </w:t>
      </w:r>
      <w:proofErr w:type="spellStart"/>
      <w:r w:rsidRPr="00406BBE">
        <w:rPr>
          <w:rFonts w:cs="Times New Roman"/>
          <w:sz w:val="26"/>
          <w:szCs w:val="26"/>
        </w:rPr>
        <w:t>và</w:t>
      </w:r>
      <w:proofErr w:type="spellEnd"/>
      <w:r w:rsidRPr="00406BBE">
        <w:rPr>
          <w:rFonts w:cs="Times New Roman"/>
          <w:sz w:val="26"/>
          <w:szCs w:val="26"/>
        </w:rPr>
        <w:t xml:space="preserve"> </w:t>
      </w:r>
      <w:proofErr w:type="spellStart"/>
      <w:r w:rsidRPr="00406BBE">
        <w:rPr>
          <w:rFonts w:cs="Times New Roman"/>
          <w:sz w:val="26"/>
          <w:szCs w:val="26"/>
        </w:rPr>
        <w:t>minh</w:t>
      </w:r>
      <w:proofErr w:type="spellEnd"/>
      <w:r w:rsidRPr="00406BBE">
        <w:rPr>
          <w:rFonts w:cs="Times New Roman"/>
          <w:sz w:val="26"/>
          <w:szCs w:val="26"/>
        </w:rPr>
        <w:t xml:space="preserve"> </w:t>
      </w:r>
      <w:proofErr w:type="spellStart"/>
      <w:r w:rsidRPr="00406BBE">
        <w:rPr>
          <w:rFonts w:cs="Times New Roman"/>
          <w:sz w:val="26"/>
          <w:szCs w:val="26"/>
        </w:rPr>
        <w:t>chứng</w:t>
      </w:r>
      <w:proofErr w:type="spellEnd"/>
      <w:r w:rsidRPr="00406BBE">
        <w:rPr>
          <w:rFonts w:cs="Times New Roman"/>
          <w:sz w:val="26"/>
          <w:szCs w:val="26"/>
        </w:rPr>
        <w:t xml:space="preserve"> </w:t>
      </w:r>
      <w:proofErr w:type="spellStart"/>
      <w:r w:rsidRPr="00406BBE">
        <w:rPr>
          <w:rFonts w:cs="Times New Roman"/>
          <w:sz w:val="26"/>
          <w:szCs w:val="26"/>
        </w:rPr>
        <w:t>trong</w:t>
      </w:r>
      <w:proofErr w:type="spellEnd"/>
      <w:r w:rsidRPr="00406BBE">
        <w:rPr>
          <w:rFonts w:cs="Times New Roman"/>
          <w:sz w:val="26"/>
          <w:szCs w:val="26"/>
        </w:rPr>
        <w:t xml:space="preserve"> </w:t>
      </w:r>
      <w:proofErr w:type="spellStart"/>
      <w:r w:rsidRPr="00406BBE">
        <w:rPr>
          <w:rFonts w:cs="Times New Roman"/>
          <w:sz w:val="26"/>
          <w:szCs w:val="26"/>
        </w:rPr>
        <w:t>hồ</w:t>
      </w:r>
      <w:proofErr w:type="spellEnd"/>
      <w:r w:rsidRPr="00406BBE">
        <w:rPr>
          <w:rFonts w:cs="Times New Roman"/>
          <w:sz w:val="26"/>
          <w:szCs w:val="26"/>
        </w:rPr>
        <w:t xml:space="preserve"> </w:t>
      </w:r>
      <w:proofErr w:type="spellStart"/>
      <w:r w:rsidRPr="00406BBE">
        <w:rPr>
          <w:rFonts w:cs="Times New Roman"/>
          <w:sz w:val="26"/>
          <w:szCs w:val="26"/>
        </w:rPr>
        <w:t>sơ</w:t>
      </w:r>
      <w:proofErr w:type="spellEnd"/>
      <w:r w:rsidRPr="00406BBE">
        <w:rPr>
          <w:rFonts w:cs="Times New Roman"/>
          <w:sz w:val="26"/>
          <w:szCs w:val="26"/>
        </w:rPr>
        <w:t xml:space="preserve">; </w:t>
      </w:r>
      <w:proofErr w:type="spellStart"/>
      <w:r w:rsidRPr="00406BBE">
        <w:rPr>
          <w:rFonts w:cs="Times New Roman"/>
          <w:sz w:val="26"/>
          <w:szCs w:val="26"/>
        </w:rPr>
        <w:t>sẵn</w:t>
      </w:r>
      <w:proofErr w:type="spellEnd"/>
      <w:r w:rsidRPr="00406BBE">
        <w:rPr>
          <w:rFonts w:cs="Times New Roman"/>
          <w:sz w:val="26"/>
          <w:szCs w:val="26"/>
        </w:rPr>
        <w:t xml:space="preserve"> </w:t>
      </w:r>
      <w:proofErr w:type="spellStart"/>
      <w:r w:rsidRPr="00406BBE">
        <w:rPr>
          <w:rFonts w:cs="Times New Roman"/>
          <w:sz w:val="26"/>
          <w:szCs w:val="26"/>
        </w:rPr>
        <w:t>sàng</w:t>
      </w:r>
      <w:proofErr w:type="spellEnd"/>
      <w:r w:rsidRPr="00406BBE">
        <w:rPr>
          <w:rFonts w:cs="Times New Roman"/>
          <w:sz w:val="26"/>
          <w:szCs w:val="26"/>
        </w:rPr>
        <w:t xml:space="preserve"> </w:t>
      </w:r>
      <w:proofErr w:type="spellStart"/>
      <w:r w:rsidRPr="00406BBE">
        <w:rPr>
          <w:rFonts w:cs="Times New Roman"/>
          <w:sz w:val="26"/>
          <w:szCs w:val="26"/>
        </w:rPr>
        <w:t>tham</w:t>
      </w:r>
      <w:proofErr w:type="spellEnd"/>
      <w:r w:rsidRPr="00406BBE">
        <w:rPr>
          <w:rFonts w:cs="Times New Roman"/>
          <w:sz w:val="26"/>
          <w:szCs w:val="26"/>
        </w:rPr>
        <w:t xml:space="preserve"> </w:t>
      </w:r>
      <w:proofErr w:type="spellStart"/>
      <w:r w:rsidRPr="00406BBE">
        <w:rPr>
          <w:rFonts w:cs="Times New Roman"/>
          <w:sz w:val="26"/>
          <w:szCs w:val="26"/>
        </w:rPr>
        <w:t>gia</w:t>
      </w:r>
      <w:proofErr w:type="spellEnd"/>
      <w:r w:rsidRPr="00406BBE">
        <w:rPr>
          <w:rFonts w:cs="Times New Roman"/>
          <w:sz w:val="26"/>
          <w:szCs w:val="26"/>
        </w:rPr>
        <w:t xml:space="preserve"> </w:t>
      </w:r>
      <w:proofErr w:type="spellStart"/>
      <w:r w:rsidRPr="00406BBE">
        <w:rPr>
          <w:rFonts w:cs="Times New Roman"/>
          <w:sz w:val="26"/>
          <w:szCs w:val="26"/>
        </w:rPr>
        <w:t>trao</w:t>
      </w:r>
      <w:proofErr w:type="spellEnd"/>
      <w:r w:rsidRPr="00406BBE">
        <w:rPr>
          <w:rFonts w:cs="Times New Roman"/>
          <w:sz w:val="26"/>
          <w:szCs w:val="26"/>
        </w:rPr>
        <w:t xml:space="preserve"> </w:t>
      </w:r>
      <w:proofErr w:type="spellStart"/>
      <w:r w:rsidRPr="00406BBE">
        <w:rPr>
          <w:rFonts w:cs="Times New Roman"/>
          <w:sz w:val="26"/>
          <w:szCs w:val="26"/>
        </w:rPr>
        <w:t>đổi</w:t>
      </w:r>
      <w:proofErr w:type="spellEnd"/>
      <w:r w:rsidRPr="00406BBE">
        <w:rPr>
          <w:rFonts w:cs="Times New Roman"/>
          <w:sz w:val="26"/>
          <w:szCs w:val="26"/>
        </w:rPr>
        <w:t xml:space="preserve"> </w:t>
      </w:r>
      <w:proofErr w:type="spellStart"/>
      <w:r w:rsidRPr="00406BBE">
        <w:rPr>
          <w:rFonts w:cs="Times New Roman"/>
          <w:sz w:val="26"/>
          <w:szCs w:val="26"/>
        </w:rPr>
        <w:t>hoặc</w:t>
      </w:r>
      <w:proofErr w:type="spellEnd"/>
      <w:r w:rsidRPr="00406BBE">
        <w:rPr>
          <w:rFonts w:cs="Times New Roman"/>
          <w:sz w:val="26"/>
          <w:szCs w:val="26"/>
        </w:rPr>
        <w:t xml:space="preserve"> </w:t>
      </w:r>
      <w:proofErr w:type="spellStart"/>
      <w:r w:rsidRPr="00406BBE">
        <w:rPr>
          <w:rFonts w:cs="Times New Roman"/>
          <w:sz w:val="26"/>
          <w:szCs w:val="26"/>
        </w:rPr>
        <w:t>phỏng</w:t>
      </w:r>
      <w:proofErr w:type="spellEnd"/>
      <w:r w:rsidRPr="00406BBE">
        <w:rPr>
          <w:rFonts w:cs="Times New Roman"/>
          <w:sz w:val="26"/>
          <w:szCs w:val="26"/>
        </w:rPr>
        <w:t xml:space="preserve"> </w:t>
      </w:r>
      <w:proofErr w:type="spellStart"/>
      <w:r w:rsidRPr="00406BBE">
        <w:rPr>
          <w:rFonts w:cs="Times New Roman"/>
          <w:sz w:val="26"/>
          <w:szCs w:val="26"/>
        </w:rPr>
        <w:t>vấn</w:t>
      </w:r>
      <w:proofErr w:type="spellEnd"/>
      <w:r w:rsidRPr="00406BBE">
        <w:rPr>
          <w:rFonts w:cs="Times New Roman"/>
          <w:sz w:val="26"/>
          <w:szCs w:val="26"/>
        </w:rPr>
        <w:t xml:space="preserve"> </w:t>
      </w:r>
      <w:proofErr w:type="spellStart"/>
      <w:r w:rsidRPr="00406BBE">
        <w:rPr>
          <w:rFonts w:cs="Times New Roman"/>
          <w:sz w:val="26"/>
          <w:szCs w:val="26"/>
        </w:rPr>
        <w:t>để</w:t>
      </w:r>
      <w:proofErr w:type="spellEnd"/>
      <w:r w:rsidRPr="00406BBE">
        <w:rPr>
          <w:rFonts w:cs="Times New Roman"/>
          <w:sz w:val="26"/>
          <w:szCs w:val="26"/>
        </w:rPr>
        <w:t xml:space="preserve"> </w:t>
      </w:r>
      <w:proofErr w:type="spellStart"/>
      <w:r w:rsidRPr="00406BBE">
        <w:rPr>
          <w:rFonts w:cs="Times New Roman"/>
          <w:sz w:val="26"/>
          <w:szCs w:val="26"/>
        </w:rPr>
        <w:t>làm</w:t>
      </w:r>
      <w:proofErr w:type="spellEnd"/>
      <w:r w:rsidRPr="00406BBE">
        <w:rPr>
          <w:rFonts w:cs="Times New Roman"/>
          <w:sz w:val="26"/>
          <w:szCs w:val="26"/>
        </w:rPr>
        <w:t xml:space="preserve"> </w:t>
      </w:r>
      <w:proofErr w:type="spellStart"/>
      <w:r w:rsidRPr="00406BBE">
        <w:rPr>
          <w:rFonts w:cs="Times New Roman"/>
          <w:sz w:val="26"/>
          <w:szCs w:val="26"/>
        </w:rPr>
        <w:t>rõ</w:t>
      </w:r>
      <w:proofErr w:type="spellEnd"/>
      <w:r w:rsidRPr="00406BBE">
        <w:rPr>
          <w:rFonts w:cs="Times New Roman"/>
          <w:sz w:val="26"/>
          <w:szCs w:val="26"/>
        </w:rPr>
        <w:t xml:space="preserve"> </w:t>
      </w:r>
      <w:proofErr w:type="spellStart"/>
      <w:r w:rsidRPr="00406BBE">
        <w:rPr>
          <w:rFonts w:cs="Times New Roman"/>
          <w:sz w:val="26"/>
          <w:szCs w:val="26"/>
        </w:rPr>
        <w:t>năng</w:t>
      </w:r>
      <w:proofErr w:type="spellEnd"/>
      <w:r w:rsidRPr="00406BBE">
        <w:rPr>
          <w:rFonts w:cs="Times New Roman"/>
          <w:sz w:val="26"/>
          <w:szCs w:val="26"/>
        </w:rPr>
        <w:t xml:space="preserve"> </w:t>
      </w:r>
      <w:proofErr w:type="spellStart"/>
      <w:r w:rsidRPr="00406BBE">
        <w:rPr>
          <w:rFonts w:cs="Times New Roman"/>
          <w:sz w:val="26"/>
          <w:szCs w:val="26"/>
        </w:rPr>
        <w:t>lực</w:t>
      </w:r>
      <w:proofErr w:type="spellEnd"/>
      <w:r w:rsidRPr="00406BBE">
        <w:rPr>
          <w:rFonts w:cs="Times New Roman"/>
          <w:sz w:val="26"/>
          <w:szCs w:val="26"/>
        </w:rPr>
        <w:t xml:space="preserve"> </w:t>
      </w:r>
      <w:proofErr w:type="spellStart"/>
      <w:r w:rsidRPr="00406BBE">
        <w:rPr>
          <w:rFonts w:cs="Times New Roman"/>
          <w:sz w:val="26"/>
          <w:szCs w:val="26"/>
        </w:rPr>
        <w:t>chuyên</w:t>
      </w:r>
      <w:proofErr w:type="spellEnd"/>
      <w:r w:rsidRPr="00406BBE">
        <w:rPr>
          <w:rFonts w:cs="Times New Roman"/>
          <w:sz w:val="26"/>
          <w:szCs w:val="26"/>
        </w:rPr>
        <w:t xml:space="preserve"> </w:t>
      </w:r>
      <w:proofErr w:type="spellStart"/>
      <w:r w:rsidRPr="00406BBE">
        <w:rPr>
          <w:rFonts w:cs="Times New Roman"/>
          <w:sz w:val="26"/>
          <w:szCs w:val="26"/>
        </w:rPr>
        <w:t>môn</w:t>
      </w:r>
      <w:proofErr w:type="spellEnd"/>
      <w:r w:rsidRPr="00406BBE">
        <w:rPr>
          <w:rFonts w:cs="Times New Roman"/>
          <w:sz w:val="26"/>
          <w:szCs w:val="26"/>
        </w:rPr>
        <w:t xml:space="preserve">, </w:t>
      </w:r>
      <w:proofErr w:type="spellStart"/>
      <w:r w:rsidRPr="00406BBE">
        <w:rPr>
          <w:rFonts w:cs="Times New Roman"/>
          <w:sz w:val="26"/>
          <w:szCs w:val="26"/>
        </w:rPr>
        <w:t>ngoại</w:t>
      </w:r>
      <w:proofErr w:type="spellEnd"/>
      <w:r w:rsidRPr="00406BBE">
        <w:rPr>
          <w:rFonts w:cs="Times New Roman"/>
          <w:sz w:val="26"/>
          <w:szCs w:val="26"/>
        </w:rPr>
        <w:t xml:space="preserve"> </w:t>
      </w:r>
      <w:proofErr w:type="spellStart"/>
      <w:r w:rsidRPr="00406BBE">
        <w:rPr>
          <w:rFonts w:cs="Times New Roman"/>
          <w:sz w:val="26"/>
          <w:szCs w:val="26"/>
        </w:rPr>
        <w:t>ngữ</w:t>
      </w:r>
      <w:proofErr w:type="spellEnd"/>
      <w:r w:rsidRPr="00406BBE">
        <w:rPr>
          <w:rFonts w:cs="Times New Roman"/>
          <w:sz w:val="26"/>
          <w:szCs w:val="26"/>
        </w:rPr>
        <w:t xml:space="preserve"> </w:t>
      </w:r>
      <w:proofErr w:type="spellStart"/>
      <w:r w:rsidRPr="00406BBE">
        <w:rPr>
          <w:rFonts w:cs="Times New Roman"/>
          <w:sz w:val="26"/>
          <w:szCs w:val="26"/>
        </w:rPr>
        <w:t>khi</w:t>
      </w:r>
      <w:proofErr w:type="spellEnd"/>
      <w:r w:rsidRPr="00406BBE">
        <w:rPr>
          <w:rFonts w:cs="Times New Roman"/>
          <w:sz w:val="26"/>
          <w:szCs w:val="26"/>
        </w:rPr>
        <w:t xml:space="preserve"> </w:t>
      </w:r>
      <w:proofErr w:type="spellStart"/>
      <w:r w:rsidRPr="00406BBE">
        <w:rPr>
          <w:rFonts w:cs="Times New Roman"/>
          <w:sz w:val="26"/>
          <w:szCs w:val="26"/>
        </w:rPr>
        <w:t>được</w:t>
      </w:r>
      <w:proofErr w:type="spellEnd"/>
      <w:r w:rsidRPr="00406BBE">
        <w:rPr>
          <w:rFonts w:cs="Times New Roman"/>
          <w:sz w:val="26"/>
          <w:szCs w:val="26"/>
        </w:rPr>
        <w:t xml:space="preserve"> </w:t>
      </w:r>
      <w:proofErr w:type="spellStart"/>
      <w:r w:rsidRPr="00406BBE">
        <w:rPr>
          <w:rFonts w:cs="Times New Roman"/>
          <w:sz w:val="26"/>
          <w:szCs w:val="26"/>
        </w:rPr>
        <w:t>yêu</w:t>
      </w:r>
      <w:proofErr w:type="spellEnd"/>
      <w:r w:rsidRPr="00406BBE">
        <w:rPr>
          <w:rFonts w:cs="Times New Roman"/>
          <w:sz w:val="26"/>
          <w:szCs w:val="26"/>
        </w:rPr>
        <w:t xml:space="preserve"> </w:t>
      </w:r>
      <w:proofErr w:type="spellStart"/>
      <w:r w:rsidRPr="00406BBE">
        <w:rPr>
          <w:rFonts w:cs="Times New Roman"/>
          <w:sz w:val="26"/>
          <w:szCs w:val="26"/>
        </w:rPr>
        <w:t>cầu</w:t>
      </w:r>
      <w:proofErr w:type="spellEnd"/>
      <w:r w:rsidRPr="00406BBE">
        <w:rPr>
          <w:rFonts w:cs="Times New Roman"/>
          <w:sz w:val="26"/>
          <w:szCs w:val="26"/>
        </w:rPr>
        <w:t>.</w:t>
      </w:r>
    </w:p>
    <w:p w14:paraId="3BBE14C8" w14:textId="1ABA7D52" w:rsidR="00BB6FA2" w:rsidRPr="00406BBE" w:rsidRDefault="00222B21" w:rsidP="00EE67F6">
      <w:pPr>
        <w:spacing w:before="120" w:after="120" w:line="240" w:lineRule="auto"/>
        <w:jc w:val="both"/>
        <w:rPr>
          <w:rFonts w:cs="Times New Roman"/>
          <w:sz w:val="26"/>
          <w:szCs w:val="26"/>
        </w:rPr>
      </w:pPr>
      <w:r w:rsidRPr="00406BBE">
        <w:rPr>
          <w:rFonts w:ascii="Segoe UI Symbol" w:hAnsi="Segoe UI Symbol" w:cs="Segoe UI Symbol"/>
          <w:sz w:val="26"/>
          <w:szCs w:val="26"/>
        </w:rPr>
        <w:t>☐</w:t>
      </w:r>
      <w:r w:rsidRPr="00406BBE">
        <w:rPr>
          <w:rFonts w:cs="Times New Roman"/>
          <w:sz w:val="26"/>
          <w:szCs w:val="26"/>
        </w:rPr>
        <w:t xml:space="preserve"> </w:t>
      </w:r>
      <w:proofErr w:type="spellStart"/>
      <w:r w:rsidRPr="00406BBE">
        <w:rPr>
          <w:rFonts w:cs="Times New Roman"/>
          <w:sz w:val="26"/>
          <w:szCs w:val="26"/>
        </w:rPr>
        <w:t>Tôi</w:t>
      </w:r>
      <w:proofErr w:type="spellEnd"/>
      <w:r w:rsidRPr="00406BBE">
        <w:rPr>
          <w:rFonts w:cs="Times New Roman"/>
          <w:sz w:val="26"/>
          <w:szCs w:val="26"/>
        </w:rPr>
        <w:t xml:space="preserve"> cam </w:t>
      </w:r>
      <w:proofErr w:type="spellStart"/>
      <w:r w:rsidRPr="00406BBE">
        <w:rPr>
          <w:rFonts w:cs="Times New Roman"/>
          <w:sz w:val="26"/>
          <w:szCs w:val="26"/>
        </w:rPr>
        <w:t>kết</w:t>
      </w:r>
      <w:proofErr w:type="spellEnd"/>
      <w:r w:rsidRPr="00406BBE">
        <w:rPr>
          <w:rFonts w:cs="Times New Roman"/>
          <w:sz w:val="26"/>
          <w:szCs w:val="26"/>
        </w:rPr>
        <w:t xml:space="preserve"> </w:t>
      </w:r>
      <w:proofErr w:type="spellStart"/>
      <w:r w:rsidRPr="00406BBE">
        <w:rPr>
          <w:rFonts w:cs="Times New Roman"/>
          <w:sz w:val="26"/>
          <w:szCs w:val="26"/>
        </w:rPr>
        <w:t>không</w:t>
      </w:r>
      <w:proofErr w:type="spellEnd"/>
      <w:r w:rsidRPr="00406BBE">
        <w:rPr>
          <w:rFonts w:cs="Times New Roman"/>
          <w:sz w:val="26"/>
          <w:szCs w:val="26"/>
        </w:rPr>
        <w:t xml:space="preserve"> </w:t>
      </w:r>
      <w:proofErr w:type="spellStart"/>
      <w:r w:rsidRPr="00406BBE">
        <w:rPr>
          <w:rFonts w:cs="Times New Roman"/>
          <w:sz w:val="26"/>
          <w:szCs w:val="26"/>
        </w:rPr>
        <w:t>đề</w:t>
      </w:r>
      <w:proofErr w:type="spellEnd"/>
      <w:r w:rsidRPr="00406BBE">
        <w:rPr>
          <w:rFonts w:cs="Times New Roman"/>
          <w:sz w:val="26"/>
          <w:szCs w:val="26"/>
        </w:rPr>
        <w:t xml:space="preserve"> </w:t>
      </w:r>
      <w:proofErr w:type="spellStart"/>
      <w:r w:rsidRPr="00406BBE">
        <w:rPr>
          <w:rFonts w:cs="Times New Roman"/>
          <w:sz w:val="26"/>
          <w:szCs w:val="26"/>
        </w:rPr>
        <w:t>nghị</w:t>
      </w:r>
      <w:proofErr w:type="spellEnd"/>
      <w:r w:rsidRPr="00406BBE">
        <w:rPr>
          <w:rFonts w:cs="Times New Roman"/>
          <w:sz w:val="26"/>
          <w:szCs w:val="26"/>
        </w:rPr>
        <w:t xml:space="preserve"> </w:t>
      </w:r>
      <w:proofErr w:type="spellStart"/>
      <w:r w:rsidRPr="00406BBE">
        <w:rPr>
          <w:rFonts w:cs="Times New Roman"/>
          <w:sz w:val="26"/>
          <w:szCs w:val="26"/>
        </w:rPr>
        <w:t>Quỹ</w:t>
      </w:r>
      <w:proofErr w:type="spellEnd"/>
      <w:r w:rsidRPr="00406BBE">
        <w:rPr>
          <w:rFonts w:cs="Times New Roman"/>
          <w:sz w:val="26"/>
          <w:szCs w:val="26"/>
        </w:rPr>
        <w:t xml:space="preserve"> </w:t>
      </w:r>
      <w:proofErr w:type="spellStart"/>
      <w:r w:rsidRPr="00406BBE">
        <w:rPr>
          <w:rFonts w:cs="Times New Roman"/>
          <w:sz w:val="26"/>
          <w:szCs w:val="26"/>
        </w:rPr>
        <w:t>thanh</w:t>
      </w:r>
      <w:proofErr w:type="spellEnd"/>
      <w:r w:rsidRPr="00406BBE">
        <w:rPr>
          <w:rFonts w:cs="Times New Roman"/>
          <w:sz w:val="26"/>
          <w:szCs w:val="26"/>
        </w:rPr>
        <w:t xml:space="preserve"> </w:t>
      </w:r>
      <w:proofErr w:type="spellStart"/>
      <w:r w:rsidRPr="00406BBE">
        <w:rPr>
          <w:rFonts w:cs="Times New Roman"/>
          <w:sz w:val="26"/>
          <w:szCs w:val="26"/>
        </w:rPr>
        <w:t>toán</w:t>
      </w:r>
      <w:proofErr w:type="spellEnd"/>
      <w:r w:rsidRPr="00406BBE">
        <w:rPr>
          <w:rFonts w:cs="Times New Roman"/>
          <w:sz w:val="26"/>
          <w:szCs w:val="26"/>
        </w:rPr>
        <w:t xml:space="preserve"> </w:t>
      </w:r>
      <w:proofErr w:type="spellStart"/>
      <w:r w:rsidRPr="00406BBE">
        <w:rPr>
          <w:rFonts w:cs="Times New Roman"/>
          <w:sz w:val="26"/>
          <w:szCs w:val="26"/>
        </w:rPr>
        <w:t>trùng</w:t>
      </w:r>
      <w:proofErr w:type="spellEnd"/>
      <w:r w:rsidRPr="00406BBE">
        <w:rPr>
          <w:rFonts w:cs="Times New Roman"/>
          <w:sz w:val="26"/>
          <w:szCs w:val="26"/>
        </w:rPr>
        <w:t xml:space="preserve"> </w:t>
      </w:r>
      <w:proofErr w:type="spellStart"/>
      <w:r w:rsidRPr="00406BBE">
        <w:rPr>
          <w:rFonts w:cs="Times New Roman"/>
          <w:sz w:val="26"/>
          <w:szCs w:val="26"/>
        </w:rPr>
        <w:t>các</w:t>
      </w:r>
      <w:proofErr w:type="spellEnd"/>
      <w:r w:rsidRPr="00406BBE">
        <w:rPr>
          <w:rFonts w:cs="Times New Roman"/>
          <w:sz w:val="26"/>
          <w:szCs w:val="26"/>
        </w:rPr>
        <w:t xml:space="preserve"> </w:t>
      </w:r>
      <w:proofErr w:type="spellStart"/>
      <w:r w:rsidRPr="00406BBE">
        <w:rPr>
          <w:rFonts w:cs="Times New Roman"/>
          <w:sz w:val="26"/>
          <w:szCs w:val="26"/>
        </w:rPr>
        <w:t>khoản</w:t>
      </w:r>
      <w:proofErr w:type="spellEnd"/>
      <w:r w:rsidRPr="00406BBE">
        <w:rPr>
          <w:rFonts w:cs="Times New Roman"/>
          <w:sz w:val="26"/>
          <w:szCs w:val="26"/>
        </w:rPr>
        <w:t xml:space="preserve"> </w:t>
      </w:r>
      <w:proofErr w:type="spellStart"/>
      <w:r w:rsidRPr="00406BBE">
        <w:rPr>
          <w:rFonts w:cs="Times New Roman"/>
          <w:sz w:val="26"/>
          <w:szCs w:val="26"/>
        </w:rPr>
        <w:t>đã</w:t>
      </w:r>
      <w:proofErr w:type="spellEnd"/>
      <w:r w:rsidRPr="00406BBE">
        <w:rPr>
          <w:rFonts w:cs="Times New Roman"/>
          <w:sz w:val="26"/>
          <w:szCs w:val="26"/>
        </w:rPr>
        <w:t xml:space="preserve"> </w:t>
      </w:r>
      <w:proofErr w:type="spellStart"/>
      <w:r w:rsidRPr="00406BBE">
        <w:rPr>
          <w:rFonts w:cs="Times New Roman"/>
          <w:sz w:val="26"/>
          <w:szCs w:val="26"/>
        </w:rPr>
        <w:t>được</w:t>
      </w:r>
      <w:proofErr w:type="spellEnd"/>
      <w:r w:rsidRPr="00406BBE">
        <w:rPr>
          <w:rFonts w:cs="Times New Roman"/>
          <w:sz w:val="26"/>
          <w:szCs w:val="26"/>
        </w:rPr>
        <w:t xml:space="preserve"> Ban </w:t>
      </w:r>
      <w:proofErr w:type="spellStart"/>
      <w:r w:rsidRPr="00406BBE">
        <w:rPr>
          <w:rFonts w:cs="Times New Roman"/>
          <w:sz w:val="26"/>
          <w:szCs w:val="26"/>
        </w:rPr>
        <w:t>Tổ</w:t>
      </w:r>
      <w:proofErr w:type="spellEnd"/>
      <w:r w:rsidRPr="00406BBE">
        <w:rPr>
          <w:rFonts w:cs="Times New Roman"/>
          <w:sz w:val="26"/>
          <w:szCs w:val="26"/>
        </w:rPr>
        <w:t xml:space="preserve"> </w:t>
      </w:r>
      <w:proofErr w:type="spellStart"/>
      <w:r w:rsidRPr="00406BBE">
        <w:rPr>
          <w:rFonts w:cs="Times New Roman"/>
          <w:sz w:val="26"/>
          <w:szCs w:val="26"/>
        </w:rPr>
        <w:t>chức</w:t>
      </w:r>
      <w:proofErr w:type="spellEnd"/>
      <w:r w:rsidRPr="00406BBE">
        <w:rPr>
          <w:rFonts w:cs="Times New Roman"/>
          <w:sz w:val="26"/>
          <w:szCs w:val="26"/>
        </w:rPr>
        <w:t xml:space="preserve">, </w:t>
      </w:r>
      <w:proofErr w:type="spellStart"/>
      <w:r w:rsidRPr="00406BBE">
        <w:rPr>
          <w:rFonts w:cs="Times New Roman"/>
          <w:sz w:val="26"/>
          <w:szCs w:val="26"/>
        </w:rPr>
        <w:t>phía</w:t>
      </w:r>
      <w:proofErr w:type="spellEnd"/>
      <w:r w:rsidRPr="00406BBE">
        <w:rPr>
          <w:rFonts w:cs="Times New Roman"/>
          <w:sz w:val="26"/>
          <w:szCs w:val="26"/>
        </w:rPr>
        <w:t xml:space="preserve"> Nga </w:t>
      </w:r>
      <w:proofErr w:type="spellStart"/>
      <w:r w:rsidRPr="00406BBE">
        <w:rPr>
          <w:rFonts w:cs="Times New Roman"/>
          <w:sz w:val="26"/>
          <w:szCs w:val="26"/>
        </w:rPr>
        <w:t>hoặc</w:t>
      </w:r>
      <w:proofErr w:type="spellEnd"/>
      <w:r w:rsidRPr="00406BBE">
        <w:rPr>
          <w:rFonts w:cs="Times New Roman"/>
          <w:sz w:val="26"/>
          <w:szCs w:val="26"/>
        </w:rPr>
        <w:t xml:space="preserve"> </w:t>
      </w:r>
      <w:proofErr w:type="spellStart"/>
      <w:r w:rsidRPr="00406BBE">
        <w:rPr>
          <w:rFonts w:cs="Times New Roman"/>
          <w:sz w:val="26"/>
          <w:szCs w:val="26"/>
        </w:rPr>
        <w:t>tổ</w:t>
      </w:r>
      <w:proofErr w:type="spellEnd"/>
      <w:r w:rsidRPr="00406BBE">
        <w:rPr>
          <w:rFonts w:cs="Times New Roman"/>
          <w:sz w:val="26"/>
          <w:szCs w:val="26"/>
        </w:rPr>
        <w:t xml:space="preserve"> </w:t>
      </w:r>
      <w:proofErr w:type="spellStart"/>
      <w:r w:rsidRPr="00406BBE">
        <w:rPr>
          <w:rFonts w:cs="Times New Roman"/>
          <w:sz w:val="26"/>
          <w:szCs w:val="26"/>
        </w:rPr>
        <w:t>chức</w:t>
      </w:r>
      <w:proofErr w:type="spellEnd"/>
      <w:r w:rsidRPr="00406BBE">
        <w:rPr>
          <w:rFonts w:cs="Times New Roman"/>
          <w:sz w:val="26"/>
          <w:szCs w:val="26"/>
        </w:rPr>
        <w:t xml:space="preserve"> </w:t>
      </w:r>
      <w:proofErr w:type="spellStart"/>
      <w:r w:rsidRPr="00406BBE">
        <w:rPr>
          <w:rFonts w:cs="Times New Roman"/>
          <w:sz w:val="26"/>
          <w:szCs w:val="26"/>
        </w:rPr>
        <w:t>khác</w:t>
      </w:r>
      <w:proofErr w:type="spellEnd"/>
      <w:r w:rsidRPr="00406BBE">
        <w:rPr>
          <w:rFonts w:cs="Times New Roman"/>
          <w:sz w:val="26"/>
          <w:szCs w:val="26"/>
        </w:rPr>
        <w:t xml:space="preserve"> </w:t>
      </w:r>
      <w:proofErr w:type="spellStart"/>
      <w:r w:rsidRPr="00406BBE">
        <w:rPr>
          <w:rFonts w:cs="Times New Roman"/>
          <w:sz w:val="26"/>
          <w:szCs w:val="26"/>
        </w:rPr>
        <w:t>tài</w:t>
      </w:r>
      <w:proofErr w:type="spellEnd"/>
      <w:r w:rsidRPr="00406BBE">
        <w:rPr>
          <w:rFonts w:cs="Times New Roman"/>
          <w:sz w:val="26"/>
          <w:szCs w:val="26"/>
        </w:rPr>
        <w:t xml:space="preserve"> </w:t>
      </w:r>
      <w:proofErr w:type="spellStart"/>
      <w:r w:rsidRPr="00406BBE">
        <w:rPr>
          <w:rFonts w:cs="Times New Roman"/>
          <w:sz w:val="26"/>
          <w:szCs w:val="26"/>
        </w:rPr>
        <w:t>trợ</w:t>
      </w:r>
      <w:proofErr w:type="spellEnd"/>
      <w:r w:rsidRPr="00406BBE">
        <w:rPr>
          <w:rFonts w:cs="Times New Roman"/>
          <w:sz w:val="26"/>
          <w:szCs w:val="26"/>
        </w:rPr>
        <w:t>; c</w:t>
      </w:r>
      <w:r w:rsidR="0073185D" w:rsidRPr="00406BBE">
        <w:rPr>
          <w:rFonts w:cs="Times New Roman"/>
          <w:sz w:val="26"/>
          <w:szCs w:val="26"/>
        </w:rPr>
        <w:t xml:space="preserve">am </w:t>
      </w:r>
      <w:proofErr w:type="spellStart"/>
      <w:r w:rsidR="0073185D" w:rsidRPr="00406BBE">
        <w:rPr>
          <w:rFonts w:cs="Times New Roman"/>
          <w:sz w:val="26"/>
          <w:szCs w:val="26"/>
        </w:rPr>
        <w:t>kết</w:t>
      </w:r>
      <w:proofErr w:type="spellEnd"/>
      <w:r w:rsidR="0073185D" w:rsidRPr="00406BBE">
        <w:rPr>
          <w:rFonts w:cs="Times New Roman"/>
          <w:sz w:val="26"/>
          <w:szCs w:val="26"/>
        </w:rPr>
        <w:t xml:space="preserve"> </w:t>
      </w:r>
      <w:proofErr w:type="spellStart"/>
      <w:r w:rsidR="0073185D" w:rsidRPr="00406BBE">
        <w:rPr>
          <w:rFonts w:cs="Times New Roman"/>
          <w:sz w:val="26"/>
          <w:szCs w:val="26"/>
        </w:rPr>
        <w:t>không</w:t>
      </w:r>
      <w:proofErr w:type="spellEnd"/>
      <w:r w:rsidRPr="00406BBE">
        <w:rPr>
          <w:rFonts w:cs="Times New Roman"/>
          <w:sz w:val="26"/>
          <w:szCs w:val="26"/>
        </w:rPr>
        <w:t xml:space="preserve"> </w:t>
      </w:r>
      <w:proofErr w:type="spellStart"/>
      <w:r w:rsidRPr="00406BBE">
        <w:rPr>
          <w:rFonts w:cs="Times New Roman"/>
          <w:sz w:val="26"/>
          <w:szCs w:val="26"/>
        </w:rPr>
        <w:t>thay</w:t>
      </w:r>
      <w:proofErr w:type="spellEnd"/>
      <w:r w:rsidRPr="00406BBE">
        <w:rPr>
          <w:rFonts w:cs="Times New Roman"/>
          <w:sz w:val="26"/>
          <w:szCs w:val="26"/>
        </w:rPr>
        <w:t xml:space="preserve"> </w:t>
      </w:r>
      <w:proofErr w:type="spellStart"/>
      <w:r w:rsidRPr="00406BBE">
        <w:rPr>
          <w:rFonts w:cs="Times New Roman"/>
          <w:sz w:val="26"/>
          <w:szCs w:val="26"/>
        </w:rPr>
        <w:t>đổi</w:t>
      </w:r>
      <w:proofErr w:type="spellEnd"/>
      <w:r w:rsidRPr="00406BBE">
        <w:rPr>
          <w:rFonts w:cs="Times New Roman"/>
          <w:sz w:val="26"/>
          <w:szCs w:val="26"/>
        </w:rPr>
        <w:t xml:space="preserve"> </w:t>
      </w:r>
      <w:proofErr w:type="spellStart"/>
      <w:r w:rsidRPr="00406BBE">
        <w:rPr>
          <w:rFonts w:cs="Times New Roman"/>
          <w:sz w:val="26"/>
          <w:szCs w:val="26"/>
        </w:rPr>
        <w:t>hành</w:t>
      </w:r>
      <w:proofErr w:type="spellEnd"/>
      <w:r w:rsidRPr="00406BBE">
        <w:rPr>
          <w:rFonts w:cs="Times New Roman"/>
          <w:sz w:val="26"/>
          <w:szCs w:val="26"/>
        </w:rPr>
        <w:t xml:space="preserve"> </w:t>
      </w:r>
      <w:proofErr w:type="spellStart"/>
      <w:r w:rsidRPr="00406BBE">
        <w:rPr>
          <w:rFonts w:cs="Times New Roman"/>
          <w:sz w:val="26"/>
          <w:szCs w:val="26"/>
        </w:rPr>
        <w:t>trình</w:t>
      </w:r>
      <w:proofErr w:type="spellEnd"/>
      <w:r w:rsidR="0073185D" w:rsidRPr="00406BBE">
        <w:rPr>
          <w:rFonts w:cs="Times New Roman"/>
          <w:sz w:val="26"/>
          <w:szCs w:val="26"/>
        </w:rPr>
        <w:t xml:space="preserve"> </w:t>
      </w:r>
      <w:proofErr w:type="spellStart"/>
      <w:r w:rsidR="0073185D" w:rsidRPr="00406BBE">
        <w:rPr>
          <w:rFonts w:cs="Times New Roman"/>
          <w:sz w:val="26"/>
          <w:szCs w:val="26"/>
        </w:rPr>
        <w:t>và</w:t>
      </w:r>
      <w:proofErr w:type="spellEnd"/>
      <w:r w:rsidR="0073185D" w:rsidRPr="00406BBE">
        <w:rPr>
          <w:rFonts w:cs="Times New Roman"/>
          <w:sz w:val="26"/>
          <w:szCs w:val="26"/>
        </w:rPr>
        <w:t xml:space="preserve"> </w:t>
      </w:r>
      <w:proofErr w:type="spellStart"/>
      <w:r w:rsidR="0073185D" w:rsidRPr="00406BBE">
        <w:rPr>
          <w:rFonts w:cs="Times New Roman"/>
          <w:sz w:val="26"/>
          <w:szCs w:val="26"/>
        </w:rPr>
        <w:t>lịch</w:t>
      </w:r>
      <w:proofErr w:type="spellEnd"/>
      <w:r w:rsidR="0073185D" w:rsidRPr="00406BBE">
        <w:rPr>
          <w:rFonts w:cs="Times New Roman"/>
          <w:sz w:val="26"/>
          <w:szCs w:val="26"/>
        </w:rPr>
        <w:t xml:space="preserve"> </w:t>
      </w:r>
      <w:proofErr w:type="spellStart"/>
      <w:r w:rsidR="0073185D" w:rsidRPr="00406BBE">
        <w:rPr>
          <w:rFonts w:cs="Times New Roman"/>
          <w:sz w:val="26"/>
          <w:szCs w:val="26"/>
        </w:rPr>
        <w:t>trình</w:t>
      </w:r>
      <w:proofErr w:type="spellEnd"/>
      <w:r w:rsidR="0073185D" w:rsidRPr="00406BBE">
        <w:rPr>
          <w:rFonts w:cs="Times New Roman"/>
          <w:sz w:val="26"/>
          <w:szCs w:val="26"/>
        </w:rPr>
        <w:t xml:space="preserve"> </w:t>
      </w:r>
      <w:proofErr w:type="spellStart"/>
      <w:r w:rsidR="00CC6FE8" w:rsidRPr="00406BBE">
        <w:rPr>
          <w:rFonts w:cs="Times New Roman"/>
          <w:sz w:val="26"/>
          <w:szCs w:val="26"/>
        </w:rPr>
        <w:t>theo</w:t>
      </w:r>
      <w:proofErr w:type="spellEnd"/>
      <w:r w:rsidR="00CC6FE8" w:rsidRPr="00406BBE">
        <w:rPr>
          <w:rFonts w:cs="Times New Roman"/>
          <w:sz w:val="26"/>
          <w:szCs w:val="26"/>
        </w:rPr>
        <w:t xml:space="preserve"> </w:t>
      </w:r>
      <w:proofErr w:type="spellStart"/>
      <w:r w:rsidRPr="00406BBE">
        <w:rPr>
          <w:rFonts w:cs="Times New Roman"/>
          <w:sz w:val="26"/>
          <w:szCs w:val="26"/>
        </w:rPr>
        <w:t>kế</w:t>
      </w:r>
      <w:proofErr w:type="spellEnd"/>
      <w:r w:rsidRPr="00406BBE">
        <w:rPr>
          <w:rFonts w:cs="Times New Roman"/>
          <w:sz w:val="26"/>
          <w:szCs w:val="26"/>
        </w:rPr>
        <w:t xml:space="preserve"> </w:t>
      </w:r>
      <w:proofErr w:type="spellStart"/>
      <w:r w:rsidRPr="00406BBE">
        <w:rPr>
          <w:rFonts w:cs="Times New Roman"/>
          <w:sz w:val="26"/>
          <w:szCs w:val="26"/>
        </w:rPr>
        <w:t>hoạch</w:t>
      </w:r>
      <w:proofErr w:type="spellEnd"/>
      <w:r w:rsidRPr="00406BBE">
        <w:rPr>
          <w:rFonts w:cs="Times New Roman"/>
          <w:sz w:val="26"/>
          <w:szCs w:val="26"/>
        </w:rPr>
        <w:t xml:space="preserve"> </w:t>
      </w:r>
      <w:proofErr w:type="spellStart"/>
      <w:r w:rsidR="00CC6FE8" w:rsidRPr="00406BBE">
        <w:rPr>
          <w:rFonts w:cs="Times New Roman"/>
          <w:sz w:val="26"/>
          <w:szCs w:val="26"/>
        </w:rPr>
        <w:t>của</w:t>
      </w:r>
      <w:proofErr w:type="spellEnd"/>
      <w:r w:rsidR="00CC6FE8" w:rsidRPr="00406BBE">
        <w:rPr>
          <w:rFonts w:cs="Times New Roman"/>
          <w:sz w:val="26"/>
          <w:szCs w:val="26"/>
        </w:rPr>
        <w:t xml:space="preserve"> </w:t>
      </w:r>
      <w:proofErr w:type="spellStart"/>
      <w:r w:rsidRPr="00406BBE">
        <w:rPr>
          <w:rFonts w:cs="Times New Roman"/>
          <w:sz w:val="26"/>
          <w:szCs w:val="26"/>
        </w:rPr>
        <w:t>Quỹ</w:t>
      </w:r>
      <w:proofErr w:type="spellEnd"/>
      <w:r w:rsidRPr="00406BBE">
        <w:rPr>
          <w:rFonts w:cs="Times New Roman"/>
          <w:sz w:val="26"/>
          <w:szCs w:val="26"/>
        </w:rPr>
        <w:t>.</w:t>
      </w:r>
    </w:p>
    <w:p w14:paraId="0630069D" w14:textId="77777777" w:rsidR="00BB6FA2" w:rsidRPr="00406BBE" w:rsidRDefault="00222B21" w:rsidP="00EE67F6">
      <w:pPr>
        <w:spacing w:before="120" w:after="120" w:line="240" w:lineRule="auto"/>
        <w:jc w:val="both"/>
        <w:rPr>
          <w:rFonts w:cs="Times New Roman"/>
          <w:sz w:val="26"/>
          <w:szCs w:val="26"/>
        </w:rPr>
      </w:pPr>
      <w:r w:rsidRPr="00406BBE">
        <w:rPr>
          <w:rFonts w:ascii="Segoe UI Symbol" w:hAnsi="Segoe UI Symbol" w:cs="Segoe UI Symbol"/>
          <w:sz w:val="26"/>
          <w:szCs w:val="26"/>
        </w:rPr>
        <w:t>☐</w:t>
      </w:r>
      <w:r w:rsidRPr="00406BBE">
        <w:rPr>
          <w:rFonts w:cs="Times New Roman"/>
          <w:sz w:val="26"/>
          <w:szCs w:val="26"/>
        </w:rPr>
        <w:t xml:space="preserve"> </w:t>
      </w:r>
      <w:proofErr w:type="spellStart"/>
      <w:r w:rsidRPr="00406BBE">
        <w:rPr>
          <w:rFonts w:cs="Times New Roman"/>
          <w:sz w:val="26"/>
          <w:szCs w:val="26"/>
        </w:rPr>
        <w:t>Tôi</w:t>
      </w:r>
      <w:proofErr w:type="spellEnd"/>
      <w:r w:rsidRPr="00406BBE">
        <w:rPr>
          <w:rFonts w:cs="Times New Roman"/>
          <w:sz w:val="26"/>
          <w:szCs w:val="26"/>
        </w:rPr>
        <w:t xml:space="preserve"> cam </w:t>
      </w:r>
      <w:proofErr w:type="spellStart"/>
      <w:r w:rsidRPr="00406BBE">
        <w:rPr>
          <w:rFonts w:cs="Times New Roman"/>
          <w:sz w:val="26"/>
          <w:szCs w:val="26"/>
        </w:rPr>
        <w:t>kết</w:t>
      </w:r>
      <w:proofErr w:type="spellEnd"/>
      <w:r w:rsidRPr="00406BBE">
        <w:rPr>
          <w:rFonts w:cs="Times New Roman"/>
          <w:sz w:val="26"/>
          <w:szCs w:val="26"/>
        </w:rPr>
        <w:t xml:space="preserve"> </w:t>
      </w:r>
      <w:proofErr w:type="spellStart"/>
      <w:r w:rsidRPr="00406BBE">
        <w:rPr>
          <w:rFonts w:cs="Times New Roman"/>
          <w:sz w:val="26"/>
          <w:szCs w:val="26"/>
        </w:rPr>
        <w:t>hoàn</w:t>
      </w:r>
      <w:proofErr w:type="spellEnd"/>
      <w:r w:rsidRPr="00406BBE">
        <w:rPr>
          <w:rFonts w:cs="Times New Roman"/>
          <w:sz w:val="26"/>
          <w:szCs w:val="26"/>
        </w:rPr>
        <w:t xml:space="preserve"> </w:t>
      </w:r>
      <w:proofErr w:type="spellStart"/>
      <w:r w:rsidRPr="00406BBE">
        <w:rPr>
          <w:rFonts w:cs="Times New Roman"/>
          <w:sz w:val="26"/>
          <w:szCs w:val="26"/>
        </w:rPr>
        <w:t>thiện</w:t>
      </w:r>
      <w:proofErr w:type="spellEnd"/>
      <w:r w:rsidRPr="00406BBE">
        <w:rPr>
          <w:rFonts w:cs="Times New Roman"/>
          <w:sz w:val="26"/>
          <w:szCs w:val="26"/>
        </w:rPr>
        <w:t xml:space="preserve"> </w:t>
      </w:r>
      <w:proofErr w:type="spellStart"/>
      <w:r w:rsidRPr="00406BBE">
        <w:rPr>
          <w:rFonts w:cs="Times New Roman"/>
          <w:sz w:val="26"/>
          <w:szCs w:val="26"/>
        </w:rPr>
        <w:t>thủ</w:t>
      </w:r>
      <w:proofErr w:type="spellEnd"/>
      <w:r w:rsidRPr="00406BBE">
        <w:rPr>
          <w:rFonts w:cs="Times New Roman"/>
          <w:sz w:val="26"/>
          <w:szCs w:val="26"/>
        </w:rPr>
        <w:t xml:space="preserve"> </w:t>
      </w:r>
      <w:proofErr w:type="spellStart"/>
      <w:r w:rsidRPr="00406BBE">
        <w:rPr>
          <w:rFonts w:cs="Times New Roman"/>
          <w:sz w:val="26"/>
          <w:szCs w:val="26"/>
        </w:rPr>
        <w:t>tục</w:t>
      </w:r>
      <w:proofErr w:type="spellEnd"/>
      <w:r w:rsidRPr="00406BBE">
        <w:rPr>
          <w:rFonts w:cs="Times New Roman"/>
          <w:sz w:val="26"/>
          <w:szCs w:val="26"/>
        </w:rPr>
        <w:t xml:space="preserve"> </w:t>
      </w:r>
      <w:proofErr w:type="spellStart"/>
      <w:r w:rsidRPr="00406BBE">
        <w:rPr>
          <w:rFonts w:cs="Times New Roman"/>
          <w:sz w:val="26"/>
          <w:szCs w:val="26"/>
        </w:rPr>
        <w:t>đúng</w:t>
      </w:r>
      <w:proofErr w:type="spellEnd"/>
      <w:r w:rsidRPr="00406BBE">
        <w:rPr>
          <w:rFonts w:cs="Times New Roman"/>
          <w:sz w:val="26"/>
          <w:szCs w:val="26"/>
        </w:rPr>
        <w:t xml:space="preserve"> </w:t>
      </w:r>
      <w:proofErr w:type="spellStart"/>
      <w:r w:rsidRPr="00406BBE">
        <w:rPr>
          <w:rFonts w:cs="Times New Roman"/>
          <w:sz w:val="26"/>
          <w:szCs w:val="26"/>
        </w:rPr>
        <w:t>hạn</w:t>
      </w:r>
      <w:proofErr w:type="spellEnd"/>
      <w:r w:rsidRPr="00406BBE">
        <w:rPr>
          <w:rFonts w:cs="Times New Roman"/>
          <w:sz w:val="26"/>
          <w:szCs w:val="26"/>
        </w:rPr>
        <w:t xml:space="preserve">, </w:t>
      </w:r>
      <w:proofErr w:type="spellStart"/>
      <w:r w:rsidRPr="00406BBE">
        <w:rPr>
          <w:rFonts w:cs="Times New Roman"/>
          <w:sz w:val="26"/>
          <w:szCs w:val="26"/>
        </w:rPr>
        <w:t>tham</w:t>
      </w:r>
      <w:proofErr w:type="spellEnd"/>
      <w:r w:rsidRPr="00406BBE">
        <w:rPr>
          <w:rFonts w:cs="Times New Roman"/>
          <w:sz w:val="26"/>
          <w:szCs w:val="26"/>
        </w:rPr>
        <w:t xml:space="preserve"> </w:t>
      </w:r>
      <w:proofErr w:type="spellStart"/>
      <w:r w:rsidRPr="00406BBE">
        <w:rPr>
          <w:rFonts w:cs="Times New Roman"/>
          <w:sz w:val="26"/>
          <w:szCs w:val="26"/>
        </w:rPr>
        <w:t>gia</w:t>
      </w:r>
      <w:proofErr w:type="spellEnd"/>
      <w:r w:rsidRPr="00406BBE">
        <w:rPr>
          <w:rFonts w:cs="Times New Roman"/>
          <w:sz w:val="26"/>
          <w:szCs w:val="26"/>
        </w:rPr>
        <w:t xml:space="preserve"> </w:t>
      </w:r>
      <w:proofErr w:type="spellStart"/>
      <w:r w:rsidRPr="00406BBE">
        <w:rPr>
          <w:rFonts w:cs="Times New Roman"/>
          <w:sz w:val="26"/>
          <w:szCs w:val="26"/>
        </w:rPr>
        <w:t>đầy</w:t>
      </w:r>
      <w:proofErr w:type="spellEnd"/>
      <w:r w:rsidRPr="00406BBE">
        <w:rPr>
          <w:rFonts w:cs="Times New Roman"/>
          <w:sz w:val="26"/>
          <w:szCs w:val="26"/>
        </w:rPr>
        <w:t xml:space="preserve"> </w:t>
      </w:r>
      <w:proofErr w:type="spellStart"/>
      <w:r w:rsidRPr="00406BBE">
        <w:rPr>
          <w:rFonts w:cs="Times New Roman"/>
          <w:sz w:val="26"/>
          <w:szCs w:val="26"/>
        </w:rPr>
        <w:t>đủ</w:t>
      </w:r>
      <w:proofErr w:type="spellEnd"/>
      <w:r w:rsidRPr="00406BBE">
        <w:rPr>
          <w:rFonts w:cs="Times New Roman"/>
          <w:sz w:val="26"/>
          <w:szCs w:val="26"/>
        </w:rPr>
        <w:t xml:space="preserve"> </w:t>
      </w:r>
      <w:proofErr w:type="spellStart"/>
      <w:r w:rsidRPr="00406BBE">
        <w:rPr>
          <w:rFonts w:cs="Times New Roman"/>
          <w:sz w:val="26"/>
          <w:szCs w:val="26"/>
        </w:rPr>
        <w:t>chương</w:t>
      </w:r>
      <w:proofErr w:type="spellEnd"/>
      <w:r w:rsidRPr="00406BBE">
        <w:rPr>
          <w:rFonts w:cs="Times New Roman"/>
          <w:sz w:val="26"/>
          <w:szCs w:val="26"/>
        </w:rPr>
        <w:t xml:space="preserve"> </w:t>
      </w:r>
      <w:proofErr w:type="spellStart"/>
      <w:r w:rsidRPr="00406BBE">
        <w:rPr>
          <w:rFonts w:cs="Times New Roman"/>
          <w:sz w:val="26"/>
          <w:szCs w:val="26"/>
        </w:rPr>
        <w:t>trình</w:t>
      </w:r>
      <w:proofErr w:type="spellEnd"/>
      <w:r w:rsidRPr="00406BBE">
        <w:rPr>
          <w:rFonts w:cs="Times New Roman"/>
          <w:sz w:val="26"/>
          <w:szCs w:val="26"/>
        </w:rPr>
        <w:t xml:space="preserve">; </w:t>
      </w:r>
      <w:proofErr w:type="spellStart"/>
      <w:r w:rsidRPr="00406BBE">
        <w:rPr>
          <w:rFonts w:cs="Times New Roman"/>
          <w:sz w:val="26"/>
          <w:szCs w:val="26"/>
        </w:rPr>
        <w:t>gửi</w:t>
      </w:r>
      <w:proofErr w:type="spellEnd"/>
      <w:r w:rsidRPr="00406BBE">
        <w:rPr>
          <w:rFonts w:cs="Times New Roman"/>
          <w:sz w:val="26"/>
          <w:szCs w:val="26"/>
        </w:rPr>
        <w:t xml:space="preserve"> </w:t>
      </w:r>
      <w:proofErr w:type="spellStart"/>
      <w:r w:rsidRPr="00406BBE">
        <w:rPr>
          <w:rFonts w:cs="Times New Roman"/>
          <w:sz w:val="26"/>
          <w:szCs w:val="26"/>
        </w:rPr>
        <w:t>báo</w:t>
      </w:r>
      <w:proofErr w:type="spellEnd"/>
      <w:r w:rsidRPr="00406BBE">
        <w:rPr>
          <w:rFonts w:cs="Times New Roman"/>
          <w:sz w:val="26"/>
          <w:szCs w:val="26"/>
        </w:rPr>
        <w:t xml:space="preserve"> </w:t>
      </w:r>
      <w:proofErr w:type="spellStart"/>
      <w:r w:rsidRPr="00406BBE">
        <w:rPr>
          <w:rFonts w:cs="Times New Roman"/>
          <w:sz w:val="26"/>
          <w:szCs w:val="26"/>
        </w:rPr>
        <w:t>cáo</w:t>
      </w:r>
      <w:proofErr w:type="spellEnd"/>
      <w:r w:rsidRPr="00406BBE">
        <w:rPr>
          <w:rFonts w:cs="Times New Roman"/>
          <w:sz w:val="26"/>
          <w:szCs w:val="26"/>
        </w:rPr>
        <w:t xml:space="preserve"> </w:t>
      </w:r>
      <w:proofErr w:type="spellStart"/>
      <w:r w:rsidRPr="00406BBE">
        <w:rPr>
          <w:rFonts w:cs="Times New Roman"/>
          <w:sz w:val="26"/>
          <w:szCs w:val="26"/>
        </w:rPr>
        <w:t>kết</w:t>
      </w:r>
      <w:proofErr w:type="spellEnd"/>
      <w:r w:rsidRPr="00406BBE">
        <w:rPr>
          <w:rFonts w:cs="Times New Roman"/>
          <w:sz w:val="26"/>
          <w:szCs w:val="26"/>
        </w:rPr>
        <w:t xml:space="preserve"> </w:t>
      </w:r>
      <w:proofErr w:type="spellStart"/>
      <w:r w:rsidRPr="00406BBE">
        <w:rPr>
          <w:rFonts w:cs="Times New Roman"/>
          <w:sz w:val="26"/>
          <w:szCs w:val="26"/>
        </w:rPr>
        <w:t>quả</w:t>
      </w:r>
      <w:proofErr w:type="spellEnd"/>
      <w:r w:rsidRPr="00406BBE">
        <w:rPr>
          <w:rFonts w:cs="Times New Roman"/>
          <w:sz w:val="26"/>
          <w:szCs w:val="26"/>
        </w:rPr>
        <w:t xml:space="preserve"> </w:t>
      </w:r>
      <w:proofErr w:type="spellStart"/>
      <w:r w:rsidRPr="00406BBE">
        <w:rPr>
          <w:rFonts w:cs="Times New Roman"/>
          <w:sz w:val="26"/>
          <w:szCs w:val="26"/>
        </w:rPr>
        <w:t>tham</w:t>
      </w:r>
      <w:proofErr w:type="spellEnd"/>
      <w:r w:rsidRPr="00406BBE">
        <w:rPr>
          <w:rFonts w:cs="Times New Roman"/>
          <w:sz w:val="26"/>
          <w:szCs w:val="26"/>
        </w:rPr>
        <w:t xml:space="preserve"> </w:t>
      </w:r>
      <w:proofErr w:type="spellStart"/>
      <w:r w:rsidRPr="00406BBE">
        <w:rPr>
          <w:rFonts w:cs="Times New Roman"/>
          <w:sz w:val="26"/>
          <w:szCs w:val="26"/>
        </w:rPr>
        <w:t>dự</w:t>
      </w:r>
      <w:proofErr w:type="spellEnd"/>
      <w:r w:rsidRPr="00406BBE">
        <w:rPr>
          <w:rFonts w:cs="Times New Roman"/>
          <w:sz w:val="26"/>
          <w:szCs w:val="26"/>
        </w:rPr>
        <w:t xml:space="preserve"> </w:t>
      </w:r>
      <w:proofErr w:type="spellStart"/>
      <w:r w:rsidRPr="00406BBE">
        <w:rPr>
          <w:rFonts w:cs="Times New Roman"/>
          <w:sz w:val="26"/>
          <w:szCs w:val="26"/>
        </w:rPr>
        <w:t>Đại</w:t>
      </w:r>
      <w:proofErr w:type="spellEnd"/>
      <w:r w:rsidRPr="00406BBE">
        <w:rPr>
          <w:rFonts w:cs="Times New Roman"/>
          <w:sz w:val="26"/>
          <w:szCs w:val="26"/>
        </w:rPr>
        <w:t xml:space="preserve"> </w:t>
      </w:r>
      <w:proofErr w:type="spellStart"/>
      <w:r w:rsidRPr="00406BBE">
        <w:rPr>
          <w:rFonts w:cs="Times New Roman"/>
          <w:sz w:val="26"/>
          <w:szCs w:val="26"/>
        </w:rPr>
        <w:t>hội</w:t>
      </w:r>
      <w:proofErr w:type="spellEnd"/>
      <w:r w:rsidRPr="00406BBE">
        <w:rPr>
          <w:rFonts w:cs="Times New Roman"/>
          <w:sz w:val="26"/>
          <w:szCs w:val="26"/>
        </w:rPr>
        <w:t xml:space="preserve"> </w:t>
      </w:r>
      <w:proofErr w:type="spellStart"/>
      <w:r w:rsidRPr="00406BBE">
        <w:rPr>
          <w:rFonts w:cs="Times New Roman"/>
          <w:sz w:val="26"/>
          <w:szCs w:val="26"/>
        </w:rPr>
        <w:t>về</w:t>
      </w:r>
      <w:proofErr w:type="spellEnd"/>
      <w:r w:rsidRPr="00406BBE">
        <w:rPr>
          <w:rFonts w:cs="Times New Roman"/>
          <w:sz w:val="26"/>
          <w:szCs w:val="26"/>
        </w:rPr>
        <w:t xml:space="preserve"> </w:t>
      </w:r>
      <w:proofErr w:type="spellStart"/>
      <w:r w:rsidRPr="00406BBE">
        <w:rPr>
          <w:rFonts w:cs="Times New Roman"/>
          <w:sz w:val="26"/>
          <w:szCs w:val="26"/>
        </w:rPr>
        <w:t>Quỹ</w:t>
      </w:r>
      <w:proofErr w:type="spellEnd"/>
      <w:r w:rsidRPr="00406BBE">
        <w:rPr>
          <w:rFonts w:cs="Times New Roman"/>
          <w:sz w:val="26"/>
          <w:szCs w:val="26"/>
        </w:rPr>
        <w:t xml:space="preserve"> </w:t>
      </w:r>
      <w:proofErr w:type="spellStart"/>
      <w:r w:rsidRPr="00406BBE">
        <w:rPr>
          <w:rFonts w:cs="Times New Roman"/>
          <w:sz w:val="26"/>
          <w:szCs w:val="26"/>
        </w:rPr>
        <w:t>trong</w:t>
      </w:r>
      <w:proofErr w:type="spellEnd"/>
      <w:r w:rsidRPr="00406BBE">
        <w:rPr>
          <w:rFonts w:cs="Times New Roman"/>
          <w:sz w:val="26"/>
          <w:szCs w:val="26"/>
        </w:rPr>
        <w:t xml:space="preserve"> </w:t>
      </w:r>
      <w:proofErr w:type="spellStart"/>
      <w:r w:rsidRPr="00406BBE">
        <w:rPr>
          <w:rFonts w:cs="Times New Roman"/>
          <w:sz w:val="26"/>
          <w:szCs w:val="26"/>
        </w:rPr>
        <w:t>thời</w:t>
      </w:r>
      <w:proofErr w:type="spellEnd"/>
      <w:r w:rsidRPr="00406BBE">
        <w:rPr>
          <w:rFonts w:cs="Times New Roman"/>
          <w:sz w:val="26"/>
          <w:szCs w:val="26"/>
        </w:rPr>
        <w:t xml:space="preserve"> </w:t>
      </w:r>
      <w:proofErr w:type="spellStart"/>
      <w:r w:rsidRPr="00406BBE">
        <w:rPr>
          <w:rFonts w:cs="Times New Roman"/>
          <w:sz w:val="26"/>
          <w:szCs w:val="26"/>
        </w:rPr>
        <w:t>hạn</w:t>
      </w:r>
      <w:proofErr w:type="spellEnd"/>
      <w:r w:rsidRPr="00406BBE">
        <w:rPr>
          <w:rFonts w:cs="Times New Roman"/>
          <w:sz w:val="26"/>
          <w:szCs w:val="26"/>
        </w:rPr>
        <w:t xml:space="preserve"> 10 </w:t>
      </w:r>
      <w:proofErr w:type="spellStart"/>
      <w:r w:rsidRPr="00406BBE">
        <w:rPr>
          <w:rFonts w:cs="Times New Roman"/>
          <w:sz w:val="26"/>
          <w:szCs w:val="26"/>
        </w:rPr>
        <w:t>ngày</w:t>
      </w:r>
      <w:proofErr w:type="spellEnd"/>
      <w:r w:rsidRPr="00406BBE">
        <w:rPr>
          <w:rFonts w:cs="Times New Roman"/>
          <w:sz w:val="26"/>
          <w:szCs w:val="26"/>
        </w:rPr>
        <w:t xml:space="preserve"> </w:t>
      </w:r>
      <w:proofErr w:type="spellStart"/>
      <w:r w:rsidRPr="00406BBE">
        <w:rPr>
          <w:rFonts w:cs="Times New Roman"/>
          <w:sz w:val="26"/>
          <w:szCs w:val="26"/>
        </w:rPr>
        <w:t>kể</w:t>
      </w:r>
      <w:proofErr w:type="spellEnd"/>
      <w:r w:rsidRPr="00406BBE">
        <w:rPr>
          <w:rFonts w:cs="Times New Roman"/>
          <w:sz w:val="26"/>
          <w:szCs w:val="26"/>
        </w:rPr>
        <w:t xml:space="preserve"> </w:t>
      </w:r>
      <w:proofErr w:type="spellStart"/>
      <w:r w:rsidRPr="00406BBE">
        <w:rPr>
          <w:rFonts w:cs="Times New Roman"/>
          <w:sz w:val="26"/>
          <w:szCs w:val="26"/>
        </w:rPr>
        <w:t>từ</w:t>
      </w:r>
      <w:proofErr w:type="spellEnd"/>
      <w:r w:rsidRPr="00406BBE">
        <w:rPr>
          <w:rFonts w:cs="Times New Roman"/>
          <w:sz w:val="26"/>
          <w:szCs w:val="26"/>
        </w:rPr>
        <w:t xml:space="preserve"> </w:t>
      </w:r>
      <w:proofErr w:type="spellStart"/>
      <w:r w:rsidRPr="00406BBE">
        <w:rPr>
          <w:rFonts w:cs="Times New Roman"/>
          <w:sz w:val="26"/>
          <w:szCs w:val="26"/>
        </w:rPr>
        <w:t>ngày</w:t>
      </w:r>
      <w:proofErr w:type="spellEnd"/>
      <w:r w:rsidRPr="00406BBE">
        <w:rPr>
          <w:rFonts w:cs="Times New Roman"/>
          <w:sz w:val="26"/>
          <w:szCs w:val="26"/>
        </w:rPr>
        <w:t xml:space="preserve"> </w:t>
      </w:r>
      <w:proofErr w:type="spellStart"/>
      <w:r w:rsidRPr="00406BBE">
        <w:rPr>
          <w:rFonts w:cs="Times New Roman"/>
          <w:sz w:val="26"/>
          <w:szCs w:val="26"/>
        </w:rPr>
        <w:t>kết</w:t>
      </w:r>
      <w:proofErr w:type="spellEnd"/>
      <w:r w:rsidRPr="00406BBE">
        <w:rPr>
          <w:rFonts w:cs="Times New Roman"/>
          <w:sz w:val="26"/>
          <w:szCs w:val="26"/>
        </w:rPr>
        <w:t xml:space="preserve"> </w:t>
      </w:r>
      <w:proofErr w:type="spellStart"/>
      <w:r w:rsidRPr="00406BBE">
        <w:rPr>
          <w:rFonts w:cs="Times New Roman"/>
          <w:sz w:val="26"/>
          <w:szCs w:val="26"/>
        </w:rPr>
        <w:t>thúc</w:t>
      </w:r>
      <w:proofErr w:type="spellEnd"/>
      <w:r w:rsidRPr="00406BBE">
        <w:rPr>
          <w:rFonts w:cs="Times New Roman"/>
          <w:sz w:val="26"/>
          <w:szCs w:val="26"/>
        </w:rPr>
        <w:t xml:space="preserve"> </w:t>
      </w:r>
      <w:proofErr w:type="spellStart"/>
      <w:r w:rsidRPr="00406BBE">
        <w:rPr>
          <w:rFonts w:cs="Times New Roman"/>
          <w:sz w:val="26"/>
          <w:szCs w:val="26"/>
        </w:rPr>
        <w:t>Đại</w:t>
      </w:r>
      <w:proofErr w:type="spellEnd"/>
      <w:r w:rsidRPr="00406BBE">
        <w:rPr>
          <w:rFonts w:cs="Times New Roman"/>
          <w:sz w:val="26"/>
          <w:szCs w:val="26"/>
        </w:rPr>
        <w:t xml:space="preserve"> </w:t>
      </w:r>
      <w:proofErr w:type="spellStart"/>
      <w:r w:rsidRPr="00406BBE">
        <w:rPr>
          <w:rFonts w:cs="Times New Roman"/>
          <w:sz w:val="26"/>
          <w:szCs w:val="26"/>
        </w:rPr>
        <w:t>hội</w:t>
      </w:r>
      <w:proofErr w:type="spellEnd"/>
      <w:r w:rsidRPr="00406BBE">
        <w:rPr>
          <w:rFonts w:cs="Times New Roman"/>
          <w:sz w:val="26"/>
          <w:szCs w:val="26"/>
        </w:rPr>
        <w:t xml:space="preserve"> </w:t>
      </w:r>
      <w:proofErr w:type="spellStart"/>
      <w:r w:rsidRPr="00406BBE">
        <w:rPr>
          <w:rFonts w:cs="Times New Roman"/>
          <w:sz w:val="26"/>
          <w:szCs w:val="26"/>
        </w:rPr>
        <w:t>và</w:t>
      </w:r>
      <w:proofErr w:type="spellEnd"/>
      <w:r w:rsidRPr="00406BBE">
        <w:rPr>
          <w:rFonts w:cs="Times New Roman"/>
          <w:sz w:val="26"/>
          <w:szCs w:val="26"/>
        </w:rPr>
        <w:t xml:space="preserve"> </w:t>
      </w:r>
      <w:proofErr w:type="spellStart"/>
      <w:r w:rsidRPr="00406BBE">
        <w:rPr>
          <w:rFonts w:cs="Times New Roman"/>
          <w:sz w:val="26"/>
          <w:szCs w:val="26"/>
        </w:rPr>
        <w:t>tổ</w:t>
      </w:r>
      <w:proofErr w:type="spellEnd"/>
      <w:r w:rsidRPr="00406BBE">
        <w:rPr>
          <w:rFonts w:cs="Times New Roman"/>
          <w:sz w:val="26"/>
          <w:szCs w:val="26"/>
        </w:rPr>
        <w:t xml:space="preserve"> </w:t>
      </w:r>
      <w:proofErr w:type="spellStart"/>
      <w:r w:rsidRPr="00406BBE">
        <w:rPr>
          <w:rFonts w:cs="Times New Roman"/>
          <w:sz w:val="26"/>
          <w:szCs w:val="26"/>
        </w:rPr>
        <w:t>chức</w:t>
      </w:r>
      <w:proofErr w:type="spellEnd"/>
      <w:r w:rsidRPr="00406BBE">
        <w:rPr>
          <w:rFonts w:cs="Times New Roman"/>
          <w:sz w:val="26"/>
          <w:szCs w:val="26"/>
        </w:rPr>
        <w:t xml:space="preserve"> chia </w:t>
      </w:r>
      <w:proofErr w:type="spellStart"/>
      <w:r w:rsidRPr="00406BBE">
        <w:rPr>
          <w:rFonts w:cs="Times New Roman"/>
          <w:sz w:val="26"/>
          <w:szCs w:val="26"/>
        </w:rPr>
        <w:t>sẻ</w:t>
      </w:r>
      <w:proofErr w:type="spellEnd"/>
      <w:r w:rsidRPr="00406BBE">
        <w:rPr>
          <w:rFonts w:cs="Times New Roman"/>
          <w:sz w:val="26"/>
          <w:szCs w:val="26"/>
        </w:rPr>
        <w:t xml:space="preserve"> </w:t>
      </w:r>
      <w:proofErr w:type="spellStart"/>
      <w:r w:rsidRPr="00406BBE">
        <w:rPr>
          <w:rFonts w:cs="Times New Roman"/>
          <w:sz w:val="26"/>
          <w:szCs w:val="26"/>
        </w:rPr>
        <w:t>kết</w:t>
      </w:r>
      <w:proofErr w:type="spellEnd"/>
      <w:r w:rsidRPr="00406BBE">
        <w:rPr>
          <w:rFonts w:cs="Times New Roman"/>
          <w:sz w:val="26"/>
          <w:szCs w:val="26"/>
        </w:rPr>
        <w:t xml:space="preserve"> </w:t>
      </w:r>
      <w:proofErr w:type="spellStart"/>
      <w:r w:rsidRPr="00406BBE">
        <w:rPr>
          <w:rFonts w:cs="Times New Roman"/>
          <w:sz w:val="26"/>
          <w:szCs w:val="26"/>
        </w:rPr>
        <w:t>quả</w:t>
      </w:r>
      <w:proofErr w:type="spellEnd"/>
      <w:r w:rsidRPr="00406BBE">
        <w:rPr>
          <w:rFonts w:cs="Times New Roman"/>
          <w:sz w:val="26"/>
          <w:szCs w:val="26"/>
        </w:rPr>
        <w:t xml:space="preserve"> </w:t>
      </w:r>
      <w:proofErr w:type="spellStart"/>
      <w:r w:rsidRPr="00406BBE">
        <w:rPr>
          <w:rFonts w:cs="Times New Roman"/>
          <w:sz w:val="26"/>
          <w:szCs w:val="26"/>
        </w:rPr>
        <w:t>tại</w:t>
      </w:r>
      <w:proofErr w:type="spellEnd"/>
      <w:r w:rsidRPr="00406BBE">
        <w:rPr>
          <w:rFonts w:cs="Times New Roman"/>
          <w:sz w:val="26"/>
          <w:szCs w:val="26"/>
        </w:rPr>
        <w:t xml:space="preserve"> </w:t>
      </w:r>
      <w:proofErr w:type="spellStart"/>
      <w:r w:rsidRPr="00406BBE">
        <w:rPr>
          <w:rFonts w:cs="Times New Roman"/>
          <w:sz w:val="26"/>
          <w:szCs w:val="26"/>
        </w:rPr>
        <w:t>cơ</w:t>
      </w:r>
      <w:proofErr w:type="spellEnd"/>
      <w:r w:rsidRPr="00406BBE">
        <w:rPr>
          <w:rFonts w:cs="Times New Roman"/>
          <w:sz w:val="26"/>
          <w:szCs w:val="26"/>
        </w:rPr>
        <w:t xml:space="preserve"> </w:t>
      </w:r>
      <w:proofErr w:type="spellStart"/>
      <w:r w:rsidRPr="00406BBE">
        <w:rPr>
          <w:rFonts w:cs="Times New Roman"/>
          <w:sz w:val="26"/>
          <w:szCs w:val="26"/>
        </w:rPr>
        <w:t>quan</w:t>
      </w:r>
      <w:proofErr w:type="spellEnd"/>
      <w:r w:rsidRPr="00406BBE">
        <w:rPr>
          <w:rFonts w:cs="Times New Roman"/>
          <w:sz w:val="26"/>
          <w:szCs w:val="26"/>
        </w:rPr>
        <w:t xml:space="preserve">, </w:t>
      </w:r>
      <w:proofErr w:type="spellStart"/>
      <w:r w:rsidRPr="00406BBE">
        <w:rPr>
          <w:rFonts w:cs="Times New Roman"/>
          <w:sz w:val="26"/>
          <w:szCs w:val="26"/>
        </w:rPr>
        <w:t>đơn</w:t>
      </w:r>
      <w:proofErr w:type="spellEnd"/>
      <w:r w:rsidRPr="00406BBE">
        <w:rPr>
          <w:rFonts w:cs="Times New Roman"/>
          <w:sz w:val="26"/>
          <w:szCs w:val="26"/>
        </w:rPr>
        <w:t xml:space="preserve"> </w:t>
      </w:r>
      <w:proofErr w:type="spellStart"/>
      <w:r w:rsidRPr="00406BBE">
        <w:rPr>
          <w:rFonts w:cs="Times New Roman"/>
          <w:sz w:val="26"/>
          <w:szCs w:val="26"/>
        </w:rPr>
        <w:t>vị</w:t>
      </w:r>
      <w:proofErr w:type="spellEnd"/>
      <w:r w:rsidRPr="00406BBE">
        <w:rPr>
          <w:rFonts w:cs="Times New Roman"/>
          <w:sz w:val="26"/>
          <w:szCs w:val="26"/>
        </w:rPr>
        <w:t xml:space="preserve"> </w:t>
      </w:r>
      <w:proofErr w:type="spellStart"/>
      <w:r w:rsidRPr="00406BBE">
        <w:rPr>
          <w:rFonts w:cs="Times New Roman"/>
          <w:sz w:val="26"/>
          <w:szCs w:val="26"/>
        </w:rPr>
        <w:t>trong</w:t>
      </w:r>
      <w:proofErr w:type="spellEnd"/>
      <w:r w:rsidRPr="00406BBE">
        <w:rPr>
          <w:rFonts w:cs="Times New Roman"/>
          <w:sz w:val="26"/>
          <w:szCs w:val="26"/>
        </w:rPr>
        <w:t xml:space="preserve"> </w:t>
      </w:r>
      <w:proofErr w:type="spellStart"/>
      <w:r w:rsidRPr="00406BBE">
        <w:rPr>
          <w:rFonts w:cs="Times New Roman"/>
          <w:sz w:val="26"/>
          <w:szCs w:val="26"/>
        </w:rPr>
        <w:t>thời</w:t>
      </w:r>
      <w:proofErr w:type="spellEnd"/>
      <w:r w:rsidRPr="00406BBE">
        <w:rPr>
          <w:rFonts w:cs="Times New Roman"/>
          <w:sz w:val="26"/>
          <w:szCs w:val="26"/>
        </w:rPr>
        <w:t xml:space="preserve"> </w:t>
      </w:r>
      <w:proofErr w:type="spellStart"/>
      <w:r w:rsidRPr="00406BBE">
        <w:rPr>
          <w:rFonts w:cs="Times New Roman"/>
          <w:sz w:val="26"/>
          <w:szCs w:val="26"/>
        </w:rPr>
        <w:t>hạn</w:t>
      </w:r>
      <w:proofErr w:type="spellEnd"/>
      <w:r w:rsidRPr="00406BBE">
        <w:rPr>
          <w:rFonts w:cs="Times New Roman"/>
          <w:sz w:val="26"/>
          <w:szCs w:val="26"/>
        </w:rPr>
        <w:t xml:space="preserve"> 15 </w:t>
      </w:r>
      <w:proofErr w:type="spellStart"/>
      <w:r w:rsidRPr="00406BBE">
        <w:rPr>
          <w:rFonts w:cs="Times New Roman"/>
          <w:sz w:val="26"/>
          <w:szCs w:val="26"/>
        </w:rPr>
        <w:t>ngày</w:t>
      </w:r>
      <w:proofErr w:type="spellEnd"/>
      <w:r w:rsidRPr="00406BBE">
        <w:rPr>
          <w:rFonts w:cs="Times New Roman"/>
          <w:sz w:val="26"/>
          <w:szCs w:val="26"/>
        </w:rPr>
        <w:t xml:space="preserve"> </w:t>
      </w:r>
      <w:proofErr w:type="spellStart"/>
      <w:r w:rsidRPr="00406BBE">
        <w:rPr>
          <w:rFonts w:cs="Times New Roman"/>
          <w:sz w:val="26"/>
          <w:szCs w:val="26"/>
        </w:rPr>
        <w:t>kể</w:t>
      </w:r>
      <w:proofErr w:type="spellEnd"/>
      <w:r w:rsidRPr="00406BBE">
        <w:rPr>
          <w:rFonts w:cs="Times New Roman"/>
          <w:sz w:val="26"/>
          <w:szCs w:val="26"/>
        </w:rPr>
        <w:t xml:space="preserve"> </w:t>
      </w:r>
      <w:proofErr w:type="spellStart"/>
      <w:r w:rsidRPr="00406BBE">
        <w:rPr>
          <w:rFonts w:cs="Times New Roman"/>
          <w:sz w:val="26"/>
          <w:szCs w:val="26"/>
        </w:rPr>
        <w:t>từ</w:t>
      </w:r>
      <w:proofErr w:type="spellEnd"/>
      <w:r w:rsidRPr="00406BBE">
        <w:rPr>
          <w:rFonts w:cs="Times New Roman"/>
          <w:sz w:val="26"/>
          <w:szCs w:val="26"/>
        </w:rPr>
        <w:t xml:space="preserve"> </w:t>
      </w:r>
      <w:proofErr w:type="spellStart"/>
      <w:r w:rsidRPr="00406BBE">
        <w:rPr>
          <w:rFonts w:cs="Times New Roman"/>
          <w:sz w:val="26"/>
          <w:szCs w:val="26"/>
        </w:rPr>
        <w:t>ngày</w:t>
      </w:r>
      <w:proofErr w:type="spellEnd"/>
      <w:r w:rsidRPr="00406BBE">
        <w:rPr>
          <w:rFonts w:cs="Times New Roman"/>
          <w:sz w:val="26"/>
          <w:szCs w:val="26"/>
        </w:rPr>
        <w:t xml:space="preserve"> </w:t>
      </w:r>
      <w:proofErr w:type="spellStart"/>
      <w:r w:rsidRPr="00406BBE">
        <w:rPr>
          <w:rFonts w:cs="Times New Roman"/>
          <w:sz w:val="26"/>
          <w:szCs w:val="26"/>
        </w:rPr>
        <w:t>kết</w:t>
      </w:r>
      <w:proofErr w:type="spellEnd"/>
      <w:r w:rsidRPr="00406BBE">
        <w:rPr>
          <w:rFonts w:cs="Times New Roman"/>
          <w:sz w:val="26"/>
          <w:szCs w:val="26"/>
        </w:rPr>
        <w:t xml:space="preserve"> </w:t>
      </w:r>
      <w:proofErr w:type="spellStart"/>
      <w:r w:rsidRPr="00406BBE">
        <w:rPr>
          <w:rFonts w:cs="Times New Roman"/>
          <w:sz w:val="26"/>
          <w:szCs w:val="26"/>
        </w:rPr>
        <w:t>thúc</w:t>
      </w:r>
      <w:proofErr w:type="spellEnd"/>
      <w:r w:rsidRPr="00406BBE">
        <w:rPr>
          <w:rFonts w:cs="Times New Roman"/>
          <w:sz w:val="26"/>
          <w:szCs w:val="26"/>
        </w:rPr>
        <w:t xml:space="preserve"> </w:t>
      </w:r>
      <w:proofErr w:type="spellStart"/>
      <w:r w:rsidRPr="00406BBE">
        <w:rPr>
          <w:rFonts w:cs="Times New Roman"/>
          <w:sz w:val="26"/>
          <w:szCs w:val="26"/>
        </w:rPr>
        <w:t>Đại</w:t>
      </w:r>
      <w:proofErr w:type="spellEnd"/>
      <w:r w:rsidRPr="00406BBE">
        <w:rPr>
          <w:rFonts w:cs="Times New Roman"/>
          <w:sz w:val="26"/>
          <w:szCs w:val="26"/>
        </w:rPr>
        <w:t xml:space="preserve"> </w:t>
      </w:r>
      <w:proofErr w:type="spellStart"/>
      <w:r w:rsidRPr="00406BBE">
        <w:rPr>
          <w:rFonts w:cs="Times New Roman"/>
          <w:sz w:val="26"/>
          <w:szCs w:val="26"/>
        </w:rPr>
        <w:t>hội</w:t>
      </w:r>
      <w:proofErr w:type="spellEnd"/>
      <w:r w:rsidRPr="00406BBE">
        <w:rPr>
          <w:rFonts w:cs="Times New Roman"/>
          <w:sz w:val="26"/>
          <w:szCs w:val="26"/>
        </w:rPr>
        <w:t xml:space="preserve"> </w:t>
      </w:r>
      <w:proofErr w:type="spellStart"/>
      <w:r w:rsidRPr="00406BBE">
        <w:rPr>
          <w:rFonts w:cs="Times New Roman"/>
          <w:sz w:val="26"/>
          <w:szCs w:val="26"/>
        </w:rPr>
        <w:t>nếu</w:t>
      </w:r>
      <w:proofErr w:type="spellEnd"/>
      <w:r w:rsidRPr="00406BBE">
        <w:rPr>
          <w:rFonts w:cs="Times New Roman"/>
          <w:sz w:val="26"/>
          <w:szCs w:val="26"/>
        </w:rPr>
        <w:t xml:space="preserve"> </w:t>
      </w:r>
      <w:proofErr w:type="spellStart"/>
      <w:r w:rsidRPr="00406BBE">
        <w:rPr>
          <w:rFonts w:cs="Times New Roman"/>
          <w:sz w:val="26"/>
          <w:szCs w:val="26"/>
        </w:rPr>
        <w:t>được</w:t>
      </w:r>
      <w:proofErr w:type="spellEnd"/>
      <w:r w:rsidRPr="00406BBE">
        <w:rPr>
          <w:rFonts w:cs="Times New Roman"/>
          <w:sz w:val="26"/>
          <w:szCs w:val="26"/>
        </w:rPr>
        <w:t xml:space="preserve"> </w:t>
      </w:r>
      <w:proofErr w:type="spellStart"/>
      <w:r w:rsidRPr="00406BBE">
        <w:rPr>
          <w:rFonts w:cs="Times New Roman"/>
          <w:sz w:val="26"/>
          <w:szCs w:val="26"/>
        </w:rPr>
        <w:t>lựa</w:t>
      </w:r>
      <w:proofErr w:type="spellEnd"/>
      <w:r w:rsidRPr="00406BBE">
        <w:rPr>
          <w:rFonts w:cs="Times New Roman"/>
          <w:sz w:val="26"/>
          <w:szCs w:val="26"/>
        </w:rPr>
        <w:t xml:space="preserve"> </w:t>
      </w:r>
      <w:proofErr w:type="spellStart"/>
      <w:r w:rsidRPr="00406BBE">
        <w:rPr>
          <w:rFonts w:cs="Times New Roman"/>
          <w:sz w:val="26"/>
          <w:szCs w:val="26"/>
        </w:rPr>
        <w:t>chọn</w:t>
      </w:r>
      <w:proofErr w:type="spellEnd"/>
      <w:r w:rsidRPr="00406BBE">
        <w:rPr>
          <w:rFonts w:cs="Times New Roman"/>
          <w:sz w:val="26"/>
          <w:szCs w:val="26"/>
        </w:rPr>
        <w:t>.</w:t>
      </w:r>
    </w:p>
    <w:p w14:paraId="7B7A7339" w14:textId="77777777" w:rsidR="00BB6FA2" w:rsidRPr="00406BBE" w:rsidRDefault="00222B21" w:rsidP="00BD3914">
      <w:pPr>
        <w:pStyle w:val="Heading1"/>
        <w:spacing w:before="120" w:after="120" w:line="240" w:lineRule="auto"/>
        <w:rPr>
          <w:rFonts w:ascii="Times New Roman" w:hAnsi="Times New Roman" w:cs="Times New Roman"/>
          <w:color w:val="auto"/>
          <w:sz w:val="26"/>
          <w:szCs w:val="26"/>
        </w:rPr>
      </w:pPr>
      <w:r w:rsidRPr="00406BBE">
        <w:rPr>
          <w:rFonts w:ascii="Times New Roman" w:hAnsi="Times New Roman" w:cs="Times New Roman"/>
          <w:color w:val="auto"/>
          <w:sz w:val="26"/>
          <w:szCs w:val="26"/>
        </w:rPr>
        <w:t>9. DANH MỤC HỒ SƠ, TÀI LIỆU GỬI KÈM</w:t>
      </w:r>
    </w:p>
    <w:p w14:paraId="23A348C5" w14:textId="2333F499" w:rsidR="00BB6FA2" w:rsidRPr="00406BBE" w:rsidRDefault="00222B21" w:rsidP="00EE67F6">
      <w:pPr>
        <w:spacing w:before="120" w:after="120" w:line="240" w:lineRule="auto"/>
        <w:jc w:val="both"/>
        <w:rPr>
          <w:rFonts w:cs="Times New Roman"/>
          <w:sz w:val="26"/>
          <w:szCs w:val="26"/>
        </w:rPr>
      </w:pPr>
      <w:proofErr w:type="spellStart"/>
      <w:r w:rsidRPr="00406BBE">
        <w:rPr>
          <w:rFonts w:cs="Times New Roman"/>
          <w:i/>
          <w:sz w:val="26"/>
          <w:szCs w:val="26"/>
        </w:rPr>
        <w:t>Đánh</w:t>
      </w:r>
      <w:proofErr w:type="spellEnd"/>
      <w:r w:rsidRPr="00406BBE">
        <w:rPr>
          <w:rFonts w:cs="Times New Roman"/>
          <w:i/>
          <w:sz w:val="26"/>
          <w:szCs w:val="26"/>
        </w:rPr>
        <w:t xml:space="preserve"> </w:t>
      </w:r>
      <w:proofErr w:type="spellStart"/>
      <w:r w:rsidRPr="00406BBE">
        <w:rPr>
          <w:rFonts w:cs="Times New Roman"/>
          <w:i/>
          <w:sz w:val="26"/>
          <w:szCs w:val="26"/>
        </w:rPr>
        <w:t>dấu</w:t>
      </w:r>
      <w:proofErr w:type="spellEnd"/>
      <w:r w:rsidRPr="00406BBE">
        <w:rPr>
          <w:rFonts w:cs="Times New Roman"/>
          <w:i/>
          <w:sz w:val="26"/>
          <w:szCs w:val="26"/>
        </w:rPr>
        <w:t xml:space="preserve"> </w:t>
      </w:r>
      <w:proofErr w:type="spellStart"/>
      <w:r w:rsidRPr="00406BBE">
        <w:rPr>
          <w:rFonts w:cs="Times New Roman"/>
          <w:i/>
          <w:sz w:val="26"/>
          <w:szCs w:val="26"/>
        </w:rPr>
        <w:t>tình</w:t>
      </w:r>
      <w:proofErr w:type="spellEnd"/>
      <w:r w:rsidRPr="00406BBE">
        <w:rPr>
          <w:rFonts w:cs="Times New Roman"/>
          <w:i/>
          <w:sz w:val="26"/>
          <w:szCs w:val="26"/>
        </w:rPr>
        <w:t xml:space="preserve"> </w:t>
      </w:r>
      <w:proofErr w:type="spellStart"/>
      <w:r w:rsidRPr="00406BBE">
        <w:rPr>
          <w:rFonts w:cs="Times New Roman"/>
          <w:i/>
          <w:sz w:val="26"/>
          <w:szCs w:val="26"/>
        </w:rPr>
        <w:t>trạng</w:t>
      </w:r>
      <w:proofErr w:type="spellEnd"/>
      <w:r w:rsidRPr="00406BBE">
        <w:rPr>
          <w:rFonts w:cs="Times New Roman"/>
          <w:i/>
          <w:sz w:val="26"/>
          <w:szCs w:val="26"/>
        </w:rPr>
        <w:t xml:space="preserve"> </w:t>
      </w:r>
      <w:proofErr w:type="spellStart"/>
      <w:r w:rsidRPr="00406BBE">
        <w:rPr>
          <w:rFonts w:cs="Times New Roman"/>
          <w:i/>
          <w:sz w:val="26"/>
          <w:szCs w:val="26"/>
        </w:rPr>
        <w:t>tài</w:t>
      </w:r>
      <w:proofErr w:type="spellEnd"/>
      <w:r w:rsidRPr="00406BBE">
        <w:rPr>
          <w:rFonts w:cs="Times New Roman"/>
          <w:i/>
          <w:sz w:val="26"/>
          <w:szCs w:val="26"/>
        </w:rPr>
        <w:t xml:space="preserve"> </w:t>
      </w:r>
      <w:proofErr w:type="spellStart"/>
      <w:r w:rsidRPr="00406BBE">
        <w:rPr>
          <w:rFonts w:cs="Times New Roman"/>
          <w:i/>
          <w:sz w:val="26"/>
          <w:szCs w:val="26"/>
        </w:rPr>
        <w:t>liệu</w:t>
      </w:r>
      <w:proofErr w:type="spellEnd"/>
      <w:r w:rsidRPr="00406BBE">
        <w:rPr>
          <w:rFonts w:cs="Times New Roman"/>
          <w:i/>
          <w:sz w:val="26"/>
          <w:szCs w:val="26"/>
        </w:rPr>
        <w:t xml:space="preserve"> </w:t>
      </w:r>
      <w:proofErr w:type="spellStart"/>
      <w:r w:rsidRPr="00406BBE">
        <w:rPr>
          <w:rFonts w:cs="Times New Roman"/>
          <w:i/>
          <w:sz w:val="26"/>
          <w:szCs w:val="26"/>
        </w:rPr>
        <w:t>gửi</w:t>
      </w:r>
      <w:proofErr w:type="spellEnd"/>
      <w:r w:rsidRPr="00406BBE">
        <w:rPr>
          <w:rFonts w:cs="Times New Roman"/>
          <w:i/>
          <w:sz w:val="26"/>
          <w:szCs w:val="26"/>
        </w:rPr>
        <w:t xml:space="preserve"> </w:t>
      </w:r>
      <w:proofErr w:type="spellStart"/>
      <w:r w:rsidRPr="00406BBE">
        <w:rPr>
          <w:rFonts w:cs="Times New Roman"/>
          <w:i/>
          <w:sz w:val="26"/>
          <w:szCs w:val="26"/>
        </w:rPr>
        <w:t>kèm</w:t>
      </w:r>
      <w:proofErr w:type="spellEnd"/>
      <w:r w:rsidRPr="00406BBE">
        <w:rPr>
          <w:rFonts w:cs="Times New Roman"/>
          <w:i/>
          <w:sz w:val="26"/>
          <w:szCs w:val="26"/>
        </w:rPr>
        <w:t xml:space="preserve">; </w:t>
      </w:r>
      <w:proofErr w:type="spellStart"/>
      <w:r w:rsidRPr="00406BBE">
        <w:rPr>
          <w:rFonts w:cs="Times New Roman"/>
          <w:i/>
          <w:sz w:val="26"/>
          <w:szCs w:val="26"/>
        </w:rPr>
        <w:t>hồ</w:t>
      </w:r>
      <w:proofErr w:type="spellEnd"/>
      <w:r w:rsidRPr="00406BBE">
        <w:rPr>
          <w:rFonts w:cs="Times New Roman"/>
          <w:i/>
          <w:sz w:val="26"/>
          <w:szCs w:val="26"/>
        </w:rPr>
        <w:t xml:space="preserve"> </w:t>
      </w:r>
      <w:proofErr w:type="spellStart"/>
      <w:r w:rsidRPr="00406BBE">
        <w:rPr>
          <w:rFonts w:cs="Times New Roman"/>
          <w:i/>
          <w:sz w:val="26"/>
          <w:szCs w:val="26"/>
        </w:rPr>
        <w:t>sơ</w:t>
      </w:r>
      <w:proofErr w:type="spellEnd"/>
      <w:r w:rsidRPr="00406BBE">
        <w:rPr>
          <w:rFonts w:cs="Times New Roman"/>
          <w:i/>
          <w:sz w:val="26"/>
          <w:szCs w:val="26"/>
        </w:rPr>
        <w:t xml:space="preserve"> </w:t>
      </w:r>
      <w:proofErr w:type="spellStart"/>
      <w:r w:rsidRPr="00406BBE">
        <w:rPr>
          <w:rFonts w:cs="Times New Roman"/>
          <w:i/>
          <w:sz w:val="26"/>
          <w:szCs w:val="26"/>
        </w:rPr>
        <w:t>điện</w:t>
      </w:r>
      <w:proofErr w:type="spellEnd"/>
      <w:r w:rsidRPr="00406BBE">
        <w:rPr>
          <w:rFonts w:cs="Times New Roman"/>
          <w:i/>
          <w:sz w:val="26"/>
          <w:szCs w:val="26"/>
        </w:rPr>
        <w:t xml:space="preserve"> </w:t>
      </w:r>
      <w:proofErr w:type="spellStart"/>
      <w:r w:rsidRPr="00406BBE">
        <w:rPr>
          <w:rFonts w:cs="Times New Roman"/>
          <w:i/>
          <w:sz w:val="26"/>
          <w:szCs w:val="26"/>
        </w:rPr>
        <w:t>tử</w:t>
      </w:r>
      <w:proofErr w:type="spellEnd"/>
      <w:r w:rsidRPr="00406BBE">
        <w:rPr>
          <w:rFonts w:cs="Times New Roman"/>
          <w:i/>
          <w:sz w:val="26"/>
          <w:szCs w:val="26"/>
        </w:rPr>
        <w:t xml:space="preserve"> </w:t>
      </w:r>
      <w:proofErr w:type="spellStart"/>
      <w:r w:rsidRPr="00406BBE">
        <w:rPr>
          <w:rFonts w:cs="Times New Roman"/>
          <w:i/>
          <w:sz w:val="26"/>
          <w:szCs w:val="26"/>
        </w:rPr>
        <w:t>gồm</w:t>
      </w:r>
      <w:proofErr w:type="spellEnd"/>
      <w:r w:rsidRPr="00406BBE">
        <w:rPr>
          <w:rFonts w:cs="Times New Roman"/>
          <w:i/>
          <w:sz w:val="26"/>
          <w:szCs w:val="26"/>
        </w:rPr>
        <w:t xml:space="preserve"> </w:t>
      </w:r>
      <w:proofErr w:type="spellStart"/>
      <w:r w:rsidRPr="00406BBE">
        <w:rPr>
          <w:rFonts w:cs="Times New Roman"/>
          <w:i/>
          <w:sz w:val="26"/>
          <w:szCs w:val="26"/>
        </w:rPr>
        <w:t>các</w:t>
      </w:r>
      <w:proofErr w:type="spellEnd"/>
      <w:r w:rsidRPr="00406BBE">
        <w:rPr>
          <w:rFonts w:cs="Times New Roman"/>
          <w:i/>
          <w:sz w:val="26"/>
          <w:szCs w:val="26"/>
        </w:rPr>
        <w:t xml:space="preserve"> </w:t>
      </w:r>
      <w:proofErr w:type="spellStart"/>
      <w:r w:rsidRPr="00406BBE">
        <w:rPr>
          <w:rFonts w:cs="Times New Roman"/>
          <w:i/>
          <w:sz w:val="26"/>
          <w:szCs w:val="26"/>
        </w:rPr>
        <w:t>tệp</w:t>
      </w:r>
      <w:proofErr w:type="spellEnd"/>
      <w:r w:rsidRPr="00406BBE">
        <w:rPr>
          <w:rFonts w:cs="Times New Roman"/>
          <w:i/>
          <w:sz w:val="26"/>
          <w:szCs w:val="26"/>
        </w:rPr>
        <w:t xml:space="preserve"> PDF </w:t>
      </w:r>
      <w:proofErr w:type="spellStart"/>
      <w:r w:rsidRPr="00406BBE">
        <w:rPr>
          <w:rFonts w:cs="Times New Roman"/>
          <w:i/>
          <w:sz w:val="26"/>
          <w:szCs w:val="26"/>
        </w:rPr>
        <w:t>rõ</w:t>
      </w:r>
      <w:proofErr w:type="spellEnd"/>
      <w:r w:rsidRPr="00406BBE">
        <w:rPr>
          <w:rFonts w:cs="Times New Roman"/>
          <w:i/>
          <w:sz w:val="26"/>
          <w:szCs w:val="26"/>
        </w:rPr>
        <w:t xml:space="preserve"> </w:t>
      </w:r>
      <w:proofErr w:type="spellStart"/>
      <w:r w:rsidRPr="00406BBE">
        <w:rPr>
          <w:rFonts w:cs="Times New Roman"/>
          <w:i/>
          <w:sz w:val="26"/>
          <w:szCs w:val="26"/>
        </w:rPr>
        <w:t>nét</w:t>
      </w:r>
      <w:proofErr w:type="spellEnd"/>
      <w:r w:rsidRPr="00406BBE">
        <w:rPr>
          <w:rFonts w:cs="Times New Roman"/>
          <w:i/>
          <w:sz w:val="26"/>
          <w:szCs w:val="26"/>
        </w:rPr>
        <w:t xml:space="preserve">, </w:t>
      </w:r>
      <w:proofErr w:type="spellStart"/>
      <w:r w:rsidRPr="00406BBE">
        <w:rPr>
          <w:rFonts w:cs="Times New Roman"/>
          <w:i/>
          <w:sz w:val="26"/>
          <w:szCs w:val="26"/>
        </w:rPr>
        <w:t>có</w:t>
      </w:r>
      <w:proofErr w:type="spellEnd"/>
      <w:r w:rsidRPr="00406BBE">
        <w:rPr>
          <w:rFonts w:cs="Times New Roman"/>
          <w:i/>
          <w:sz w:val="26"/>
          <w:szCs w:val="26"/>
        </w:rPr>
        <w:t xml:space="preserve"> </w:t>
      </w:r>
      <w:proofErr w:type="spellStart"/>
      <w:r w:rsidRPr="00406BBE">
        <w:rPr>
          <w:rFonts w:cs="Times New Roman"/>
          <w:i/>
          <w:sz w:val="26"/>
          <w:szCs w:val="26"/>
        </w:rPr>
        <w:t>chữ</w:t>
      </w:r>
      <w:proofErr w:type="spellEnd"/>
      <w:r w:rsidRPr="00406BBE">
        <w:rPr>
          <w:rFonts w:cs="Times New Roman"/>
          <w:i/>
          <w:sz w:val="26"/>
          <w:szCs w:val="26"/>
        </w:rPr>
        <w:t xml:space="preserve"> </w:t>
      </w:r>
      <w:proofErr w:type="spellStart"/>
      <w:r w:rsidRPr="00406BBE">
        <w:rPr>
          <w:rFonts w:cs="Times New Roman"/>
          <w:i/>
          <w:sz w:val="26"/>
          <w:szCs w:val="26"/>
        </w:rPr>
        <w:t>ký</w:t>
      </w:r>
      <w:proofErr w:type="spellEnd"/>
      <w:r w:rsidRPr="00406BBE">
        <w:rPr>
          <w:rFonts w:cs="Times New Roman"/>
          <w:i/>
          <w:sz w:val="26"/>
          <w:szCs w:val="26"/>
        </w:rPr>
        <w:t>/</w:t>
      </w:r>
      <w:proofErr w:type="spellStart"/>
      <w:r w:rsidRPr="00406BBE">
        <w:rPr>
          <w:rFonts w:cs="Times New Roman"/>
          <w:i/>
          <w:sz w:val="26"/>
          <w:szCs w:val="26"/>
        </w:rPr>
        <w:t>xác</w:t>
      </w:r>
      <w:proofErr w:type="spellEnd"/>
      <w:r w:rsidRPr="00406BBE">
        <w:rPr>
          <w:rFonts w:cs="Times New Roman"/>
          <w:i/>
          <w:sz w:val="26"/>
          <w:szCs w:val="26"/>
        </w:rPr>
        <w:t xml:space="preserve"> </w:t>
      </w:r>
      <w:proofErr w:type="spellStart"/>
      <w:r w:rsidRPr="00406BBE">
        <w:rPr>
          <w:rFonts w:cs="Times New Roman"/>
          <w:i/>
          <w:sz w:val="26"/>
          <w:szCs w:val="26"/>
        </w:rPr>
        <w:t>nhận</w:t>
      </w:r>
      <w:proofErr w:type="spellEnd"/>
      <w:r w:rsidRPr="00406BBE">
        <w:rPr>
          <w:rFonts w:cs="Times New Roman"/>
          <w:i/>
          <w:sz w:val="26"/>
          <w:szCs w:val="26"/>
        </w:rPr>
        <w:t xml:space="preserve"> </w:t>
      </w:r>
      <w:proofErr w:type="spellStart"/>
      <w:r w:rsidRPr="00406BBE">
        <w:rPr>
          <w:rFonts w:cs="Times New Roman"/>
          <w:i/>
          <w:sz w:val="26"/>
          <w:szCs w:val="26"/>
        </w:rPr>
        <w:t>theo</w:t>
      </w:r>
      <w:proofErr w:type="spellEnd"/>
      <w:r w:rsidRPr="00406BBE">
        <w:rPr>
          <w:rFonts w:cs="Times New Roman"/>
          <w:i/>
          <w:sz w:val="26"/>
          <w:szCs w:val="26"/>
        </w:rPr>
        <w:t xml:space="preserve"> </w:t>
      </w:r>
      <w:proofErr w:type="spellStart"/>
      <w:r w:rsidRPr="00406BBE">
        <w:rPr>
          <w:rFonts w:cs="Times New Roman"/>
          <w:i/>
          <w:sz w:val="26"/>
          <w:szCs w:val="26"/>
        </w:rPr>
        <w:t>yêu</w:t>
      </w:r>
      <w:proofErr w:type="spellEnd"/>
      <w:r w:rsidRPr="00406BBE">
        <w:rPr>
          <w:rFonts w:cs="Times New Roman"/>
          <w:i/>
          <w:sz w:val="26"/>
          <w:szCs w:val="26"/>
        </w:rPr>
        <w:t xml:space="preserve"> </w:t>
      </w:r>
      <w:proofErr w:type="spellStart"/>
      <w:r w:rsidRPr="00406BBE">
        <w:rPr>
          <w:rFonts w:cs="Times New Roman"/>
          <w:i/>
          <w:sz w:val="26"/>
          <w:szCs w:val="26"/>
        </w:rPr>
        <w:t>cầu</w:t>
      </w:r>
      <w:proofErr w:type="spellEnd"/>
      <w:r w:rsidRPr="00406BBE">
        <w:rPr>
          <w:rFonts w:cs="Times New Roman"/>
          <w:i/>
          <w:sz w:val="26"/>
          <w:szCs w:val="26"/>
        </w:rPr>
        <w:t xml:space="preserve">; </w:t>
      </w:r>
      <w:proofErr w:type="spellStart"/>
      <w:r w:rsidRPr="00406BBE">
        <w:rPr>
          <w:rFonts w:cs="Times New Roman"/>
          <w:i/>
          <w:sz w:val="26"/>
          <w:szCs w:val="26"/>
        </w:rPr>
        <w:t>dự</w:t>
      </w:r>
      <w:proofErr w:type="spellEnd"/>
      <w:r w:rsidRPr="00406BBE">
        <w:rPr>
          <w:rFonts w:cs="Times New Roman"/>
          <w:i/>
          <w:sz w:val="26"/>
          <w:szCs w:val="26"/>
        </w:rPr>
        <w:t xml:space="preserve"> </w:t>
      </w:r>
      <w:proofErr w:type="spellStart"/>
      <w:r w:rsidRPr="00406BBE">
        <w:rPr>
          <w:rFonts w:cs="Times New Roman"/>
          <w:i/>
          <w:sz w:val="26"/>
          <w:szCs w:val="26"/>
        </w:rPr>
        <w:t>thảo</w:t>
      </w:r>
      <w:proofErr w:type="spellEnd"/>
      <w:r w:rsidRPr="00406BBE">
        <w:rPr>
          <w:rFonts w:cs="Times New Roman"/>
          <w:i/>
          <w:sz w:val="26"/>
          <w:szCs w:val="26"/>
        </w:rPr>
        <w:t xml:space="preserve"> </w:t>
      </w:r>
      <w:proofErr w:type="spellStart"/>
      <w:r w:rsidRPr="00406BBE">
        <w:rPr>
          <w:rFonts w:cs="Times New Roman"/>
          <w:i/>
          <w:sz w:val="26"/>
          <w:szCs w:val="26"/>
        </w:rPr>
        <w:t>báo</w:t>
      </w:r>
      <w:proofErr w:type="spellEnd"/>
      <w:r w:rsidRPr="00406BBE">
        <w:rPr>
          <w:rFonts w:cs="Times New Roman"/>
          <w:i/>
          <w:sz w:val="26"/>
          <w:szCs w:val="26"/>
        </w:rPr>
        <w:t xml:space="preserve"> </w:t>
      </w:r>
      <w:proofErr w:type="spellStart"/>
      <w:r w:rsidRPr="00406BBE">
        <w:rPr>
          <w:rFonts w:cs="Times New Roman"/>
          <w:i/>
          <w:sz w:val="26"/>
          <w:szCs w:val="26"/>
        </w:rPr>
        <w:t>cáo</w:t>
      </w:r>
      <w:proofErr w:type="spellEnd"/>
      <w:r w:rsidRPr="00406BBE">
        <w:rPr>
          <w:rFonts w:cs="Times New Roman"/>
          <w:i/>
          <w:sz w:val="26"/>
          <w:szCs w:val="26"/>
        </w:rPr>
        <w:t xml:space="preserve"> </w:t>
      </w:r>
      <w:proofErr w:type="spellStart"/>
      <w:r w:rsidRPr="00406BBE">
        <w:rPr>
          <w:rFonts w:cs="Times New Roman"/>
          <w:i/>
          <w:sz w:val="26"/>
          <w:szCs w:val="26"/>
        </w:rPr>
        <w:t>gửi</w:t>
      </w:r>
      <w:proofErr w:type="spellEnd"/>
      <w:r w:rsidRPr="00406BBE">
        <w:rPr>
          <w:rFonts w:cs="Times New Roman"/>
          <w:i/>
          <w:sz w:val="26"/>
          <w:szCs w:val="26"/>
        </w:rPr>
        <w:t xml:space="preserve"> </w:t>
      </w:r>
      <w:proofErr w:type="spellStart"/>
      <w:r w:rsidRPr="00406BBE">
        <w:rPr>
          <w:rFonts w:cs="Times New Roman"/>
          <w:i/>
          <w:sz w:val="26"/>
          <w:szCs w:val="26"/>
        </w:rPr>
        <w:t>kèm</w:t>
      </w:r>
      <w:proofErr w:type="spellEnd"/>
      <w:r w:rsidRPr="00406BBE">
        <w:rPr>
          <w:rFonts w:cs="Times New Roman"/>
          <w:i/>
          <w:sz w:val="26"/>
          <w:szCs w:val="26"/>
        </w:rPr>
        <w:t xml:space="preserve"> </w:t>
      </w:r>
      <w:proofErr w:type="spellStart"/>
      <w:r w:rsidRPr="00406BBE">
        <w:rPr>
          <w:rFonts w:cs="Times New Roman"/>
          <w:i/>
          <w:sz w:val="26"/>
          <w:szCs w:val="26"/>
        </w:rPr>
        <w:t>bản</w:t>
      </w:r>
      <w:proofErr w:type="spellEnd"/>
      <w:r w:rsidRPr="00406BBE">
        <w:rPr>
          <w:rFonts w:cs="Times New Roman"/>
          <w:i/>
          <w:sz w:val="26"/>
          <w:szCs w:val="26"/>
        </w:rPr>
        <w:t xml:space="preserve"> Word </w:t>
      </w:r>
      <w:proofErr w:type="spellStart"/>
      <w:r w:rsidRPr="00406BBE">
        <w:rPr>
          <w:rFonts w:cs="Times New Roman"/>
          <w:i/>
          <w:sz w:val="26"/>
          <w:szCs w:val="26"/>
        </w:rPr>
        <w:t>hoặc</w:t>
      </w:r>
      <w:proofErr w:type="spellEnd"/>
      <w:r w:rsidRPr="00406BBE">
        <w:rPr>
          <w:rFonts w:cs="Times New Roman"/>
          <w:i/>
          <w:sz w:val="26"/>
          <w:szCs w:val="26"/>
        </w:rPr>
        <w:t xml:space="preserve"> </w:t>
      </w:r>
      <w:proofErr w:type="spellStart"/>
      <w:r w:rsidRPr="00406BBE">
        <w:rPr>
          <w:rFonts w:cs="Times New Roman"/>
          <w:i/>
          <w:sz w:val="26"/>
          <w:szCs w:val="26"/>
        </w:rPr>
        <w:t>mã</w:t>
      </w:r>
      <w:proofErr w:type="spellEnd"/>
      <w:r w:rsidRPr="00406BBE">
        <w:rPr>
          <w:rFonts w:cs="Times New Roman"/>
          <w:i/>
          <w:sz w:val="26"/>
          <w:szCs w:val="26"/>
        </w:rPr>
        <w:t xml:space="preserve"> </w:t>
      </w:r>
      <w:proofErr w:type="spellStart"/>
      <w:r w:rsidRPr="00406BBE">
        <w:rPr>
          <w:rFonts w:cs="Times New Roman"/>
          <w:i/>
          <w:sz w:val="26"/>
          <w:szCs w:val="26"/>
        </w:rPr>
        <w:t>nguồn</w:t>
      </w:r>
      <w:proofErr w:type="spellEnd"/>
      <w:r w:rsidRPr="00406BBE">
        <w:rPr>
          <w:rFonts w:cs="Times New Roman"/>
          <w:i/>
          <w:sz w:val="26"/>
          <w:szCs w:val="26"/>
        </w:rPr>
        <w:t xml:space="preserve"> LaTeX.</w:t>
      </w:r>
    </w:p>
    <w:p w14:paraId="4A2B792B" w14:textId="77777777" w:rsidR="00BB6FA2" w:rsidRPr="00406BBE" w:rsidRDefault="00222B21" w:rsidP="00EE67F6">
      <w:pPr>
        <w:spacing w:before="120" w:after="120" w:line="240" w:lineRule="auto"/>
        <w:jc w:val="both"/>
        <w:rPr>
          <w:rFonts w:cs="Times New Roman"/>
          <w:sz w:val="26"/>
          <w:szCs w:val="26"/>
        </w:rPr>
      </w:pPr>
      <w:r w:rsidRPr="00406BBE">
        <w:rPr>
          <w:rFonts w:ascii="Segoe UI Symbol" w:hAnsi="Segoe UI Symbol" w:cs="Segoe UI Symbol"/>
          <w:sz w:val="26"/>
          <w:szCs w:val="26"/>
        </w:rPr>
        <w:t>☐</w:t>
      </w:r>
      <w:r w:rsidRPr="00406BBE">
        <w:rPr>
          <w:rFonts w:cs="Times New Roman"/>
          <w:sz w:val="26"/>
          <w:szCs w:val="26"/>
        </w:rPr>
        <w:t xml:space="preserve"> </w:t>
      </w:r>
      <w:proofErr w:type="spellStart"/>
      <w:r w:rsidRPr="00406BBE">
        <w:rPr>
          <w:rFonts w:cs="Times New Roman"/>
          <w:sz w:val="26"/>
          <w:szCs w:val="26"/>
        </w:rPr>
        <w:t>Đơn</w:t>
      </w:r>
      <w:proofErr w:type="spellEnd"/>
      <w:r w:rsidRPr="00406BBE">
        <w:rPr>
          <w:rFonts w:cs="Times New Roman"/>
          <w:sz w:val="26"/>
          <w:szCs w:val="26"/>
        </w:rPr>
        <w:t xml:space="preserve"> </w:t>
      </w:r>
      <w:proofErr w:type="spellStart"/>
      <w:r w:rsidRPr="00406BBE">
        <w:rPr>
          <w:rFonts w:cs="Times New Roman"/>
          <w:sz w:val="26"/>
          <w:szCs w:val="26"/>
        </w:rPr>
        <w:t>đăng</w:t>
      </w:r>
      <w:proofErr w:type="spellEnd"/>
      <w:r w:rsidRPr="00406BBE">
        <w:rPr>
          <w:rFonts w:cs="Times New Roman"/>
          <w:sz w:val="26"/>
          <w:szCs w:val="26"/>
        </w:rPr>
        <w:t xml:space="preserve"> </w:t>
      </w:r>
      <w:proofErr w:type="spellStart"/>
      <w:r w:rsidRPr="00406BBE">
        <w:rPr>
          <w:rFonts w:cs="Times New Roman"/>
          <w:sz w:val="26"/>
          <w:szCs w:val="26"/>
        </w:rPr>
        <w:t>ký</w:t>
      </w:r>
      <w:proofErr w:type="spellEnd"/>
      <w:r w:rsidRPr="00406BBE">
        <w:rPr>
          <w:rFonts w:cs="Times New Roman"/>
          <w:sz w:val="26"/>
          <w:szCs w:val="26"/>
        </w:rPr>
        <w:t xml:space="preserve"> </w:t>
      </w:r>
      <w:proofErr w:type="spellStart"/>
      <w:r w:rsidRPr="00406BBE">
        <w:rPr>
          <w:rFonts w:cs="Times New Roman"/>
          <w:sz w:val="26"/>
          <w:szCs w:val="26"/>
        </w:rPr>
        <w:t>tham</w:t>
      </w:r>
      <w:proofErr w:type="spellEnd"/>
      <w:r w:rsidRPr="00406BBE">
        <w:rPr>
          <w:rFonts w:cs="Times New Roman"/>
          <w:sz w:val="26"/>
          <w:szCs w:val="26"/>
        </w:rPr>
        <w:t xml:space="preserve"> </w:t>
      </w:r>
      <w:proofErr w:type="spellStart"/>
      <w:r w:rsidRPr="00406BBE">
        <w:rPr>
          <w:rFonts w:cs="Times New Roman"/>
          <w:sz w:val="26"/>
          <w:szCs w:val="26"/>
        </w:rPr>
        <w:t>dự</w:t>
      </w:r>
      <w:proofErr w:type="spellEnd"/>
      <w:r w:rsidRPr="00406BBE">
        <w:rPr>
          <w:rFonts w:cs="Times New Roman"/>
          <w:sz w:val="26"/>
          <w:szCs w:val="26"/>
        </w:rPr>
        <w:t xml:space="preserve"> (</w:t>
      </w:r>
      <w:proofErr w:type="spellStart"/>
      <w:r w:rsidRPr="00406BBE">
        <w:rPr>
          <w:rFonts w:cs="Times New Roman"/>
          <w:sz w:val="26"/>
          <w:szCs w:val="26"/>
        </w:rPr>
        <w:t>Mẫu</w:t>
      </w:r>
      <w:proofErr w:type="spellEnd"/>
      <w:r w:rsidRPr="00406BBE">
        <w:rPr>
          <w:rFonts w:cs="Times New Roman"/>
          <w:sz w:val="26"/>
          <w:szCs w:val="26"/>
        </w:rPr>
        <w:t xml:space="preserve"> 01), </w:t>
      </w:r>
      <w:proofErr w:type="spellStart"/>
      <w:r w:rsidRPr="00406BBE">
        <w:rPr>
          <w:rFonts w:cs="Times New Roman"/>
          <w:sz w:val="26"/>
          <w:szCs w:val="26"/>
        </w:rPr>
        <w:t>có</w:t>
      </w:r>
      <w:proofErr w:type="spellEnd"/>
      <w:r w:rsidRPr="00406BBE">
        <w:rPr>
          <w:rFonts w:cs="Times New Roman"/>
          <w:sz w:val="26"/>
          <w:szCs w:val="26"/>
        </w:rPr>
        <w:t xml:space="preserve"> </w:t>
      </w:r>
      <w:proofErr w:type="spellStart"/>
      <w:r w:rsidRPr="00406BBE">
        <w:rPr>
          <w:rFonts w:cs="Times New Roman"/>
          <w:sz w:val="26"/>
          <w:szCs w:val="26"/>
        </w:rPr>
        <w:t>chữ</w:t>
      </w:r>
      <w:proofErr w:type="spellEnd"/>
      <w:r w:rsidRPr="00406BBE">
        <w:rPr>
          <w:rFonts w:cs="Times New Roman"/>
          <w:sz w:val="26"/>
          <w:szCs w:val="26"/>
        </w:rPr>
        <w:t xml:space="preserve"> </w:t>
      </w:r>
      <w:proofErr w:type="spellStart"/>
      <w:r w:rsidRPr="00406BBE">
        <w:rPr>
          <w:rFonts w:cs="Times New Roman"/>
          <w:sz w:val="26"/>
          <w:szCs w:val="26"/>
        </w:rPr>
        <w:t>ký</w:t>
      </w:r>
      <w:proofErr w:type="spellEnd"/>
      <w:r w:rsidRPr="00406BBE">
        <w:rPr>
          <w:rFonts w:cs="Times New Roman"/>
          <w:sz w:val="26"/>
          <w:szCs w:val="26"/>
        </w:rPr>
        <w:t xml:space="preserve"> </w:t>
      </w:r>
      <w:proofErr w:type="spellStart"/>
      <w:r w:rsidRPr="00406BBE">
        <w:rPr>
          <w:rFonts w:cs="Times New Roman"/>
          <w:sz w:val="26"/>
          <w:szCs w:val="26"/>
        </w:rPr>
        <w:t>của</w:t>
      </w:r>
      <w:proofErr w:type="spellEnd"/>
      <w:r w:rsidRPr="00406BBE">
        <w:rPr>
          <w:rFonts w:cs="Times New Roman"/>
          <w:sz w:val="26"/>
          <w:szCs w:val="26"/>
        </w:rPr>
        <w:t xml:space="preserve"> </w:t>
      </w:r>
      <w:proofErr w:type="spellStart"/>
      <w:r w:rsidRPr="00406BBE">
        <w:rPr>
          <w:rFonts w:cs="Times New Roman"/>
          <w:sz w:val="26"/>
          <w:szCs w:val="26"/>
        </w:rPr>
        <w:t>người</w:t>
      </w:r>
      <w:proofErr w:type="spellEnd"/>
      <w:r w:rsidRPr="00406BBE">
        <w:rPr>
          <w:rFonts w:cs="Times New Roman"/>
          <w:sz w:val="26"/>
          <w:szCs w:val="26"/>
        </w:rPr>
        <w:t xml:space="preserve"> </w:t>
      </w:r>
      <w:proofErr w:type="spellStart"/>
      <w:r w:rsidRPr="00406BBE">
        <w:rPr>
          <w:rFonts w:cs="Times New Roman"/>
          <w:sz w:val="26"/>
          <w:szCs w:val="26"/>
        </w:rPr>
        <w:t>đăng</w:t>
      </w:r>
      <w:proofErr w:type="spellEnd"/>
      <w:r w:rsidRPr="00406BBE">
        <w:rPr>
          <w:rFonts w:cs="Times New Roman"/>
          <w:sz w:val="26"/>
          <w:szCs w:val="26"/>
        </w:rPr>
        <w:t xml:space="preserve"> </w:t>
      </w:r>
      <w:proofErr w:type="spellStart"/>
      <w:r w:rsidRPr="00406BBE">
        <w:rPr>
          <w:rFonts w:cs="Times New Roman"/>
          <w:sz w:val="26"/>
          <w:szCs w:val="26"/>
        </w:rPr>
        <w:t>ký</w:t>
      </w:r>
      <w:proofErr w:type="spellEnd"/>
      <w:r w:rsidRPr="00406BBE">
        <w:rPr>
          <w:rFonts w:cs="Times New Roman"/>
          <w:sz w:val="26"/>
          <w:szCs w:val="26"/>
        </w:rPr>
        <w:t xml:space="preserve"> </w:t>
      </w:r>
      <w:proofErr w:type="spellStart"/>
      <w:r w:rsidRPr="00406BBE">
        <w:rPr>
          <w:rFonts w:cs="Times New Roman"/>
          <w:sz w:val="26"/>
          <w:szCs w:val="26"/>
        </w:rPr>
        <w:t>và</w:t>
      </w:r>
      <w:proofErr w:type="spellEnd"/>
      <w:r w:rsidRPr="00406BBE">
        <w:rPr>
          <w:rFonts w:cs="Times New Roman"/>
          <w:sz w:val="26"/>
          <w:szCs w:val="26"/>
        </w:rPr>
        <w:t xml:space="preserve"> </w:t>
      </w:r>
      <w:proofErr w:type="spellStart"/>
      <w:r w:rsidRPr="00406BBE">
        <w:rPr>
          <w:rFonts w:cs="Times New Roman"/>
          <w:sz w:val="26"/>
          <w:szCs w:val="26"/>
        </w:rPr>
        <w:t>xác</w:t>
      </w:r>
      <w:proofErr w:type="spellEnd"/>
      <w:r w:rsidRPr="00406BBE">
        <w:rPr>
          <w:rFonts w:cs="Times New Roman"/>
          <w:sz w:val="26"/>
          <w:szCs w:val="26"/>
        </w:rPr>
        <w:t xml:space="preserve"> </w:t>
      </w:r>
      <w:proofErr w:type="spellStart"/>
      <w:r w:rsidRPr="00406BBE">
        <w:rPr>
          <w:rFonts w:cs="Times New Roman"/>
          <w:sz w:val="26"/>
          <w:szCs w:val="26"/>
        </w:rPr>
        <w:t>nhận</w:t>
      </w:r>
      <w:proofErr w:type="spellEnd"/>
      <w:r w:rsidRPr="00406BBE">
        <w:rPr>
          <w:rFonts w:cs="Times New Roman"/>
          <w:sz w:val="26"/>
          <w:szCs w:val="26"/>
        </w:rPr>
        <w:t xml:space="preserve"> </w:t>
      </w:r>
      <w:proofErr w:type="spellStart"/>
      <w:r w:rsidRPr="00406BBE">
        <w:rPr>
          <w:rFonts w:cs="Times New Roman"/>
          <w:sz w:val="26"/>
          <w:szCs w:val="26"/>
        </w:rPr>
        <w:t>của</w:t>
      </w:r>
      <w:proofErr w:type="spellEnd"/>
      <w:r w:rsidRPr="00406BBE">
        <w:rPr>
          <w:rFonts w:cs="Times New Roman"/>
          <w:sz w:val="26"/>
          <w:szCs w:val="26"/>
        </w:rPr>
        <w:t xml:space="preserve"> </w:t>
      </w:r>
      <w:proofErr w:type="spellStart"/>
      <w:r w:rsidRPr="00406BBE">
        <w:rPr>
          <w:rFonts w:cs="Times New Roman"/>
          <w:sz w:val="26"/>
          <w:szCs w:val="26"/>
        </w:rPr>
        <w:t>cơ</w:t>
      </w:r>
      <w:proofErr w:type="spellEnd"/>
      <w:r w:rsidRPr="00406BBE">
        <w:rPr>
          <w:rFonts w:cs="Times New Roman"/>
          <w:sz w:val="26"/>
          <w:szCs w:val="26"/>
        </w:rPr>
        <w:t xml:space="preserve"> </w:t>
      </w:r>
      <w:proofErr w:type="spellStart"/>
      <w:r w:rsidRPr="00406BBE">
        <w:rPr>
          <w:rFonts w:cs="Times New Roman"/>
          <w:sz w:val="26"/>
          <w:szCs w:val="26"/>
        </w:rPr>
        <w:t>quan</w:t>
      </w:r>
      <w:proofErr w:type="spellEnd"/>
      <w:r w:rsidRPr="00406BBE">
        <w:rPr>
          <w:rFonts w:cs="Times New Roman"/>
          <w:sz w:val="26"/>
          <w:szCs w:val="26"/>
        </w:rPr>
        <w:t>.</w:t>
      </w:r>
    </w:p>
    <w:p w14:paraId="30D8A508" w14:textId="76FFFD74" w:rsidR="008562CA" w:rsidRPr="00406BBE" w:rsidRDefault="00222B21" w:rsidP="00EE67F6">
      <w:pPr>
        <w:spacing w:before="120" w:after="120" w:line="240" w:lineRule="auto"/>
        <w:jc w:val="both"/>
        <w:rPr>
          <w:rFonts w:cs="Times New Roman"/>
          <w:sz w:val="26"/>
          <w:szCs w:val="26"/>
        </w:rPr>
      </w:pPr>
      <w:r w:rsidRPr="00406BBE">
        <w:rPr>
          <w:rFonts w:ascii="Segoe UI Symbol" w:hAnsi="Segoe UI Symbol" w:cs="Segoe UI Symbol"/>
          <w:sz w:val="26"/>
          <w:szCs w:val="26"/>
        </w:rPr>
        <w:lastRenderedPageBreak/>
        <w:t>☐</w:t>
      </w:r>
      <w:r w:rsidRPr="00406BBE">
        <w:rPr>
          <w:rFonts w:cs="Times New Roman"/>
          <w:sz w:val="26"/>
          <w:szCs w:val="26"/>
        </w:rPr>
        <w:t xml:space="preserve"> Lý </w:t>
      </w:r>
      <w:proofErr w:type="spellStart"/>
      <w:r w:rsidRPr="00406BBE">
        <w:rPr>
          <w:rFonts w:cs="Times New Roman"/>
          <w:sz w:val="26"/>
          <w:szCs w:val="26"/>
        </w:rPr>
        <w:t>lịch</w:t>
      </w:r>
      <w:proofErr w:type="spellEnd"/>
      <w:r w:rsidRPr="00406BBE">
        <w:rPr>
          <w:rFonts w:cs="Times New Roman"/>
          <w:sz w:val="26"/>
          <w:szCs w:val="26"/>
        </w:rPr>
        <w:t xml:space="preserve"> khoa </w:t>
      </w:r>
      <w:proofErr w:type="spellStart"/>
      <w:r w:rsidRPr="00406BBE">
        <w:rPr>
          <w:rFonts w:cs="Times New Roman"/>
          <w:sz w:val="26"/>
          <w:szCs w:val="26"/>
        </w:rPr>
        <w:t>học</w:t>
      </w:r>
      <w:proofErr w:type="spellEnd"/>
      <w:r w:rsidRPr="00406BBE">
        <w:rPr>
          <w:rFonts w:cs="Times New Roman"/>
          <w:sz w:val="26"/>
          <w:szCs w:val="26"/>
        </w:rPr>
        <w:t xml:space="preserve"> </w:t>
      </w:r>
      <w:proofErr w:type="spellStart"/>
      <w:r w:rsidRPr="00406BBE">
        <w:rPr>
          <w:rFonts w:cs="Times New Roman"/>
          <w:sz w:val="26"/>
          <w:szCs w:val="26"/>
        </w:rPr>
        <w:t>được</w:t>
      </w:r>
      <w:proofErr w:type="spellEnd"/>
      <w:r w:rsidRPr="00406BBE">
        <w:rPr>
          <w:rFonts w:cs="Times New Roman"/>
          <w:sz w:val="26"/>
          <w:szCs w:val="26"/>
        </w:rPr>
        <w:t xml:space="preserve"> </w:t>
      </w:r>
      <w:proofErr w:type="spellStart"/>
      <w:r w:rsidRPr="00406BBE">
        <w:rPr>
          <w:rFonts w:cs="Times New Roman"/>
          <w:sz w:val="26"/>
          <w:szCs w:val="26"/>
        </w:rPr>
        <w:t>cập</w:t>
      </w:r>
      <w:proofErr w:type="spellEnd"/>
      <w:r w:rsidRPr="00406BBE">
        <w:rPr>
          <w:rFonts w:cs="Times New Roman"/>
          <w:sz w:val="26"/>
          <w:szCs w:val="26"/>
        </w:rPr>
        <w:t xml:space="preserve"> </w:t>
      </w:r>
      <w:proofErr w:type="spellStart"/>
      <w:r w:rsidRPr="00406BBE">
        <w:rPr>
          <w:rFonts w:cs="Times New Roman"/>
          <w:sz w:val="26"/>
          <w:szCs w:val="26"/>
        </w:rPr>
        <w:t>nhật</w:t>
      </w:r>
      <w:proofErr w:type="spellEnd"/>
      <w:r w:rsidRPr="00406BBE">
        <w:rPr>
          <w:rFonts w:cs="Times New Roman"/>
          <w:sz w:val="26"/>
          <w:szCs w:val="26"/>
        </w:rPr>
        <w:t xml:space="preserve"> </w:t>
      </w:r>
      <w:proofErr w:type="spellStart"/>
      <w:r w:rsidRPr="00406BBE">
        <w:rPr>
          <w:rFonts w:cs="Times New Roman"/>
          <w:sz w:val="26"/>
          <w:szCs w:val="26"/>
        </w:rPr>
        <w:t>và</w:t>
      </w:r>
      <w:proofErr w:type="spellEnd"/>
      <w:r w:rsidRPr="00406BBE">
        <w:rPr>
          <w:rFonts w:cs="Times New Roman"/>
          <w:sz w:val="26"/>
          <w:szCs w:val="26"/>
        </w:rPr>
        <w:t xml:space="preserve"> </w:t>
      </w:r>
      <w:proofErr w:type="spellStart"/>
      <w:r w:rsidRPr="00406BBE">
        <w:rPr>
          <w:rFonts w:cs="Times New Roman"/>
          <w:sz w:val="26"/>
          <w:szCs w:val="26"/>
        </w:rPr>
        <w:t>xuất</w:t>
      </w:r>
      <w:proofErr w:type="spellEnd"/>
      <w:r w:rsidRPr="00406BBE">
        <w:rPr>
          <w:rFonts w:cs="Times New Roman"/>
          <w:sz w:val="26"/>
          <w:szCs w:val="26"/>
        </w:rPr>
        <w:t xml:space="preserve"> </w:t>
      </w:r>
      <w:proofErr w:type="spellStart"/>
      <w:r w:rsidRPr="00406BBE">
        <w:rPr>
          <w:rFonts w:cs="Times New Roman"/>
          <w:sz w:val="26"/>
          <w:szCs w:val="26"/>
        </w:rPr>
        <w:t>từ</w:t>
      </w:r>
      <w:proofErr w:type="spellEnd"/>
      <w:r w:rsidRPr="00406BBE">
        <w:rPr>
          <w:rFonts w:cs="Times New Roman"/>
          <w:sz w:val="26"/>
          <w:szCs w:val="26"/>
        </w:rPr>
        <w:t xml:space="preserve"> </w:t>
      </w:r>
      <w:proofErr w:type="spellStart"/>
      <w:r w:rsidRPr="00406BBE">
        <w:rPr>
          <w:rFonts w:cs="Times New Roman"/>
          <w:sz w:val="26"/>
          <w:szCs w:val="26"/>
        </w:rPr>
        <w:t>Nền</w:t>
      </w:r>
      <w:proofErr w:type="spellEnd"/>
      <w:r w:rsidRPr="00406BBE">
        <w:rPr>
          <w:rFonts w:cs="Times New Roman"/>
          <w:sz w:val="26"/>
          <w:szCs w:val="26"/>
        </w:rPr>
        <w:t xml:space="preserve"> </w:t>
      </w:r>
      <w:proofErr w:type="spellStart"/>
      <w:r w:rsidRPr="00406BBE">
        <w:rPr>
          <w:rFonts w:cs="Times New Roman"/>
          <w:sz w:val="26"/>
          <w:szCs w:val="26"/>
        </w:rPr>
        <w:t>tảng</w:t>
      </w:r>
      <w:proofErr w:type="spellEnd"/>
      <w:r w:rsidRPr="00406BBE">
        <w:rPr>
          <w:rFonts w:cs="Times New Roman"/>
          <w:sz w:val="26"/>
          <w:szCs w:val="26"/>
        </w:rPr>
        <w:t xml:space="preserve"> </w:t>
      </w:r>
      <w:proofErr w:type="spellStart"/>
      <w:r w:rsidRPr="00406BBE">
        <w:rPr>
          <w:rFonts w:cs="Times New Roman"/>
          <w:sz w:val="26"/>
          <w:szCs w:val="26"/>
        </w:rPr>
        <w:t>số</w:t>
      </w:r>
      <w:proofErr w:type="spellEnd"/>
      <w:r w:rsidRPr="00406BBE">
        <w:rPr>
          <w:rFonts w:cs="Times New Roman"/>
          <w:sz w:val="26"/>
          <w:szCs w:val="26"/>
        </w:rPr>
        <w:t xml:space="preserve"> </w:t>
      </w:r>
      <w:proofErr w:type="spellStart"/>
      <w:r w:rsidRPr="00406BBE">
        <w:rPr>
          <w:rFonts w:cs="Times New Roman"/>
          <w:sz w:val="26"/>
          <w:szCs w:val="26"/>
        </w:rPr>
        <w:t>quản</w:t>
      </w:r>
      <w:proofErr w:type="spellEnd"/>
      <w:r w:rsidRPr="00406BBE">
        <w:rPr>
          <w:rFonts w:cs="Times New Roman"/>
          <w:sz w:val="26"/>
          <w:szCs w:val="26"/>
        </w:rPr>
        <w:t xml:space="preserve"> </w:t>
      </w:r>
      <w:proofErr w:type="spellStart"/>
      <w:r w:rsidRPr="00406BBE">
        <w:rPr>
          <w:rFonts w:cs="Times New Roman"/>
          <w:sz w:val="26"/>
          <w:szCs w:val="26"/>
        </w:rPr>
        <w:t>lý</w:t>
      </w:r>
      <w:proofErr w:type="spellEnd"/>
      <w:r w:rsidRPr="00406BBE">
        <w:rPr>
          <w:rFonts w:cs="Times New Roman"/>
          <w:sz w:val="26"/>
          <w:szCs w:val="26"/>
        </w:rPr>
        <w:t xml:space="preserve"> khoa </w:t>
      </w:r>
      <w:proofErr w:type="spellStart"/>
      <w:r w:rsidRPr="00406BBE">
        <w:rPr>
          <w:rFonts w:cs="Times New Roman"/>
          <w:sz w:val="26"/>
          <w:szCs w:val="26"/>
        </w:rPr>
        <w:t>học</w:t>
      </w:r>
      <w:proofErr w:type="spellEnd"/>
      <w:r w:rsidRPr="00406BBE">
        <w:rPr>
          <w:rFonts w:cs="Times New Roman"/>
          <w:sz w:val="26"/>
          <w:szCs w:val="26"/>
        </w:rPr>
        <w:t xml:space="preserve">, </w:t>
      </w:r>
      <w:proofErr w:type="spellStart"/>
      <w:r w:rsidRPr="00406BBE">
        <w:rPr>
          <w:rFonts w:cs="Times New Roman"/>
          <w:sz w:val="26"/>
          <w:szCs w:val="26"/>
        </w:rPr>
        <w:t>công</w:t>
      </w:r>
      <w:proofErr w:type="spellEnd"/>
      <w:r w:rsidRPr="00406BBE">
        <w:rPr>
          <w:rFonts w:cs="Times New Roman"/>
          <w:sz w:val="26"/>
          <w:szCs w:val="26"/>
        </w:rPr>
        <w:t xml:space="preserve"> </w:t>
      </w:r>
      <w:proofErr w:type="spellStart"/>
      <w:r w:rsidRPr="00406BBE">
        <w:rPr>
          <w:rFonts w:cs="Times New Roman"/>
          <w:sz w:val="26"/>
          <w:szCs w:val="26"/>
        </w:rPr>
        <w:t>nghệ</w:t>
      </w:r>
      <w:proofErr w:type="spellEnd"/>
      <w:r w:rsidRPr="00406BBE">
        <w:rPr>
          <w:rFonts w:cs="Times New Roman"/>
          <w:sz w:val="26"/>
          <w:szCs w:val="26"/>
        </w:rPr>
        <w:t xml:space="preserve"> </w:t>
      </w:r>
      <w:proofErr w:type="spellStart"/>
      <w:r w:rsidRPr="00406BBE">
        <w:rPr>
          <w:rFonts w:cs="Times New Roman"/>
          <w:sz w:val="26"/>
          <w:szCs w:val="26"/>
        </w:rPr>
        <w:t>và</w:t>
      </w:r>
      <w:proofErr w:type="spellEnd"/>
      <w:r w:rsidRPr="00406BBE">
        <w:rPr>
          <w:rFonts w:cs="Times New Roman"/>
          <w:sz w:val="26"/>
          <w:szCs w:val="26"/>
        </w:rPr>
        <w:t xml:space="preserve"> </w:t>
      </w:r>
      <w:proofErr w:type="spellStart"/>
      <w:r w:rsidRPr="00406BBE">
        <w:rPr>
          <w:rFonts w:cs="Times New Roman"/>
          <w:sz w:val="26"/>
          <w:szCs w:val="26"/>
        </w:rPr>
        <w:t>đổi</w:t>
      </w:r>
      <w:proofErr w:type="spellEnd"/>
      <w:r w:rsidRPr="00406BBE">
        <w:rPr>
          <w:rFonts w:cs="Times New Roman"/>
          <w:sz w:val="26"/>
          <w:szCs w:val="26"/>
        </w:rPr>
        <w:t xml:space="preserve"> </w:t>
      </w:r>
      <w:proofErr w:type="spellStart"/>
      <w:r w:rsidRPr="00406BBE">
        <w:rPr>
          <w:rFonts w:cs="Times New Roman"/>
          <w:sz w:val="26"/>
          <w:szCs w:val="26"/>
        </w:rPr>
        <w:t>mới</w:t>
      </w:r>
      <w:proofErr w:type="spellEnd"/>
      <w:r w:rsidRPr="00406BBE">
        <w:rPr>
          <w:rFonts w:cs="Times New Roman"/>
          <w:sz w:val="26"/>
          <w:szCs w:val="26"/>
        </w:rPr>
        <w:t xml:space="preserve"> </w:t>
      </w:r>
      <w:proofErr w:type="spellStart"/>
      <w:r w:rsidRPr="00406BBE">
        <w:rPr>
          <w:rFonts w:cs="Times New Roman"/>
          <w:sz w:val="26"/>
          <w:szCs w:val="26"/>
        </w:rPr>
        <w:t>sáng</w:t>
      </w:r>
      <w:proofErr w:type="spellEnd"/>
      <w:r w:rsidRPr="00406BBE">
        <w:rPr>
          <w:rFonts w:cs="Times New Roman"/>
          <w:sz w:val="26"/>
          <w:szCs w:val="26"/>
        </w:rPr>
        <w:t xml:space="preserve"> </w:t>
      </w:r>
      <w:proofErr w:type="spellStart"/>
      <w:r w:rsidRPr="00406BBE">
        <w:rPr>
          <w:rFonts w:cs="Times New Roman"/>
          <w:sz w:val="26"/>
          <w:szCs w:val="26"/>
        </w:rPr>
        <w:t>tạo</w:t>
      </w:r>
      <w:proofErr w:type="spellEnd"/>
      <w:r w:rsidRPr="00406BBE">
        <w:rPr>
          <w:rFonts w:cs="Times New Roman"/>
          <w:sz w:val="26"/>
          <w:szCs w:val="26"/>
        </w:rPr>
        <w:t xml:space="preserve"> </w:t>
      </w:r>
      <w:proofErr w:type="spellStart"/>
      <w:r w:rsidRPr="00406BBE">
        <w:rPr>
          <w:rFonts w:cs="Times New Roman"/>
          <w:sz w:val="26"/>
          <w:szCs w:val="26"/>
        </w:rPr>
        <w:t>quốc</w:t>
      </w:r>
      <w:proofErr w:type="spellEnd"/>
      <w:r w:rsidRPr="00406BBE">
        <w:rPr>
          <w:rFonts w:cs="Times New Roman"/>
          <w:sz w:val="26"/>
          <w:szCs w:val="26"/>
        </w:rPr>
        <w:t xml:space="preserve"> </w:t>
      </w:r>
      <w:proofErr w:type="spellStart"/>
      <w:r w:rsidRPr="00406BBE">
        <w:rPr>
          <w:rFonts w:cs="Times New Roman"/>
          <w:sz w:val="26"/>
          <w:szCs w:val="26"/>
        </w:rPr>
        <w:t>gia</w:t>
      </w:r>
      <w:proofErr w:type="spellEnd"/>
      <w:r w:rsidRPr="00406BBE">
        <w:rPr>
          <w:rFonts w:cs="Times New Roman"/>
          <w:sz w:val="26"/>
          <w:szCs w:val="26"/>
        </w:rPr>
        <w:t xml:space="preserve"> (STM).</w:t>
      </w:r>
    </w:p>
    <w:p w14:paraId="52E49A1B" w14:textId="77777777" w:rsidR="00BB6FA2" w:rsidRPr="00406BBE" w:rsidRDefault="00222B21" w:rsidP="00EE67F6">
      <w:pPr>
        <w:spacing w:before="120" w:after="120" w:line="240" w:lineRule="auto"/>
        <w:jc w:val="both"/>
        <w:rPr>
          <w:rFonts w:cs="Times New Roman"/>
          <w:sz w:val="26"/>
          <w:szCs w:val="26"/>
        </w:rPr>
      </w:pPr>
      <w:r w:rsidRPr="00406BBE">
        <w:rPr>
          <w:rFonts w:ascii="Segoe UI Symbol" w:hAnsi="Segoe UI Symbol" w:cs="Segoe UI Symbol"/>
          <w:sz w:val="26"/>
          <w:szCs w:val="26"/>
        </w:rPr>
        <w:t>☐</w:t>
      </w:r>
      <w:r w:rsidRPr="00406BBE">
        <w:rPr>
          <w:rFonts w:cs="Times New Roman"/>
          <w:sz w:val="26"/>
          <w:szCs w:val="26"/>
        </w:rPr>
        <w:t xml:space="preserve"> </w:t>
      </w:r>
      <w:proofErr w:type="spellStart"/>
      <w:r w:rsidRPr="00406BBE">
        <w:rPr>
          <w:rFonts w:cs="Times New Roman"/>
          <w:sz w:val="26"/>
          <w:szCs w:val="26"/>
        </w:rPr>
        <w:t>Tệp</w:t>
      </w:r>
      <w:proofErr w:type="spellEnd"/>
      <w:r w:rsidRPr="00406BBE">
        <w:rPr>
          <w:rFonts w:cs="Times New Roman"/>
          <w:sz w:val="26"/>
          <w:szCs w:val="26"/>
        </w:rPr>
        <w:t xml:space="preserve"> PDF </w:t>
      </w:r>
      <w:proofErr w:type="spellStart"/>
      <w:r w:rsidRPr="00406BBE">
        <w:rPr>
          <w:rFonts w:cs="Times New Roman"/>
          <w:sz w:val="26"/>
          <w:szCs w:val="26"/>
        </w:rPr>
        <w:t>dự</w:t>
      </w:r>
      <w:proofErr w:type="spellEnd"/>
      <w:r w:rsidRPr="00406BBE">
        <w:rPr>
          <w:rFonts w:cs="Times New Roman"/>
          <w:sz w:val="26"/>
          <w:szCs w:val="26"/>
        </w:rPr>
        <w:t xml:space="preserve"> </w:t>
      </w:r>
      <w:proofErr w:type="spellStart"/>
      <w:r w:rsidRPr="00406BBE">
        <w:rPr>
          <w:rFonts w:cs="Times New Roman"/>
          <w:sz w:val="26"/>
          <w:szCs w:val="26"/>
        </w:rPr>
        <w:t>thảo</w:t>
      </w:r>
      <w:proofErr w:type="spellEnd"/>
      <w:r w:rsidRPr="00406BBE">
        <w:rPr>
          <w:rFonts w:cs="Times New Roman"/>
          <w:sz w:val="26"/>
          <w:szCs w:val="26"/>
        </w:rPr>
        <w:t xml:space="preserve"> </w:t>
      </w:r>
      <w:proofErr w:type="spellStart"/>
      <w:r w:rsidRPr="00406BBE">
        <w:rPr>
          <w:rFonts w:cs="Times New Roman"/>
          <w:sz w:val="26"/>
          <w:szCs w:val="26"/>
        </w:rPr>
        <w:t>nội</w:t>
      </w:r>
      <w:proofErr w:type="spellEnd"/>
      <w:r w:rsidRPr="00406BBE">
        <w:rPr>
          <w:rFonts w:cs="Times New Roman"/>
          <w:sz w:val="26"/>
          <w:szCs w:val="26"/>
        </w:rPr>
        <w:t xml:space="preserve"> dung </w:t>
      </w:r>
      <w:proofErr w:type="spellStart"/>
      <w:r w:rsidRPr="00406BBE">
        <w:rPr>
          <w:rFonts w:cs="Times New Roman"/>
          <w:sz w:val="26"/>
          <w:szCs w:val="26"/>
        </w:rPr>
        <w:t>trình</w:t>
      </w:r>
      <w:proofErr w:type="spellEnd"/>
      <w:r w:rsidRPr="00406BBE">
        <w:rPr>
          <w:rFonts w:cs="Times New Roman"/>
          <w:sz w:val="26"/>
          <w:szCs w:val="26"/>
        </w:rPr>
        <w:t xml:space="preserve"> </w:t>
      </w:r>
      <w:proofErr w:type="spellStart"/>
      <w:r w:rsidRPr="00406BBE">
        <w:rPr>
          <w:rFonts w:cs="Times New Roman"/>
          <w:sz w:val="26"/>
          <w:szCs w:val="26"/>
        </w:rPr>
        <w:t>bày</w:t>
      </w:r>
      <w:proofErr w:type="spellEnd"/>
      <w:r w:rsidRPr="00406BBE">
        <w:rPr>
          <w:rFonts w:cs="Times New Roman"/>
          <w:sz w:val="26"/>
          <w:szCs w:val="26"/>
        </w:rPr>
        <w:t xml:space="preserve"> </w:t>
      </w:r>
      <w:proofErr w:type="spellStart"/>
      <w:r w:rsidRPr="00406BBE">
        <w:rPr>
          <w:rFonts w:cs="Times New Roman"/>
          <w:sz w:val="26"/>
          <w:szCs w:val="26"/>
        </w:rPr>
        <w:t>tối</w:t>
      </w:r>
      <w:proofErr w:type="spellEnd"/>
      <w:r w:rsidRPr="00406BBE">
        <w:rPr>
          <w:rFonts w:cs="Times New Roman"/>
          <w:sz w:val="26"/>
          <w:szCs w:val="26"/>
        </w:rPr>
        <w:t xml:space="preserve"> </w:t>
      </w:r>
      <w:proofErr w:type="spellStart"/>
      <w:r w:rsidRPr="00406BBE">
        <w:rPr>
          <w:rFonts w:cs="Times New Roman"/>
          <w:sz w:val="26"/>
          <w:szCs w:val="26"/>
        </w:rPr>
        <w:t>đa</w:t>
      </w:r>
      <w:proofErr w:type="spellEnd"/>
      <w:r w:rsidRPr="00406BBE">
        <w:rPr>
          <w:rFonts w:cs="Times New Roman"/>
          <w:sz w:val="26"/>
          <w:szCs w:val="26"/>
        </w:rPr>
        <w:t xml:space="preserve"> 04 </w:t>
      </w:r>
      <w:proofErr w:type="spellStart"/>
      <w:r w:rsidRPr="00406BBE">
        <w:rPr>
          <w:rFonts w:cs="Times New Roman"/>
          <w:sz w:val="26"/>
          <w:szCs w:val="26"/>
        </w:rPr>
        <w:t>trang</w:t>
      </w:r>
      <w:proofErr w:type="spellEnd"/>
      <w:r w:rsidRPr="00406BBE">
        <w:rPr>
          <w:rFonts w:cs="Times New Roman"/>
          <w:sz w:val="26"/>
          <w:szCs w:val="26"/>
        </w:rPr>
        <w:t xml:space="preserve"> A4, </w:t>
      </w:r>
      <w:proofErr w:type="spellStart"/>
      <w:r w:rsidRPr="00406BBE">
        <w:rPr>
          <w:rFonts w:cs="Times New Roman"/>
          <w:sz w:val="26"/>
          <w:szCs w:val="26"/>
        </w:rPr>
        <w:t>theo</w:t>
      </w:r>
      <w:proofErr w:type="spellEnd"/>
      <w:r w:rsidRPr="00406BBE">
        <w:rPr>
          <w:rFonts w:cs="Times New Roman"/>
          <w:sz w:val="26"/>
          <w:szCs w:val="26"/>
        </w:rPr>
        <w:t xml:space="preserve"> </w:t>
      </w:r>
      <w:proofErr w:type="spellStart"/>
      <w:r w:rsidRPr="00406BBE">
        <w:rPr>
          <w:rFonts w:cs="Times New Roman"/>
          <w:sz w:val="26"/>
          <w:szCs w:val="26"/>
        </w:rPr>
        <w:t>mẫu</w:t>
      </w:r>
      <w:proofErr w:type="spellEnd"/>
      <w:r w:rsidRPr="00406BBE">
        <w:rPr>
          <w:rFonts w:cs="Times New Roman"/>
          <w:sz w:val="26"/>
          <w:szCs w:val="26"/>
        </w:rPr>
        <w:t xml:space="preserve"> IEEE Conference, </w:t>
      </w:r>
      <w:proofErr w:type="spellStart"/>
      <w:r w:rsidRPr="00406BBE">
        <w:rPr>
          <w:rFonts w:cs="Times New Roman"/>
          <w:sz w:val="26"/>
          <w:szCs w:val="26"/>
        </w:rPr>
        <w:t>bằng</w:t>
      </w:r>
      <w:proofErr w:type="spellEnd"/>
      <w:r w:rsidRPr="00406BBE">
        <w:rPr>
          <w:rFonts w:cs="Times New Roman"/>
          <w:sz w:val="26"/>
          <w:szCs w:val="26"/>
        </w:rPr>
        <w:t xml:space="preserve"> </w:t>
      </w:r>
      <w:proofErr w:type="spellStart"/>
      <w:r w:rsidRPr="00406BBE">
        <w:rPr>
          <w:rFonts w:cs="Times New Roman"/>
          <w:sz w:val="26"/>
          <w:szCs w:val="26"/>
        </w:rPr>
        <w:t>tiếng</w:t>
      </w:r>
      <w:proofErr w:type="spellEnd"/>
      <w:r w:rsidRPr="00406BBE">
        <w:rPr>
          <w:rFonts w:cs="Times New Roman"/>
          <w:sz w:val="26"/>
          <w:szCs w:val="26"/>
        </w:rPr>
        <w:t xml:space="preserve"> Anh </w:t>
      </w:r>
      <w:proofErr w:type="spellStart"/>
      <w:r w:rsidRPr="00406BBE">
        <w:rPr>
          <w:rFonts w:cs="Times New Roman"/>
          <w:sz w:val="26"/>
          <w:szCs w:val="26"/>
        </w:rPr>
        <w:t>hoặc</w:t>
      </w:r>
      <w:proofErr w:type="spellEnd"/>
      <w:r w:rsidRPr="00406BBE">
        <w:rPr>
          <w:rFonts w:cs="Times New Roman"/>
          <w:sz w:val="26"/>
          <w:szCs w:val="26"/>
        </w:rPr>
        <w:t xml:space="preserve"> </w:t>
      </w:r>
      <w:proofErr w:type="spellStart"/>
      <w:r w:rsidRPr="00406BBE">
        <w:rPr>
          <w:rFonts w:cs="Times New Roman"/>
          <w:sz w:val="26"/>
          <w:szCs w:val="26"/>
        </w:rPr>
        <w:t>tiếng</w:t>
      </w:r>
      <w:proofErr w:type="spellEnd"/>
      <w:r w:rsidRPr="00406BBE">
        <w:rPr>
          <w:rFonts w:cs="Times New Roman"/>
          <w:sz w:val="26"/>
          <w:szCs w:val="26"/>
        </w:rPr>
        <w:t xml:space="preserve"> Nga.</w:t>
      </w:r>
    </w:p>
    <w:p w14:paraId="26F8E609" w14:textId="77777777" w:rsidR="00BB6FA2" w:rsidRPr="00406BBE" w:rsidRDefault="00222B21" w:rsidP="00EE67F6">
      <w:pPr>
        <w:spacing w:before="120" w:after="120" w:line="240" w:lineRule="auto"/>
        <w:jc w:val="both"/>
        <w:rPr>
          <w:rFonts w:cs="Times New Roman"/>
          <w:sz w:val="26"/>
          <w:szCs w:val="26"/>
        </w:rPr>
      </w:pPr>
      <w:r w:rsidRPr="00406BBE">
        <w:rPr>
          <w:rFonts w:ascii="Segoe UI Symbol" w:hAnsi="Segoe UI Symbol" w:cs="Segoe UI Symbol"/>
          <w:sz w:val="26"/>
          <w:szCs w:val="26"/>
        </w:rPr>
        <w:t>☐</w:t>
      </w:r>
      <w:r w:rsidRPr="00406BBE">
        <w:rPr>
          <w:rFonts w:cs="Times New Roman"/>
          <w:sz w:val="26"/>
          <w:szCs w:val="26"/>
        </w:rPr>
        <w:t xml:space="preserve"> </w:t>
      </w:r>
      <w:proofErr w:type="spellStart"/>
      <w:r w:rsidRPr="00406BBE">
        <w:rPr>
          <w:rFonts w:cs="Times New Roman"/>
          <w:sz w:val="26"/>
          <w:szCs w:val="26"/>
        </w:rPr>
        <w:t>Bản</w:t>
      </w:r>
      <w:proofErr w:type="spellEnd"/>
      <w:r w:rsidRPr="00406BBE">
        <w:rPr>
          <w:rFonts w:cs="Times New Roman"/>
          <w:sz w:val="26"/>
          <w:szCs w:val="26"/>
        </w:rPr>
        <w:t xml:space="preserve"> Word </w:t>
      </w:r>
      <w:proofErr w:type="spellStart"/>
      <w:r w:rsidRPr="00406BBE">
        <w:rPr>
          <w:rFonts w:cs="Times New Roman"/>
          <w:sz w:val="26"/>
          <w:szCs w:val="26"/>
        </w:rPr>
        <w:t>hoặc</w:t>
      </w:r>
      <w:proofErr w:type="spellEnd"/>
      <w:r w:rsidRPr="00406BBE">
        <w:rPr>
          <w:rFonts w:cs="Times New Roman"/>
          <w:sz w:val="26"/>
          <w:szCs w:val="26"/>
        </w:rPr>
        <w:t xml:space="preserve"> </w:t>
      </w:r>
      <w:proofErr w:type="spellStart"/>
      <w:r w:rsidRPr="00406BBE">
        <w:rPr>
          <w:rFonts w:cs="Times New Roman"/>
          <w:sz w:val="26"/>
          <w:szCs w:val="26"/>
        </w:rPr>
        <w:t>mã</w:t>
      </w:r>
      <w:proofErr w:type="spellEnd"/>
      <w:r w:rsidRPr="00406BBE">
        <w:rPr>
          <w:rFonts w:cs="Times New Roman"/>
          <w:sz w:val="26"/>
          <w:szCs w:val="26"/>
        </w:rPr>
        <w:t xml:space="preserve"> </w:t>
      </w:r>
      <w:proofErr w:type="spellStart"/>
      <w:r w:rsidRPr="00406BBE">
        <w:rPr>
          <w:rFonts w:cs="Times New Roman"/>
          <w:sz w:val="26"/>
          <w:szCs w:val="26"/>
        </w:rPr>
        <w:t>nguồn</w:t>
      </w:r>
      <w:proofErr w:type="spellEnd"/>
      <w:r w:rsidRPr="00406BBE">
        <w:rPr>
          <w:rFonts w:cs="Times New Roman"/>
          <w:sz w:val="26"/>
          <w:szCs w:val="26"/>
        </w:rPr>
        <w:t xml:space="preserve"> LaTeX </w:t>
      </w:r>
      <w:proofErr w:type="spellStart"/>
      <w:r w:rsidRPr="00406BBE">
        <w:rPr>
          <w:rFonts w:cs="Times New Roman"/>
          <w:sz w:val="26"/>
          <w:szCs w:val="26"/>
        </w:rPr>
        <w:t>của</w:t>
      </w:r>
      <w:proofErr w:type="spellEnd"/>
      <w:r w:rsidRPr="00406BBE">
        <w:rPr>
          <w:rFonts w:cs="Times New Roman"/>
          <w:sz w:val="26"/>
          <w:szCs w:val="26"/>
        </w:rPr>
        <w:t xml:space="preserve"> </w:t>
      </w:r>
      <w:proofErr w:type="spellStart"/>
      <w:r w:rsidRPr="00406BBE">
        <w:rPr>
          <w:rFonts w:cs="Times New Roman"/>
          <w:sz w:val="26"/>
          <w:szCs w:val="26"/>
        </w:rPr>
        <w:t>dự</w:t>
      </w:r>
      <w:proofErr w:type="spellEnd"/>
      <w:r w:rsidRPr="00406BBE">
        <w:rPr>
          <w:rFonts w:cs="Times New Roman"/>
          <w:sz w:val="26"/>
          <w:szCs w:val="26"/>
        </w:rPr>
        <w:t xml:space="preserve"> </w:t>
      </w:r>
      <w:proofErr w:type="spellStart"/>
      <w:r w:rsidRPr="00406BBE">
        <w:rPr>
          <w:rFonts w:cs="Times New Roman"/>
          <w:sz w:val="26"/>
          <w:szCs w:val="26"/>
        </w:rPr>
        <w:t>thảo</w:t>
      </w:r>
      <w:proofErr w:type="spellEnd"/>
      <w:r w:rsidRPr="00406BBE">
        <w:rPr>
          <w:rFonts w:cs="Times New Roman"/>
          <w:sz w:val="26"/>
          <w:szCs w:val="26"/>
        </w:rPr>
        <w:t xml:space="preserve"> </w:t>
      </w:r>
      <w:proofErr w:type="spellStart"/>
      <w:r w:rsidRPr="00406BBE">
        <w:rPr>
          <w:rFonts w:cs="Times New Roman"/>
          <w:sz w:val="26"/>
          <w:szCs w:val="26"/>
        </w:rPr>
        <w:t>nội</w:t>
      </w:r>
      <w:proofErr w:type="spellEnd"/>
      <w:r w:rsidRPr="00406BBE">
        <w:rPr>
          <w:rFonts w:cs="Times New Roman"/>
          <w:sz w:val="26"/>
          <w:szCs w:val="26"/>
        </w:rPr>
        <w:t xml:space="preserve"> dung </w:t>
      </w:r>
      <w:proofErr w:type="spellStart"/>
      <w:r w:rsidRPr="00406BBE">
        <w:rPr>
          <w:rFonts w:cs="Times New Roman"/>
          <w:sz w:val="26"/>
          <w:szCs w:val="26"/>
        </w:rPr>
        <w:t>trình</w:t>
      </w:r>
      <w:proofErr w:type="spellEnd"/>
      <w:r w:rsidRPr="00406BBE">
        <w:rPr>
          <w:rFonts w:cs="Times New Roman"/>
          <w:sz w:val="26"/>
          <w:szCs w:val="26"/>
        </w:rPr>
        <w:t xml:space="preserve"> </w:t>
      </w:r>
      <w:proofErr w:type="spellStart"/>
      <w:r w:rsidRPr="00406BBE">
        <w:rPr>
          <w:rFonts w:cs="Times New Roman"/>
          <w:sz w:val="26"/>
          <w:szCs w:val="26"/>
        </w:rPr>
        <w:t>bày</w:t>
      </w:r>
      <w:proofErr w:type="spellEnd"/>
      <w:r w:rsidRPr="00406BBE">
        <w:rPr>
          <w:rFonts w:cs="Times New Roman"/>
          <w:sz w:val="26"/>
          <w:szCs w:val="26"/>
        </w:rPr>
        <w:t>.</w:t>
      </w:r>
    </w:p>
    <w:p w14:paraId="359DB426" w14:textId="77777777" w:rsidR="00BB6FA2" w:rsidRPr="00406BBE" w:rsidRDefault="00222B21" w:rsidP="00EE67F6">
      <w:pPr>
        <w:spacing w:before="120" w:after="120" w:line="240" w:lineRule="auto"/>
        <w:jc w:val="both"/>
        <w:rPr>
          <w:rFonts w:cs="Times New Roman"/>
          <w:sz w:val="26"/>
          <w:szCs w:val="26"/>
        </w:rPr>
      </w:pPr>
      <w:r w:rsidRPr="00406BBE">
        <w:rPr>
          <w:rFonts w:ascii="Segoe UI Symbol" w:hAnsi="Segoe UI Symbol" w:cs="Segoe UI Symbol"/>
          <w:sz w:val="26"/>
          <w:szCs w:val="26"/>
        </w:rPr>
        <w:t>☐</w:t>
      </w:r>
      <w:r w:rsidRPr="00406BBE">
        <w:rPr>
          <w:rFonts w:cs="Times New Roman"/>
          <w:sz w:val="26"/>
          <w:szCs w:val="26"/>
        </w:rPr>
        <w:t xml:space="preserve"> Tài </w:t>
      </w:r>
      <w:proofErr w:type="spellStart"/>
      <w:r w:rsidRPr="00406BBE">
        <w:rPr>
          <w:rFonts w:cs="Times New Roman"/>
          <w:sz w:val="26"/>
          <w:szCs w:val="26"/>
        </w:rPr>
        <w:t>liệu</w:t>
      </w:r>
      <w:proofErr w:type="spellEnd"/>
      <w:r w:rsidRPr="00406BBE">
        <w:rPr>
          <w:rFonts w:cs="Times New Roman"/>
          <w:sz w:val="26"/>
          <w:szCs w:val="26"/>
        </w:rPr>
        <w:t xml:space="preserve"> </w:t>
      </w:r>
      <w:proofErr w:type="spellStart"/>
      <w:r w:rsidRPr="00406BBE">
        <w:rPr>
          <w:rFonts w:cs="Times New Roman"/>
          <w:sz w:val="26"/>
          <w:szCs w:val="26"/>
        </w:rPr>
        <w:t>minh</w:t>
      </w:r>
      <w:proofErr w:type="spellEnd"/>
      <w:r w:rsidRPr="00406BBE">
        <w:rPr>
          <w:rFonts w:cs="Times New Roman"/>
          <w:sz w:val="26"/>
          <w:szCs w:val="26"/>
        </w:rPr>
        <w:t xml:space="preserve"> </w:t>
      </w:r>
      <w:proofErr w:type="spellStart"/>
      <w:r w:rsidRPr="00406BBE">
        <w:rPr>
          <w:rFonts w:cs="Times New Roman"/>
          <w:sz w:val="26"/>
          <w:szCs w:val="26"/>
        </w:rPr>
        <w:t>chứng</w:t>
      </w:r>
      <w:proofErr w:type="spellEnd"/>
      <w:r w:rsidRPr="00406BBE">
        <w:rPr>
          <w:rFonts w:cs="Times New Roman"/>
          <w:sz w:val="26"/>
          <w:szCs w:val="26"/>
        </w:rPr>
        <w:t xml:space="preserve"> </w:t>
      </w:r>
      <w:proofErr w:type="spellStart"/>
      <w:r w:rsidRPr="00406BBE">
        <w:rPr>
          <w:rFonts w:cs="Times New Roman"/>
          <w:sz w:val="26"/>
          <w:szCs w:val="26"/>
        </w:rPr>
        <w:t>thành</w:t>
      </w:r>
      <w:proofErr w:type="spellEnd"/>
      <w:r w:rsidRPr="00406BBE">
        <w:rPr>
          <w:rFonts w:cs="Times New Roman"/>
          <w:sz w:val="26"/>
          <w:szCs w:val="26"/>
        </w:rPr>
        <w:t xml:space="preserve"> </w:t>
      </w:r>
      <w:proofErr w:type="spellStart"/>
      <w:r w:rsidRPr="00406BBE">
        <w:rPr>
          <w:rFonts w:cs="Times New Roman"/>
          <w:sz w:val="26"/>
          <w:szCs w:val="26"/>
        </w:rPr>
        <w:t>tích</w:t>
      </w:r>
      <w:proofErr w:type="spellEnd"/>
      <w:r w:rsidRPr="00406BBE">
        <w:rPr>
          <w:rFonts w:cs="Times New Roman"/>
          <w:sz w:val="26"/>
          <w:szCs w:val="26"/>
        </w:rPr>
        <w:t xml:space="preserve"> </w:t>
      </w:r>
      <w:proofErr w:type="spellStart"/>
      <w:r w:rsidRPr="00406BBE">
        <w:rPr>
          <w:rFonts w:cs="Times New Roman"/>
          <w:sz w:val="26"/>
          <w:szCs w:val="26"/>
        </w:rPr>
        <w:t>nghiên</w:t>
      </w:r>
      <w:proofErr w:type="spellEnd"/>
      <w:r w:rsidRPr="00406BBE">
        <w:rPr>
          <w:rFonts w:cs="Times New Roman"/>
          <w:sz w:val="26"/>
          <w:szCs w:val="26"/>
        </w:rPr>
        <w:t xml:space="preserve"> </w:t>
      </w:r>
      <w:proofErr w:type="spellStart"/>
      <w:r w:rsidRPr="00406BBE">
        <w:rPr>
          <w:rFonts w:cs="Times New Roman"/>
          <w:sz w:val="26"/>
          <w:szCs w:val="26"/>
        </w:rPr>
        <w:t>cứu</w:t>
      </w:r>
      <w:proofErr w:type="spellEnd"/>
      <w:r w:rsidRPr="00406BBE">
        <w:rPr>
          <w:rFonts w:cs="Times New Roman"/>
          <w:sz w:val="26"/>
          <w:szCs w:val="26"/>
        </w:rPr>
        <w:t xml:space="preserve">, </w:t>
      </w:r>
      <w:proofErr w:type="spellStart"/>
      <w:r w:rsidRPr="00406BBE">
        <w:rPr>
          <w:rFonts w:cs="Times New Roman"/>
          <w:sz w:val="26"/>
          <w:szCs w:val="26"/>
        </w:rPr>
        <w:t>năng</w:t>
      </w:r>
      <w:proofErr w:type="spellEnd"/>
      <w:r w:rsidRPr="00406BBE">
        <w:rPr>
          <w:rFonts w:cs="Times New Roman"/>
          <w:sz w:val="26"/>
          <w:szCs w:val="26"/>
        </w:rPr>
        <w:t xml:space="preserve"> </w:t>
      </w:r>
      <w:proofErr w:type="spellStart"/>
      <w:r w:rsidRPr="00406BBE">
        <w:rPr>
          <w:rFonts w:cs="Times New Roman"/>
          <w:sz w:val="26"/>
          <w:szCs w:val="26"/>
        </w:rPr>
        <w:t>lực</w:t>
      </w:r>
      <w:proofErr w:type="spellEnd"/>
      <w:r w:rsidRPr="00406BBE">
        <w:rPr>
          <w:rFonts w:cs="Times New Roman"/>
          <w:sz w:val="26"/>
          <w:szCs w:val="26"/>
        </w:rPr>
        <w:t xml:space="preserve"> </w:t>
      </w:r>
      <w:proofErr w:type="spellStart"/>
      <w:r w:rsidRPr="00406BBE">
        <w:rPr>
          <w:rFonts w:cs="Times New Roman"/>
          <w:sz w:val="26"/>
          <w:szCs w:val="26"/>
        </w:rPr>
        <w:t>ngoại</w:t>
      </w:r>
      <w:proofErr w:type="spellEnd"/>
      <w:r w:rsidRPr="00406BBE">
        <w:rPr>
          <w:rFonts w:cs="Times New Roman"/>
          <w:sz w:val="26"/>
          <w:szCs w:val="26"/>
        </w:rPr>
        <w:t xml:space="preserve"> </w:t>
      </w:r>
      <w:proofErr w:type="spellStart"/>
      <w:r w:rsidRPr="00406BBE">
        <w:rPr>
          <w:rFonts w:cs="Times New Roman"/>
          <w:sz w:val="26"/>
          <w:szCs w:val="26"/>
        </w:rPr>
        <w:t>ngữ</w:t>
      </w:r>
      <w:proofErr w:type="spellEnd"/>
      <w:r w:rsidRPr="00406BBE">
        <w:rPr>
          <w:rFonts w:cs="Times New Roman"/>
          <w:sz w:val="26"/>
          <w:szCs w:val="26"/>
        </w:rPr>
        <w:t xml:space="preserve"> </w:t>
      </w:r>
      <w:proofErr w:type="spellStart"/>
      <w:r w:rsidRPr="00406BBE">
        <w:rPr>
          <w:rFonts w:cs="Times New Roman"/>
          <w:sz w:val="26"/>
          <w:szCs w:val="26"/>
        </w:rPr>
        <w:t>và</w:t>
      </w:r>
      <w:proofErr w:type="spellEnd"/>
      <w:r w:rsidRPr="00406BBE">
        <w:rPr>
          <w:rFonts w:cs="Times New Roman"/>
          <w:sz w:val="26"/>
          <w:szCs w:val="26"/>
        </w:rPr>
        <w:t xml:space="preserve"> </w:t>
      </w:r>
      <w:proofErr w:type="spellStart"/>
      <w:r w:rsidRPr="00406BBE">
        <w:rPr>
          <w:rFonts w:cs="Times New Roman"/>
          <w:sz w:val="26"/>
          <w:szCs w:val="26"/>
        </w:rPr>
        <w:t>tiêu</w:t>
      </w:r>
      <w:proofErr w:type="spellEnd"/>
      <w:r w:rsidRPr="00406BBE">
        <w:rPr>
          <w:rFonts w:cs="Times New Roman"/>
          <w:sz w:val="26"/>
          <w:szCs w:val="26"/>
        </w:rPr>
        <w:t xml:space="preserve"> </w:t>
      </w:r>
      <w:proofErr w:type="spellStart"/>
      <w:r w:rsidRPr="00406BBE">
        <w:rPr>
          <w:rFonts w:cs="Times New Roman"/>
          <w:sz w:val="26"/>
          <w:szCs w:val="26"/>
        </w:rPr>
        <w:t>chí</w:t>
      </w:r>
      <w:proofErr w:type="spellEnd"/>
      <w:r w:rsidRPr="00406BBE">
        <w:rPr>
          <w:rFonts w:cs="Times New Roman"/>
          <w:sz w:val="26"/>
          <w:szCs w:val="26"/>
        </w:rPr>
        <w:t xml:space="preserve"> </w:t>
      </w:r>
      <w:proofErr w:type="spellStart"/>
      <w:r w:rsidRPr="00406BBE">
        <w:rPr>
          <w:rFonts w:cs="Times New Roman"/>
          <w:sz w:val="26"/>
          <w:szCs w:val="26"/>
        </w:rPr>
        <w:t>ưu</w:t>
      </w:r>
      <w:proofErr w:type="spellEnd"/>
      <w:r w:rsidRPr="00406BBE">
        <w:rPr>
          <w:rFonts w:cs="Times New Roman"/>
          <w:sz w:val="26"/>
          <w:szCs w:val="26"/>
        </w:rPr>
        <w:t xml:space="preserve"> </w:t>
      </w:r>
      <w:proofErr w:type="spellStart"/>
      <w:r w:rsidRPr="00406BBE">
        <w:rPr>
          <w:rFonts w:cs="Times New Roman"/>
          <w:sz w:val="26"/>
          <w:szCs w:val="26"/>
        </w:rPr>
        <w:t>tiên</w:t>
      </w:r>
      <w:proofErr w:type="spellEnd"/>
      <w:r w:rsidRPr="00406BBE">
        <w:rPr>
          <w:rFonts w:cs="Times New Roman"/>
          <w:sz w:val="26"/>
          <w:szCs w:val="26"/>
        </w:rPr>
        <w:t xml:space="preserve"> (</w:t>
      </w:r>
      <w:proofErr w:type="spellStart"/>
      <w:r w:rsidRPr="00406BBE">
        <w:rPr>
          <w:rFonts w:cs="Times New Roman"/>
          <w:sz w:val="26"/>
          <w:szCs w:val="26"/>
        </w:rPr>
        <w:t>nếu</w:t>
      </w:r>
      <w:proofErr w:type="spellEnd"/>
      <w:r w:rsidRPr="00406BBE">
        <w:rPr>
          <w:rFonts w:cs="Times New Roman"/>
          <w:sz w:val="26"/>
          <w:szCs w:val="26"/>
        </w:rPr>
        <w:t xml:space="preserve"> </w:t>
      </w:r>
      <w:proofErr w:type="spellStart"/>
      <w:r w:rsidRPr="00406BBE">
        <w:rPr>
          <w:rFonts w:cs="Times New Roman"/>
          <w:sz w:val="26"/>
          <w:szCs w:val="26"/>
        </w:rPr>
        <w:t>có</w:t>
      </w:r>
      <w:proofErr w:type="spellEnd"/>
      <w:r w:rsidRPr="00406BBE">
        <w:rPr>
          <w:rFonts w:cs="Times New Roman"/>
          <w:sz w:val="26"/>
          <w:szCs w:val="26"/>
        </w:rPr>
        <w:t xml:space="preserve">): </w:t>
      </w:r>
      <w:proofErr w:type="spellStart"/>
      <w:r w:rsidRPr="00406BBE">
        <w:rPr>
          <w:rFonts w:cs="Times New Roman"/>
          <w:sz w:val="26"/>
          <w:szCs w:val="26"/>
        </w:rPr>
        <w:t>công</w:t>
      </w:r>
      <w:proofErr w:type="spellEnd"/>
      <w:r w:rsidRPr="00406BBE">
        <w:rPr>
          <w:rFonts w:cs="Times New Roman"/>
          <w:sz w:val="26"/>
          <w:szCs w:val="26"/>
        </w:rPr>
        <w:t xml:space="preserve"> </w:t>
      </w:r>
      <w:proofErr w:type="spellStart"/>
      <w:r w:rsidRPr="00406BBE">
        <w:rPr>
          <w:rFonts w:cs="Times New Roman"/>
          <w:sz w:val="26"/>
          <w:szCs w:val="26"/>
        </w:rPr>
        <w:t>bố</w:t>
      </w:r>
      <w:proofErr w:type="spellEnd"/>
      <w:r w:rsidRPr="00406BBE">
        <w:rPr>
          <w:rFonts w:cs="Times New Roman"/>
          <w:sz w:val="26"/>
          <w:szCs w:val="26"/>
        </w:rPr>
        <w:t xml:space="preserve">, </w:t>
      </w:r>
      <w:proofErr w:type="spellStart"/>
      <w:r w:rsidRPr="00406BBE">
        <w:rPr>
          <w:rFonts w:cs="Times New Roman"/>
          <w:sz w:val="26"/>
          <w:szCs w:val="26"/>
        </w:rPr>
        <w:t>văn</w:t>
      </w:r>
      <w:proofErr w:type="spellEnd"/>
      <w:r w:rsidRPr="00406BBE">
        <w:rPr>
          <w:rFonts w:cs="Times New Roman"/>
          <w:sz w:val="26"/>
          <w:szCs w:val="26"/>
        </w:rPr>
        <w:t xml:space="preserve"> </w:t>
      </w:r>
      <w:proofErr w:type="spellStart"/>
      <w:r w:rsidRPr="00406BBE">
        <w:rPr>
          <w:rFonts w:cs="Times New Roman"/>
          <w:sz w:val="26"/>
          <w:szCs w:val="26"/>
        </w:rPr>
        <w:t>bằng</w:t>
      </w:r>
      <w:proofErr w:type="spellEnd"/>
      <w:r w:rsidRPr="00406BBE">
        <w:rPr>
          <w:rFonts w:cs="Times New Roman"/>
          <w:sz w:val="26"/>
          <w:szCs w:val="26"/>
        </w:rPr>
        <w:t xml:space="preserve"> </w:t>
      </w:r>
      <w:proofErr w:type="spellStart"/>
      <w:r w:rsidRPr="00406BBE">
        <w:rPr>
          <w:rFonts w:cs="Times New Roman"/>
          <w:sz w:val="26"/>
          <w:szCs w:val="26"/>
        </w:rPr>
        <w:t>sở</w:t>
      </w:r>
      <w:proofErr w:type="spellEnd"/>
      <w:r w:rsidRPr="00406BBE">
        <w:rPr>
          <w:rFonts w:cs="Times New Roman"/>
          <w:sz w:val="26"/>
          <w:szCs w:val="26"/>
        </w:rPr>
        <w:t xml:space="preserve"> </w:t>
      </w:r>
      <w:proofErr w:type="spellStart"/>
      <w:r w:rsidRPr="00406BBE">
        <w:rPr>
          <w:rFonts w:cs="Times New Roman"/>
          <w:sz w:val="26"/>
          <w:szCs w:val="26"/>
        </w:rPr>
        <w:t>hữu</w:t>
      </w:r>
      <w:proofErr w:type="spellEnd"/>
      <w:r w:rsidRPr="00406BBE">
        <w:rPr>
          <w:rFonts w:cs="Times New Roman"/>
          <w:sz w:val="26"/>
          <w:szCs w:val="26"/>
        </w:rPr>
        <w:t xml:space="preserve"> </w:t>
      </w:r>
      <w:proofErr w:type="spellStart"/>
      <w:r w:rsidRPr="00406BBE">
        <w:rPr>
          <w:rFonts w:cs="Times New Roman"/>
          <w:sz w:val="26"/>
          <w:szCs w:val="26"/>
        </w:rPr>
        <w:t>trí</w:t>
      </w:r>
      <w:proofErr w:type="spellEnd"/>
      <w:r w:rsidRPr="00406BBE">
        <w:rPr>
          <w:rFonts w:cs="Times New Roman"/>
          <w:sz w:val="26"/>
          <w:szCs w:val="26"/>
        </w:rPr>
        <w:t xml:space="preserve"> </w:t>
      </w:r>
      <w:proofErr w:type="spellStart"/>
      <w:r w:rsidRPr="00406BBE">
        <w:rPr>
          <w:rFonts w:cs="Times New Roman"/>
          <w:sz w:val="26"/>
          <w:szCs w:val="26"/>
        </w:rPr>
        <w:t>tuệ</w:t>
      </w:r>
      <w:proofErr w:type="spellEnd"/>
      <w:r w:rsidRPr="00406BBE">
        <w:rPr>
          <w:rFonts w:cs="Times New Roman"/>
          <w:sz w:val="26"/>
          <w:szCs w:val="26"/>
        </w:rPr>
        <w:t xml:space="preserve">, </w:t>
      </w:r>
      <w:proofErr w:type="spellStart"/>
      <w:r w:rsidRPr="00406BBE">
        <w:rPr>
          <w:rFonts w:cs="Times New Roman"/>
          <w:sz w:val="26"/>
          <w:szCs w:val="26"/>
        </w:rPr>
        <w:t>quyết</w:t>
      </w:r>
      <w:proofErr w:type="spellEnd"/>
      <w:r w:rsidRPr="00406BBE">
        <w:rPr>
          <w:rFonts w:cs="Times New Roman"/>
          <w:sz w:val="26"/>
          <w:szCs w:val="26"/>
        </w:rPr>
        <w:t xml:space="preserve"> </w:t>
      </w:r>
      <w:proofErr w:type="spellStart"/>
      <w:r w:rsidRPr="00406BBE">
        <w:rPr>
          <w:rFonts w:cs="Times New Roman"/>
          <w:sz w:val="26"/>
          <w:szCs w:val="26"/>
        </w:rPr>
        <w:t>định</w:t>
      </w:r>
      <w:proofErr w:type="spellEnd"/>
      <w:r w:rsidRPr="00406BBE">
        <w:rPr>
          <w:rFonts w:cs="Times New Roman"/>
          <w:sz w:val="26"/>
          <w:szCs w:val="26"/>
        </w:rPr>
        <w:t xml:space="preserve"> </w:t>
      </w:r>
      <w:proofErr w:type="spellStart"/>
      <w:r w:rsidRPr="00406BBE">
        <w:rPr>
          <w:rFonts w:cs="Times New Roman"/>
          <w:sz w:val="26"/>
          <w:szCs w:val="26"/>
        </w:rPr>
        <w:t>giải</w:t>
      </w:r>
      <w:proofErr w:type="spellEnd"/>
      <w:r w:rsidRPr="00406BBE">
        <w:rPr>
          <w:rFonts w:cs="Times New Roman"/>
          <w:sz w:val="26"/>
          <w:szCs w:val="26"/>
        </w:rPr>
        <w:t xml:space="preserve"> </w:t>
      </w:r>
      <w:proofErr w:type="spellStart"/>
      <w:r w:rsidRPr="00406BBE">
        <w:rPr>
          <w:rFonts w:cs="Times New Roman"/>
          <w:sz w:val="26"/>
          <w:szCs w:val="26"/>
        </w:rPr>
        <w:t>thưởng</w:t>
      </w:r>
      <w:proofErr w:type="spellEnd"/>
      <w:r w:rsidRPr="00406BBE">
        <w:rPr>
          <w:rFonts w:cs="Times New Roman"/>
          <w:sz w:val="26"/>
          <w:szCs w:val="26"/>
        </w:rPr>
        <w:t xml:space="preserve">, </w:t>
      </w:r>
      <w:proofErr w:type="spellStart"/>
      <w:r w:rsidRPr="00406BBE">
        <w:rPr>
          <w:rFonts w:cs="Times New Roman"/>
          <w:sz w:val="26"/>
          <w:szCs w:val="26"/>
        </w:rPr>
        <w:t>xác</w:t>
      </w:r>
      <w:proofErr w:type="spellEnd"/>
      <w:r w:rsidRPr="00406BBE">
        <w:rPr>
          <w:rFonts w:cs="Times New Roman"/>
          <w:sz w:val="26"/>
          <w:szCs w:val="26"/>
        </w:rPr>
        <w:t xml:space="preserve"> </w:t>
      </w:r>
      <w:proofErr w:type="spellStart"/>
      <w:r w:rsidRPr="00406BBE">
        <w:rPr>
          <w:rFonts w:cs="Times New Roman"/>
          <w:sz w:val="26"/>
          <w:szCs w:val="26"/>
        </w:rPr>
        <w:t>nhận</w:t>
      </w:r>
      <w:proofErr w:type="spellEnd"/>
      <w:r w:rsidRPr="00406BBE">
        <w:rPr>
          <w:rFonts w:cs="Times New Roman"/>
          <w:sz w:val="26"/>
          <w:szCs w:val="26"/>
        </w:rPr>
        <w:t xml:space="preserve"> </w:t>
      </w:r>
      <w:proofErr w:type="spellStart"/>
      <w:r w:rsidRPr="00406BBE">
        <w:rPr>
          <w:rFonts w:cs="Times New Roman"/>
          <w:sz w:val="26"/>
          <w:szCs w:val="26"/>
        </w:rPr>
        <w:t>tham</w:t>
      </w:r>
      <w:proofErr w:type="spellEnd"/>
      <w:r w:rsidRPr="00406BBE">
        <w:rPr>
          <w:rFonts w:cs="Times New Roman"/>
          <w:sz w:val="26"/>
          <w:szCs w:val="26"/>
        </w:rPr>
        <w:t xml:space="preserve"> </w:t>
      </w:r>
      <w:proofErr w:type="spellStart"/>
      <w:r w:rsidRPr="00406BBE">
        <w:rPr>
          <w:rFonts w:cs="Times New Roman"/>
          <w:sz w:val="26"/>
          <w:szCs w:val="26"/>
        </w:rPr>
        <w:t>gia</w:t>
      </w:r>
      <w:proofErr w:type="spellEnd"/>
      <w:r w:rsidRPr="00406BBE">
        <w:rPr>
          <w:rFonts w:cs="Times New Roman"/>
          <w:sz w:val="26"/>
          <w:szCs w:val="26"/>
        </w:rPr>
        <w:t xml:space="preserve"> </w:t>
      </w:r>
      <w:proofErr w:type="spellStart"/>
      <w:r w:rsidRPr="00406BBE">
        <w:rPr>
          <w:rFonts w:cs="Times New Roman"/>
          <w:sz w:val="26"/>
          <w:szCs w:val="26"/>
        </w:rPr>
        <w:t>nhiệm</w:t>
      </w:r>
      <w:proofErr w:type="spellEnd"/>
      <w:r w:rsidRPr="00406BBE">
        <w:rPr>
          <w:rFonts w:cs="Times New Roman"/>
          <w:sz w:val="26"/>
          <w:szCs w:val="26"/>
        </w:rPr>
        <w:t xml:space="preserve"> </w:t>
      </w:r>
      <w:proofErr w:type="spellStart"/>
      <w:r w:rsidRPr="00406BBE">
        <w:rPr>
          <w:rFonts w:cs="Times New Roman"/>
          <w:sz w:val="26"/>
          <w:szCs w:val="26"/>
        </w:rPr>
        <w:t>vụ</w:t>
      </w:r>
      <w:proofErr w:type="spellEnd"/>
      <w:r w:rsidRPr="00406BBE">
        <w:rPr>
          <w:rFonts w:cs="Times New Roman"/>
          <w:sz w:val="26"/>
          <w:szCs w:val="26"/>
        </w:rPr>
        <w:t xml:space="preserve"> Việt - Nga, </w:t>
      </w:r>
      <w:proofErr w:type="spellStart"/>
      <w:r w:rsidRPr="00406BBE">
        <w:rPr>
          <w:rFonts w:cs="Times New Roman"/>
          <w:sz w:val="26"/>
          <w:szCs w:val="26"/>
        </w:rPr>
        <w:t>thư</w:t>
      </w:r>
      <w:proofErr w:type="spellEnd"/>
      <w:r w:rsidRPr="00406BBE">
        <w:rPr>
          <w:rFonts w:cs="Times New Roman"/>
          <w:sz w:val="26"/>
          <w:szCs w:val="26"/>
        </w:rPr>
        <w:t xml:space="preserve"> </w:t>
      </w:r>
      <w:proofErr w:type="spellStart"/>
      <w:r w:rsidRPr="00406BBE">
        <w:rPr>
          <w:rFonts w:cs="Times New Roman"/>
          <w:sz w:val="26"/>
          <w:szCs w:val="26"/>
        </w:rPr>
        <w:t>đối</w:t>
      </w:r>
      <w:proofErr w:type="spellEnd"/>
      <w:r w:rsidRPr="00406BBE">
        <w:rPr>
          <w:rFonts w:cs="Times New Roman"/>
          <w:sz w:val="26"/>
          <w:szCs w:val="26"/>
        </w:rPr>
        <w:t xml:space="preserve"> </w:t>
      </w:r>
      <w:proofErr w:type="spellStart"/>
      <w:r w:rsidRPr="00406BBE">
        <w:rPr>
          <w:rFonts w:cs="Times New Roman"/>
          <w:sz w:val="26"/>
          <w:szCs w:val="26"/>
        </w:rPr>
        <w:t>tác</w:t>
      </w:r>
      <w:proofErr w:type="spellEnd"/>
      <w:r w:rsidRPr="00406BBE">
        <w:rPr>
          <w:rFonts w:cs="Times New Roman"/>
          <w:sz w:val="26"/>
          <w:szCs w:val="26"/>
        </w:rPr>
        <w:t xml:space="preserve">, </w:t>
      </w:r>
      <w:proofErr w:type="spellStart"/>
      <w:r w:rsidRPr="00406BBE">
        <w:rPr>
          <w:rFonts w:cs="Times New Roman"/>
          <w:sz w:val="26"/>
          <w:szCs w:val="26"/>
        </w:rPr>
        <w:t>văn</w:t>
      </w:r>
      <w:proofErr w:type="spellEnd"/>
      <w:r w:rsidRPr="00406BBE">
        <w:rPr>
          <w:rFonts w:cs="Times New Roman"/>
          <w:sz w:val="26"/>
          <w:szCs w:val="26"/>
        </w:rPr>
        <w:t xml:space="preserve"> </w:t>
      </w:r>
      <w:proofErr w:type="spellStart"/>
      <w:r w:rsidRPr="00406BBE">
        <w:rPr>
          <w:rFonts w:cs="Times New Roman"/>
          <w:sz w:val="26"/>
          <w:szCs w:val="26"/>
        </w:rPr>
        <w:t>bằng</w:t>
      </w:r>
      <w:proofErr w:type="spellEnd"/>
      <w:r w:rsidRPr="00406BBE">
        <w:rPr>
          <w:rFonts w:cs="Times New Roman"/>
          <w:sz w:val="26"/>
          <w:szCs w:val="26"/>
        </w:rPr>
        <w:t>/</w:t>
      </w:r>
      <w:proofErr w:type="spellStart"/>
      <w:r w:rsidRPr="00406BBE">
        <w:rPr>
          <w:rFonts w:cs="Times New Roman"/>
          <w:sz w:val="26"/>
          <w:szCs w:val="26"/>
        </w:rPr>
        <w:t>chứng</w:t>
      </w:r>
      <w:proofErr w:type="spellEnd"/>
      <w:r w:rsidRPr="00406BBE">
        <w:rPr>
          <w:rFonts w:cs="Times New Roman"/>
          <w:sz w:val="26"/>
          <w:szCs w:val="26"/>
        </w:rPr>
        <w:t xml:space="preserve"> </w:t>
      </w:r>
      <w:proofErr w:type="spellStart"/>
      <w:r w:rsidRPr="00406BBE">
        <w:rPr>
          <w:rFonts w:cs="Times New Roman"/>
          <w:sz w:val="26"/>
          <w:szCs w:val="26"/>
        </w:rPr>
        <w:t>chỉ</w:t>
      </w:r>
      <w:proofErr w:type="spellEnd"/>
      <w:r w:rsidRPr="00406BBE">
        <w:rPr>
          <w:rFonts w:cs="Times New Roman"/>
          <w:sz w:val="26"/>
          <w:szCs w:val="26"/>
        </w:rPr>
        <w:t xml:space="preserve"> </w:t>
      </w:r>
      <w:proofErr w:type="spellStart"/>
      <w:r w:rsidRPr="00406BBE">
        <w:rPr>
          <w:rFonts w:cs="Times New Roman"/>
          <w:sz w:val="26"/>
          <w:szCs w:val="26"/>
        </w:rPr>
        <w:t>ngoại</w:t>
      </w:r>
      <w:proofErr w:type="spellEnd"/>
      <w:r w:rsidRPr="00406BBE">
        <w:rPr>
          <w:rFonts w:cs="Times New Roman"/>
          <w:sz w:val="26"/>
          <w:szCs w:val="26"/>
        </w:rPr>
        <w:t xml:space="preserve"> </w:t>
      </w:r>
      <w:proofErr w:type="spellStart"/>
      <w:r w:rsidRPr="00406BBE">
        <w:rPr>
          <w:rFonts w:cs="Times New Roman"/>
          <w:sz w:val="26"/>
          <w:szCs w:val="26"/>
        </w:rPr>
        <w:t>ngữ</w:t>
      </w:r>
      <w:proofErr w:type="spellEnd"/>
      <w:r w:rsidRPr="00406BBE">
        <w:rPr>
          <w:rFonts w:cs="Times New Roman"/>
          <w:sz w:val="26"/>
          <w:szCs w:val="26"/>
        </w:rPr>
        <w:t>.</w:t>
      </w:r>
    </w:p>
    <w:p w14:paraId="7E14D737" w14:textId="77777777" w:rsidR="00BB6FA2" w:rsidRPr="00406BBE" w:rsidRDefault="00222B21" w:rsidP="00EE67F6">
      <w:pPr>
        <w:spacing w:before="120" w:after="120" w:line="240" w:lineRule="auto"/>
        <w:jc w:val="both"/>
        <w:rPr>
          <w:rFonts w:cs="Times New Roman"/>
          <w:sz w:val="26"/>
          <w:szCs w:val="26"/>
        </w:rPr>
      </w:pPr>
      <w:r w:rsidRPr="00406BBE">
        <w:rPr>
          <w:rFonts w:ascii="Segoe UI Symbol" w:hAnsi="Segoe UI Symbol" w:cs="Segoe UI Symbol"/>
          <w:sz w:val="26"/>
          <w:szCs w:val="26"/>
        </w:rPr>
        <w:t>☐</w:t>
      </w:r>
      <w:r w:rsidRPr="00406BBE">
        <w:rPr>
          <w:rFonts w:cs="Times New Roman"/>
          <w:sz w:val="26"/>
          <w:szCs w:val="26"/>
        </w:rPr>
        <w:t xml:space="preserve"> </w:t>
      </w:r>
      <w:proofErr w:type="spellStart"/>
      <w:r w:rsidRPr="00406BBE">
        <w:rPr>
          <w:rFonts w:cs="Times New Roman"/>
          <w:sz w:val="26"/>
          <w:szCs w:val="26"/>
        </w:rPr>
        <w:t>Bản</w:t>
      </w:r>
      <w:proofErr w:type="spellEnd"/>
      <w:r w:rsidRPr="00406BBE">
        <w:rPr>
          <w:rFonts w:cs="Times New Roman"/>
          <w:sz w:val="26"/>
          <w:szCs w:val="26"/>
        </w:rPr>
        <w:t xml:space="preserve"> </w:t>
      </w:r>
      <w:proofErr w:type="spellStart"/>
      <w:r w:rsidRPr="00406BBE">
        <w:rPr>
          <w:rFonts w:cs="Times New Roman"/>
          <w:sz w:val="26"/>
          <w:szCs w:val="26"/>
        </w:rPr>
        <w:t>sao</w:t>
      </w:r>
      <w:proofErr w:type="spellEnd"/>
      <w:r w:rsidRPr="00406BBE">
        <w:rPr>
          <w:rFonts w:cs="Times New Roman"/>
          <w:sz w:val="26"/>
          <w:szCs w:val="26"/>
        </w:rPr>
        <w:t xml:space="preserve"> </w:t>
      </w:r>
      <w:proofErr w:type="spellStart"/>
      <w:r w:rsidRPr="00406BBE">
        <w:rPr>
          <w:rFonts w:cs="Times New Roman"/>
          <w:sz w:val="26"/>
          <w:szCs w:val="26"/>
        </w:rPr>
        <w:t>trang</w:t>
      </w:r>
      <w:proofErr w:type="spellEnd"/>
      <w:r w:rsidRPr="00406BBE">
        <w:rPr>
          <w:rFonts w:cs="Times New Roman"/>
          <w:sz w:val="26"/>
          <w:szCs w:val="26"/>
        </w:rPr>
        <w:t xml:space="preserve"> </w:t>
      </w:r>
      <w:proofErr w:type="spellStart"/>
      <w:r w:rsidRPr="00406BBE">
        <w:rPr>
          <w:rFonts w:cs="Times New Roman"/>
          <w:sz w:val="26"/>
          <w:szCs w:val="26"/>
        </w:rPr>
        <w:t>thông</w:t>
      </w:r>
      <w:proofErr w:type="spellEnd"/>
      <w:r w:rsidRPr="00406BBE">
        <w:rPr>
          <w:rFonts w:cs="Times New Roman"/>
          <w:sz w:val="26"/>
          <w:szCs w:val="26"/>
        </w:rPr>
        <w:t xml:space="preserve"> tin </w:t>
      </w:r>
      <w:proofErr w:type="spellStart"/>
      <w:r w:rsidRPr="00406BBE">
        <w:rPr>
          <w:rFonts w:cs="Times New Roman"/>
          <w:sz w:val="26"/>
          <w:szCs w:val="26"/>
        </w:rPr>
        <w:t>hộ</w:t>
      </w:r>
      <w:proofErr w:type="spellEnd"/>
      <w:r w:rsidRPr="00406BBE">
        <w:rPr>
          <w:rFonts w:cs="Times New Roman"/>
          <w:sz w:val="26"/>
          <w:szCs w:val="26"/>
        </w:rPr>
        <w:t xml:space="preserve"> </w:t>
      </w:r>
      <w:proofErr w:type="spellStart"/>
      <w:r w:rsidRPr="00406BBE">
        <w:rPr>
          <w:rFonts w:cs="Times New Roman"/>
          <w:sz w:val="26"/>
          <w:szCs w:val="26"/>
        </w:rPr>
        <w:t>chiếu</w:t>
      </w:r>
      <w:proofErr w:type="spellEnd"/>
      <w:r w:rsidRPr="00406BBE">
        <w:rPr>
          <w:rFonts w:cs="Times New Roman"/>
          <w:sz w:val="26"/>
          <w:szCs w:val="26"/>
        </w:rPr>
        <w:t xml:space="preserve"> </w:t>
      </w:r>
      <w:proofErr w:type="spellStart"/>
      <w:r w:rsidRPr="00406BBE">
        <w:rPr>
          <w:rFonts w:cs="Times New Roman"/>
          <w:sz w:val="26"/>
          <w:szCs w:val="26"/>
        </w:rPr>
        <w:t>còn</w:t>
      </w:r>
      <w:proofErr w:type="spellEnd"/>
      <w:r w:rsidRPr="00406BBE">
        <w:rPr>
          <w:rFonts w:cs="Times New Roman"/>
          <w:sz w:val="26"/>
          <w:szCs w:val="26"/>
        </w:rPr>
        <w:t xml:space="preserve"> </w:t>
      </w:r>
      <w:proofErr w:type="spellStart"/>
      <w:r w:rsidRPr="00406BBE">
        <w:rPr>
          <w:rFonts w:cs="Times New Roman"/>
          <w:sz w:val="26"/>
          <w:szCs w:val="26"/>
        </w:rPr>
        <w:t>giá</w:t>
      </w:r>
      <w:proofErr w:type="spellEnd"/>
      <w:r w:rsidRPr="00406BBE">
        <w:rPr>
          <w:rFonts w:cs="Times New Roman"/>
          <w:sz w:val="26"/>
          <w:szCs w:val="26"/>
        </w:rPr>
        <w:t xml:space="preserve"> </w:t>
      </w:r>
      <w:proofErr w:type="spellStart"/>
      <w:r w:rsidRPr="00406BBE">
        <w:rPr>
          <w:rFonts w:cs="Times New Roman"/>
          <w:sz w:val="26"/>
          <w:szCs w:val="26"/>
        </w:rPr>
        <w:t>trị</w:t>
      </w:r>
      <w:proofErr w:type="spellEnd"/>
      <w:r w:rsidRPr="00406BBE">
        <w:rPr>
          <w:rFonts w:cs="Times New Roman"/>
          <w:sz w:val="26"/>
          <w:szCs w:val="26"/>
        </w:rPr>
        <w:t xml:space="preserve"> </w:t>
      </w:r>
      <w:proofErr w:type="spellStart"/>
      <w:r w:rsidRPr="00406BBE">
        <w:rPr>
          <w:rFonts w:cs="Times New Roman"/>
          <w:sz w:val="26"/>
          <w:szCs w:val="26"/>
        </w:rPr>
        <w:t>sử</w:t>
      </w:r>
      <w:proofErr w:type="spellEnd"/>
      <w:r w:rsidRPr="00406BBE">
        <w:rPr>
          <w:rFonts w:cs="Times New Roman"/>
          <w:sz w:val="26"/>
          <w:szCs w:val="26"/>
        </w:rPr>
        <w:t xml:space="preserve"> </w:t>
      </w:r>
      <w:proofErr w:type="spellStart"/>
      <w:r w:rsidRPr="00406BBE">
        <w:rPr>
          <w:rFonts w:cs="Times New Roman"/>
          <w:sz w:val="26"/>
          <w:szCs w:val="26"/>
        </w:rPr>
        <w:t>dụng</w:t>
      </w:r>
      <w:proofErr w:type="spellEnd"/>
      <w:r w:rsidRPr="00406BBE">
        <w:rPr>
          <w:rFonts w:cs="Times New Roman"/>
          <w:sz w:val="26"/>
          <w:szCs w:val="26"/>
        </w:rPr>
        <w:t xml:space="preserve"> (</w:t>
      </w:r>
      <w:proofErr w:type="spellStart"/>
      <w:r w:rsidRPr="00406BBE">
        <w:rPr>
          <w:rFonts w:cs="Times New Roman"/>
          <w:sz w:val="26"/>
          <w:szCs w:val="26"/>
        </w:rPr>
        <w:t>nếu</w:t>
      </w:r>
      <w:proofErr w:type="spellEnd"/>
      <w:r w:rsidRPr="00406BBE">
        <w:rPr>
          <w:rFonts w:cs="Times New Roman"/>
          <w:sz w:val="26"/>
          <w:szCs w:val="26"/>
        </w:rPr>
        <w:t xml:space="preserve"> </w:t>
      </w:r>
      <w:proofErr w:type="spellStart"/>
      <w:r w:rsidRPr="00406BBE">
        <w:rPr>
          <w:rFonts w:cs="Times New Roman"/>
          <w:sz w:val="26"/>
          <w:szCs w:val="26"/>
        </w:rPr>
        <w:t>đã</w:t>
      </w:r>
      <w:proofErr w:type="spellEnd"/>
      <w:r w:rsidRPr="00406BBE">
        <w:rPr>
          <w:rFonts w:cs="Times New Roman"/>
          <w:sz w:val="26"/>
          <w:szCs w:val="26"/>
        </w:rPr>
        <w:t xml:space="preserve"> </w:t>
      </w:r>
      <w:proofErr w:type="spellStart"/>
      <w:r w:rsidRPr="00406BBE">
        <w:rPr>
          <w:rFonts w:cs="Times New Roman"/>
          <w:sz w:val="26"/>
          <w:szCs w:val="26"/>
        </w:rPr>
        <w:t>có</w:t>
      </w:r>
      <w:proofErr w:type="spellEnd"/>
      <w:r w:rsidRPr="00406BBE">
        <w:rPr>
          <w:rFonts w:cs="Times New Roman"/>
          <w:sz w:val="26"/>
          <w:szCs w:val="26"/>
        </w:rPr>
        <w:t>).</w:t>
      </w:r>
    </w:p>
    <w:p w14:paraId="1D4E1167" w14:textId="77777777" w:rsidR="00EE67F6" w:rsidRPr="00406BBE" w:rsidRDefault="00D34985" w:rsidP="00EE67F6">
      <w:pPr>
        <w:jc w:val="both"/>
        <w:rPr>
          <w:rFonts w:cs="Times New Roman"/>
          <w:sz w:val="26"/>
          <w:szCs w:val="26"/>
        </w:rPr>
      </w:pPr>
      <w:r w:rsidRPr="00406BBE">
        <w:rPr>
          <w:rFonts w:cs="Times New Roman"/>
          <w:sz w:val="26"/>
          <w:szCs w:val="26"/>
        </w:rPr>
        <w:t xml:space="preserve">Lưu ý </w:t>
      </w:r>
      <w:proofErr w:type="spellStart"/>
      <w:r w:rsidRPr="00406BBE">
        <w:rPr>
          <w:rFonts w:cs="Times New Roman"/>
          <w:sz w:val="26"/>
          <w:szCs w:val="26"/>
        </w:rPr>
        <w:t>nộp</w:t>
      </w:r>
      <w:proofErr w:type="spellEnd"/>
      <w:r w:rsidRPr="00406BBE">
        <w:rPr>
          <w:rFonts w:cs="Times New Roman"/>
          <w:sz w:val="26"/>
          <w:szCs w:val="26"/>
        </w:rPr>
        <w:t xml:space="preserve"> </w:t>
      </w:r>
      <w:proofErr w:type="spellStart"/>
      <w:r w:rsidRPr="00406BBE">
        <w:rPr>
          <w:rFonts w:cs="Times New Roman"/>
          <w:sz w:val="26"/>
          <w:szCs w:val="26"/>
        </w:rPr>
        <w:t>hồ</w:t>
      </w:r>
      <w:proofErr w:type="spellEnd"/>
      <w:r w:rsidRPr="00406BBE">
        <w:rPr>
          <w:rFonts w:cs="Times New Roman"/>
          <w:sz w:val="26"/>
          <w:szCs w:val="26"/>
        </w:rPr>
        <w:t xml:space="preserve"> </w:t>
      </w:r>
      <w:proofErr w:type="spellStart"/>
      <w:r w:rsidRPr="00406BBE">
        <w:rPr>
          <w:rFonts w:cs="Times New Roman"/>
          <w:sz w:val="26"/>
          <w:szCs w:val="26"/>
        </w:rPr>
        <w:t>sơ</w:t>
      </w:r>
      <w:proofErr w:type="spellEnd"/>
      <w:r w:rsidRPr="00406BBE">
        <w:rPr>
          <w:rFonts w:cs="Times New Roman"/>
          <w:sz w:val="26"/>
          <w:szCs w:val="26"/>
        </w:rPr>
        <w:t xml:space="preserve">: </w:t>
      </w:r>
    </w:p>
    <w:p w14:paraId="628EE2CF" w14:textId="77777777" w:rsidR="00EE67F6" w:rsidRPr="00406BBE" w:rsidRDefault="00D34985" w:rsidP="00EE67F6">
      <w:pPr>
        <w:pStyle w:val="ListParagraph"/>
        <w:numPr>
          <w:ilvl w:val="0"/>
          <w:numId w:val="10"/>
        </w:numPr>
        <w:jc w:val="both"/>
        <w:rPr>
          <w:rFonts w:cs="Times New Roman"/>
          <w:sz w:val="26"/>
          <w:szCs w:val="26"/>
        </w:rPr>
      </w:pPr>
      <w:proofErr w:type="spellStart"/>
      <w:r w:rsidRPr="00406BBE">
        <w:rPr>
          <w:rFonts w:cs="Times New Roman"/>
          <w:sz w:val="26"/>
          <w:szCs w:val="26"/>
        </w:rPr>
        <w:t>Gửi</w:t>
      </w:r>
      <w:proofErr w:type="spellEnd"/>
      <w:r w:rsidRPr="00406BBE">
        <w:rPr>
          <w:rFonts w:cs="Times New Roman"/>
          <w:sz w:val="26"/>
          <w:szCs w:val="26"/>
        </w:rPr>
        <w:t xml:space="preserve"> </w:t>
      </w:r>
      <w:proofErr w:type="spellStart"/>
      <w:r w:rsidRPr="00406BBE">
        <w:rPr>
          <w:rFonts w:cs="Times New Roman"/>
          <w:sz w:val="26"/>
          <w:szCs w:val="26"/>
        </w:rPr>
        <w:t>hồ</w:t>
      </w:r>
      <w:proofErr w:type="spellEnd"/>
      <w:r w:rsidRPr="00406BBE">
        <w:rPr>
          <w:rFonts w:cs="Times New Roman"/>
          <w:sz w:val="26"/>
          <w:szCs w:val="26"/>
        </w:rPr>
        <w:t xml:space="preserve"> </w:t>
      </w:r>
      <w:proofErr w:type="spellStart"/>
      <w:r w:rsidRPr="00406BBE">
        <w:rPr>
          <w:rFonts w:cs="Times New Roman"/>
          <w:sz w:val="26"/>
          <w:szCs w:val="26"/>
        </w:rPr>
        <w:t>sơ</w:t>
      </w:r>
      <w:proofErr w:type="spellEnd"/>
      <w:r w:rsidRPr="00406BBE">
        <w:rPr>
          <w:rFonts w:cs="Times New Roman"/>
          <w:sz w:val="26"/>
          <w:szCs w:val="26"/>
        </w:rPr>
        <w:t xml:space="preserve"> </w:t>
      </w:r>
      <w:proofErr w:type="spellStart"/>
      <w:r w:rsidRPr="00406BBE">
        <w:rPr>
          <w:rFonts w:cs="Times New Roman"/>
          <w:sz w:val="26"/>
          <w:szCs w:val="26"/>
        </w:rPr>
        <w:t>điện</w:t>
      </w:r>
      <w:proofErr w:type="spellEnd"/>
      <w:r w:rsidRPr="00406BBE">
        <w:rPr>
          <w:rFonts w:cs="Times New Roman"/>
          <w:sz w:val="26"/>
          <w:szCs w:val="26"/>
        </w:rPr>
        <w:t xml:space="preserve"> </w:t>
      </w:r>
      <w:proofErr w:type="spellStart"/>
      <w:r w:rsidRPr="00406BBE">
        <w:rPr>
          <w:rFonts w:cs="Times New Roman"/>
          <w:sz w:val="26"/>
          <w:szCs w:val="26"/>
        </w:rPr>
        <w:t>tử</w:t>
      </w:r>
      <w:proofErr w:type="spellEnd"/>
      <w:r w:rsidRPr="00406BBE">
        <w:rPr>
          <w:rFonts w:cs="Times New Roman"/>
          <w:sz w:val="26"/>
          <w:szCs w:val="26"/>
        </w:rPr>
        <w:t xml:space="preserve"> </w:t>
      </w:r>
      <w:proofErr w:type="spellStart"/>
      <w:r w:rsidRPr="00406BBE">
        <w:rPr>
          <w:rFonts w:cs="Times New Roman"/>
          <w:sz w:val="26"/>
          <w:szCs w:val="26"/>
        </w:rPr>
        <w:t>đến</w:t>
      </w:r>
      <w:proofErr w:type="spellEnd"/>
      <w:r w:rsidRPr="00406BBE">
        <w:rPr>
          <w:rFonts w:cs="Times New Roman"/>
          <w:sz w:val="26"/>
          <w:szCs w:val="26"/>
        </w:rPr>
        <w:t xml:space="preserve"> nafosted@mst.gov.vn </w:t>
      </w:r>
      <w:proofErr w:type="spellStart"/>
      <w:r w:rsidRPr="00406BBE">
        <w:rPr>
          <w:rFonts w:cs="Times New Roman"/>
          <w:sz w:val="26"/>
          <w:szCs w:val="26"/>
        </w:rPr>
        <w:t>chậm</w:t>
      </w:r>
      <w:proofErr w:type="spellEnd"/>
      <w:r w:rsidRPr="00406BBE">
        <w:rPr>
          <w:rFonts w:cs="Times New Roman"/>
          <w:sz w:val="26"/>
          <w:szCs w:val="26"/>
        </w:rPr>
        <w:t xml:space="preserve"> </w:t>
      </w:r>
      <w:proofErr w:type="spellStart"/>
      <w:r w:rsidRPr="00406BBE">
        <w:rPr>
          <w:rFonts w:cs="Times New Roman"/>
          <w:sz w:val="26"/>
          <w:szCs w:val="26"/>
        </w:rPr>
        <w:t>nhất</w:t>
      </w:r>
      <w:proofErr w:type="spellEnd"/>
      <w:r w:rsidRPr="00406BBE">
        <w:rPr>
          <w:rFonts w:cs="Times New Roman"/>
          <w:sz w:val="26"/>
          <w:szCs w:val="26"/>
        </w:rPr>
        <w:t xml:space="preserve"> 23 </w:t>
      </w:r>
      <w:proofErr w:type="spellStart"/>
      <w:r w:rsidRPr="00406BBE">
        <w:rPr>
          <w:rFonts w:cs="Times New Roman"/>
          <w:sz w:val="26"/>
          <w:szCs w:val="26"/>
        </w:rPr>
        <w:t>giờ</w:t>
      </w:r>
      <w:proofErr w:type="spellEnd"/>
      <w:r w:rsidRPr="00406BBE">
        <w:rPr>
          <w:rFonts w:cs="Times New Roman"/>
          <w:sz w:val="26"/>
          <w:szCs w:val="26"/>
        </w:rPr>
        <w:t xml:space="preserve"> 59 </w:t>
      </w:r>
      <w:proofErr w:type="spellStart"/>
      <w:r w:rsidRPr="00406BBE">
        <w:rPr>
          <w:rFonts w:cs="Times New Roman"/>
          <w:sz w:val="26"/>
          <w:szCs w:val="26"/>
        </w:rPr>
        <w:t>phút</w:t>
      </w:r>
      <w:proofErr w:type="spellEnd"/>
      <w:r w:rsidRPr="00406BBE">
        <w:rPr>
          <w:rFonts w:cs="Times New Roman"/>
          <w:sz w:val="26"/>
          <w:szCs w:val="26"/>
        </w:rPr>
        <w:t xml:space="preserve"> </w:t>
      </w:r>
      <w:proofErr w:type="spellStart"/>
      <w:r w:rsidRPr="00406BBE">
        <w:rPr>
          <w:rFonts w:cs="Times New Roman"/>
          <w:sz w:val="26"/>
          <w:szCs w:val="26"/>
        </w:rPr>
        <w:t>ngày</w:t>
      </w:r>
      <w:proofErr w:type="spellEnd"/>
      <w:r w:rsidRPr="00406BBE">
        <w:rPr>
          <w:rFonts w:cs="Times New Roman"/>
          <w:sz w:val="26"/>
          <w:szCs w:val="26"/>
        </w:rPr>
        <w:t xml:space="preserve"> 16/11/2026 (</w:t>
      </w:r>
      <w:proofErr w:type="spellStart"/>
      <w:r w:rsidRPr="00406BBE">
        <w:rPr>
          <w:rFonts w:cs="Times New Roman"/>
          <w:sz w:val="26"/>
          <w:szCs w:val="26"/>
        </w:rPr>
        <w:t>giờ</w:t>
      </w:r>
      <w:proofErr w:type="spellEnd"/>
      <w:r w:rsidRPr="00406BBE">
        <w:rPr>
          <w:rFonts w:cs="Times New Roman"/>
          <w:sz w:val="26"/>
          <w:szCs w:val="26"/>
        </w:rPr>
        <w:t xml:space="preserve"> Việt Nam). </w:t>
      </w:r>
    </w:p>
    <w:p w14:paraId="7B6F374D" w14:textId="77777777" w:rsidR="00EE67F6" w:rsidRPr="00406BBE" w:rsidRDefault="00D34985" w:rsidP="00EE67F6">
      <w:pPr>
        <w:pStyle w:val="ListParagraph"/>
        <w:numPr>
          <w:ilvl w:val="0"/>
          <w:numId w:val="10"/>
        </w:numPr>
        <w:jc w:val="both"/>
        <w:rPr>
          <w:rFonts w:cs="Times New Roman"/>
          <w:sz w:val="26"/>
          <w:szCs w:val="26"/>
        </w:rPr>
      </w:pPr>
      <w:proofErr w:type="spellStart"/>
      <w:r w:rsidRPr="00406BBE">
        <w:rPr>
          <w:rFonts w:cs="Times New Roman"/>
          <w:sz w:val="26"/>
          <w:szCs w:val="26"/>
        </w:rPr>
        <w:t>Tiêu</w:t>
      </w:r>
      <w:proofErr w:type="spellEnd"/>
      <w:r w:rsidRPr="00406BBE">
        <w:rPr>
          <w:rFonts w:cs="Times New Roman"/>
          <w:sz w:val="26"/>
          <w:szCs w:val="26"/>
        </w:rPr>
        <w:t xml:space="preserve"> </w:t>
      </w:r>
      <w:proofErr w:type="spellStart"/>
      <w:r w:rsidRPr="00406BBE">
        <w:rPr>
          <w:rFonts w:cs="Times New Roman"/>
          <w:sz w:val="26"/>
          <w:szCs w:val="26"/>
        </w:rPr>
        <w:t>đề</w:t>
      </w:r>
      <w:proofErr w:type="spellEnd"/>
      <w:r w:rsidRPr="00406BBE">
        <w:rPr>
          <w:rFonts w:cs="Times New Roman"/>
          <w:sz w:val="26"/>
          <w:szCs w:val="26"/>
        </w:rPr>
        <w:t xml:space="preserve"> email: “</w:t>
      </w:r>
      <w:proofErr w:type="spellStart"/>
      <w:r w:rsidRPr="00406BBE">
        <w:rPr>
          <w:rFonts w:cs="Times New Roman"/>
          <w:sz w:val="26"/>
          <w:szCs w:val="26"/>
        </w:rPr>
        <w:t>Đăng</w:t>
      </w:r>
      <w:proofErr w:type="spellEnd"/>
      <w:r w:rsidRPr="00406BBE">
        <w:rPr>
          <w:rFonts w:cs="Times New Roman"/>
          <w:sz w:val="26"/>
          <w:szCs w:val="26"/>
        </w:rPr>
        <w:t xml:space="preserve"> </w:t>
      </w:r>
      <w:proofErr w:type="spellStart"/>
      <w:r w:rsidRPr="00406BBE">
        <w:rPr>
          <w:rFonts w:cs="Times New Roman"/>
          <w:sz w:val="26"/>
          <w:szCs w:val="26"/>
        </w:rPr>
        <w:t>ký</w:t>
      </w:r>
      <w:proofErr w:type="spellEnd"/>
      <w:r w:rsidRPr="00406BBE">
        <w:rPr>
          <w:rFonts w:cs="Times New Roman"/>
          <w:sz w:val="26"/>
          <w:szCs w:val="26"/>
        </w:rPr>
        <w:t xml:space="preserve"> </w:t>
      </w:r>
      <w:proofErr w:type="spellStart"/>
      <w:r w:rsidRPr="00406BBE">
        <w:rPr>
          <w:rFonts w:cs="Times New Roman"/>
          <w:sz w:val="26"/>
          <w:szCs w:val="26"/>
        </w:rPr>
        <w:t>Đại</w:t>
      </w:r>
      <w:proofErr w:type="spellEnd"/>
      <w:r w:rsidRPr="00406BBE">
        <w:rPr>
          <w:rFonts w:cs="Times New Roman"/>
          <w:sz w:val="26"/>
          <w:szCs w:val="26"/>
        </w:rPr>
        <w:t xml:space="preserve"> </w:t>
      </w:r>
      <w:proofErr w:type="spellStart"/>
      <w:r w:rsidRPr="00406BBE">
        <w:rPr>
          <w:rFonts w:cs="Times New Roman"/>
          <w:sz w:val="26"/>
          <w:szCs w:val="26"/>
        </w:rPr>
        <w:t>hội</w:t>
      </w:r>
      <w:proofErr w:type="spellEnd"/>
      <w:r w:rsidRPr="00406BBE">
        <w:rPr>
          <w:rFonts w:cs="Times New Roman"/>
          <w:sz w:val="26"/>
          <w:szCs w:val="26"/>
        </w:rPr>
        <w:t xml:space="preserve"> </w:t>
      </w:r>
      <w:proofErr w:type="spellStart"/>
      <w:r w:rsidRPr="00406BBE">
        <w:rPr>
          <w:rFonts w:cs="Times New Roman"/>
          <w:sz w:val="26"/>
          <w:szCs w:val="26"/>
        </w:rPr>
        <w:t>nhà</w:t>
      </w:r>
      <w:proofErr w:type="spellEnd"/>
      <w:r w:rsidRPr="00406BBE">
        <w:rPr>
          <w:rFonts w:cs="Times New Roman"/>
          <w:sz w:val="26"/>
          <w:szCs w:val="26"/>
        </w:rPr>
        <w:t xml:space="preserve"> khoa </w:t>
      </w:r>
      <w:proofErr w:type="spellStart"/>
      <w:r w:rsidRPr="00406BBE">
        <w:rPr>
          <w:rFonts w:cs="Times New Roman"/>
          <w:sz w:val="26"/>
          <w:szCs w:val="26"/>
        </w:rPr>
        <w:t>học</w:t>
      </w:r>
      <w:proofErr w:type="spellEnd"/>
      <w:r w:rsidRPr="00406BBE">
        <w:rPr>
          <w:rFonts w:cs="Times New Roman"/>
          <w:sz w:val="26"/>
          <w:szCs w:val="26"/>
        </w:rPr>
        <w:t xml:space="preserve"> </w:t>
      </w:r>
      <w:proofErr w:type="spellStart"/>
      <w:r w:rsidRPr="00406BBE">
        <w:rPr>
          <w:rFonts w:cs="Times New Roman"/>
          <w:sz w:val="26"/>
          <w:szCs w:val="26"/>
        </w:rPr>
        <w:t>trẻ</w:t>
      </w:r>
      <w:proofErr w:type="spellEnd"/>
      <w:r w:rsidRPr="00406BBE">
        <w:rPr>
          <w:rFonts w:cs="Times New Roman"/>
          <w:sz w:val="26"/>
          <w:szCs w:val="26"/>
        </w:rPr>
        <w:t xml:space="preserve"> Nga 2026 - </w:t>
      </w:r>
      <w:proofErr w:type="spellStart"/>
      <w:r w:rsidRPr="00406BBE">
        <w:rPr>
          <w:rFonts w:cs="Times New Roman"/>
          <w:sz w:val="26"/>
          <w:szCs w:val="26"/>
        </w:rPr>
        <w:t>Họ</w:t>
      </w:r>
      <w:proofErr w:type="spellEnd"/>
      <w:r w:rsidRPr="00406BBE">
        <w:rPr>
          <w:rFonts w:cs="Times New Roman"/>
          <w:sz w:val="26"/>
          <w:szCs w:val="26"/>
        </w:rPr>
        <w:t xml:space="preserve"> </w:t>
      </w:r>
      <w:proofErr w:type="spellStart"/>
      <w:r w:rsidRPr="00406BBE">
        <w:rPr>
          <w:rFonts w:cs="Times New Roman"/>
          <w:sz w:val="26"/>
          <w:szCs w:val="26"/>
        </w:rPr>
        <w:t>và</w:t>
      </w:r>
      <w:proofErr w:type="spellEnd"/>
      <w:r w:rsidRPr="00406BBE">
        <w:rPr>
          <w:rFonts w:cs="Times New Roman"/>
          <w:sz w:val="26"/>
          <w:szCs w:val="26"/>
        </w:rPr>
        <w:t xml:space="preserve"> </w:t>
      </w:r>
      <w:proofErr w:type="spellStart"/>
      <w:r w:rsidRPr="00406BBE">
        <w:rPr>
          <w:rFonts w:cs="Times New Roman"/>
          <w:sz w:val="26"/>
          <w:szCs w:val="26"/>
        </w:rPr>
        <w:t>tên</w:t>
      </w:r>
      <w:proofErr w:type="spellEnd"/>
      <w:r w:rsidRPr="00406BBE">
        <w:rPr>
          <w:rFonts w:cs="Times New Roman"/>
          <w:sz w:val="26"/>
          <w:szCs w:val="26"/>
        </w:rPr>
        <w:t xml:space="preserve"> - </w:t>
      </w:r>
      <w:proofErr w:type="spellStart"/>
      <w:r w:rsidRPr="00406BBE">
        <w:rPr>
          <w:rFonts w:cs="Times New Roman"/>
          <w:sz w:val="26"/>
          <w:szCs w:val="26"/>
        </w:rPr>
        <w:t>Cơ</w:t>
      </w:r>
      <w:proofErr w:type="spellEnd"/>
      <w:r w:rsidRPr="00406BBE">
        <w:rPr>
          <w:rFonts w:cs="Times New Roman"/>
          <w:sz w:val="26"/>
          <w:szCs w:val="26"/>
        </w:rPr>
        <w:t xml:space="preserve"> </w:t>
      </w:r>
      <w:proofErr w:type="spellStart"/>
      <w:r w:rsidRPr="00406BBE">
        <w:rPr>
          <w:rFonts w:cs="Times New Roman"/>
          <w:sz w:val="26"/>
          <w:szCs w:val="26"/>
        </w:rPr>
        <w:t>quan</w:t>
      </w:r>
      <w:proofErr w:type="spellEnd"/>
      <w:r w:rsidRPr="00406BBE">
        <w:rPr>
          <w:rFonts w:cs="Times New Roman"/>
          <w:sz w:val="26"/>
          <w:szCs w:val="26"/>
        </w:rPr>
        <w:t xml:space="preserve"> </w:t>
      </w:r>
      <w:proofErr w:type="spellStart"/>
      <w:r w:rsidRPr="00406BBE">
        <w:rPr>
          <w:rFonts w:cs="Times New Roman"/>
          <w:sz w:val="26"/>
          <w:szCs w:val="26"/>
        </w:rPr>
        <w:t>công</w:t>
      </w:r>
      <w:proofErr w:type="spellEnd"/>
      <w:r w:rsidRPr="00406BBE">
        <w:rPr>
          <w:rFonts w:cs="Times New Roman"/>
          <w:sz w:val="26"/>
          <w:szCs w:val="26"/>
        </w:rPr>
        <w:t xml:space="preserve"> </w:t>
      </w:r>
      <w:proofErr w:type="spellStart"/>
      <w:r w:rsidRPr="00406BBE">
        <w:rPr>
          <w:rFonts w:cs="Times New Roman"/>
          <w:sz w:val="26"/>
          <w:szCs w:val="26"/>
        </w:rPr>
        <w:t>tác</w:t>
      </w:r>
      <w:proofErr w:type="spellEnd"/>
      <w:r w:rsidRPr="00406BBE">
        <w:rPr>
          <w:rFonts w:cs="Times New Roman"/>
          <w:sz w:val="26"/>
          <w:szCs w:val="26"/>
        </w:rPr>
        <w:t xml:space="preserve">”. </w:t>
      </w:r>
    </w:p>
    <w:p w14:paraId="48FA2BB7" w14:textId="1EA001BB" w:rsidR="00E23AD5" w:rsidRPr="00406BBE" w:rsidRDefault="00D34985" w:rsidP="00EE67F6">
      <w:pPr>
        <w:pStyle w:val="ListParagraph"/>
        <w:numPr>
          <w:ilvl w:val="0"/>
          <w:numId w:val="10"/>
        </w:numPr>
        <w:jc w:val="both"/>
        <w:rPr>
          <w:rFonts w:cs="Times New Roman"/>
          <w:sz w:val="26"/>
          <w:szCs w:val="26"/>
        </w:rPr>
      </w:pPr>
      <w:proofErr w:type="spellStart"/>
      <w:r w:rsidRPr="00406BBE">
        <w:rPr>
          <w:rFonts w:cs="Times New Roman"/>
          <w:sz w:val="26"/>
          <w:szCs w:val="26"/>
        </w:rPr>
        <w:t>Hồ</w:t>
      </w:r>
      <w:proofErr w:type="spellEnd"/>
      <w:r w:rsidRPr="00406BBE">
        <w:rPr>
          <w:rFonts w:cs="Times New Roman"/>
          <w:sz w:val="26"/>
          <w:szCs w:val="26"/>
        </w:rPr>
        <w:t xml:space="preserve"> </w:t>
      </w:r>
      <w:proofErr w:type="spellStart"/>
      <w:r w:rsidRPr="00406BBE">
        <w:rPr>
          <w:rFonts w:cs="Times New Roman"/>
          <w:sz w:val="26"/>
          <w:szCs w:val="26"/>
        </w:rPr>
        <w:t>sơ</w:t>
      </w:r>
      <w:proofErr w:type="spellEnd"/>
      <w:r w:rsidRPr="00406BBE">
        <w:rPr>
          <w:rFonts w:cs="Times New Roman"/>
          <w:sz w:val="26"/>
          <w:szCs w:val="26"/>
        </w:rPr>
        <w:t xml:space="preserve"> </w:t>
      </w:r>
      <w:proofErr w:type="spellStart"/>
      <w:r w:rsidRPr="00406BBE">
        <w:rPr>
          <w:rFonts w:cs="Times New Roman"/>
          <w:sz w:val="26"/>
          <w:szCs w:val="26"/>
        </w:rPr>
        <w:t>gửi</w:t>
      </w:r>
      <w:proofErr w:type="spellEnd"/>
      <w:r w:rsidRPr="00406BBE">
        <w:rPr>
          <w:rFonts w:cs="Times New Roman"/>
          <w:sz w:val="26"/>
          <w:szCs w:val="26"/>
        </w:rPr>
        <w:t xml:space="preserve"> </w:t>
      </w:r>
      <w:proofErr w:type="spellStart"/>
      <w:r w:rsidRPr="00406BBE">
        <w:rPr>
          <w:rFonts w:cs="Times New Roman"/>
          <w:sz w:val="26"/>
          <w:szCs w:val="26"/>
        </w:rPr>
        <w:t>dạng</w:t>
      </w:r>
      <w:proofErr w:type="spellEnd"/>
      <w:r w:rsidRPr="00406BBE">
        <w:rPr>
          <w:rFonts w:cs="Times New Roman"/>
          <w:sz w:val="26"/>
          <w:szCs w:val="26"/>
        </w:rPr>
        <w:t xml:space="preserve"> PDF </w:t>
      </w:r>
      <w:proofErr w:type="spellStart"/>
      <w:r w:rsidRPr="00406BBE">
        <w:rPr>
          <w:rFonts w:cs="Times New Roman"/>
          <w:sz w:val="26"/>
          <w:szCs w:val="26"/>
        </w:rPr>
        <w:t>rõ</w:t>
      </w:r>
      <w:proofErr w:type="spellEnd"/>
      <w:r w:rsidRPr="00406BBE">
        <w:rPr>
          <w:rFonts w:cs="Times New Roman"/>
          <w:sz w:val="26"/>
          <w:szCs w:val="26"/>
        </w:rPr>
        <w:t xml:space="preserve"> </w:t>
      </w:r>
      <w:proofErr w:type="spellStart"/>
      <w:r w:rsidRPr="00406BBE">
        <w:rPr>
          <w:rFonts w:cs="Times New Roman"/>
          <w:sz w:val="26"/>
          <w:szCs w:val="26"/>
        </w:rPr>
        <w:t>nét</w:t>
      </w:r>
      <w:proofErr w:type="spellEnd"/>
      <w:r w:rsidRPr="00406BBE">
        <w:rPr>
          <w:rFonts w:cs="Times New Roman"/>
          <w:sz w:val="26"/>
          <w:szCs w:val="26"/>
        </w:rPr>
        <w:t xml:space="preserve">, </w:t>
      </w:r>
      <w:proofErr w:type="spellStart"/>
      <w:r w:rsidRPr="00406BBE">
        <w:rPr>
          <w:rFonts w:cs="Times New Roman"/>
          <w:sz w:val="26"/>
          <w:szCs w:val="26"/>
        </w:rPr>
        <w:t>đầy</w:t>
      </w:r>
      <w:proofErr w:type="spellEnd"/>
      <w:r w:rsidRPr="00406BBE">
        <w:rPr>
          <w:rFonts w:cs="Times New Roman"/>
          <w:sz w:val="26"/>
          <w:szCs w:val="26"/>
        </w:rPr>
        <w:t xml:space="preserve"> </w:t>
      </w:r>
      <w:proofErr w:type="spellStart"/>
      <w:r w:rsidRPr="00406BBE">
        <w:rPr>
          <w:rFonts w:cs="Times New Roman"/>
          <w:sz w:val="26"/>
          <w:szCs w:val="26"/>
        </w:rPr>
        <w:t>đủ</w:t>
      </w:r>
      <w:proofErr w:type="spellEnd"/>
      <w:r w:rsidRPr="00406BBE">
        <w:rPr>
          <w:rFonts w:cs="Times New Roman"/>
          <w:sz w:val="26"/>
          <w:szCs w:val="26"/>
        </w:rPr>
        <w:t xml:space="preserve"> </w:t>
      </w:r>
      <w:proofErr w:type="spellStart"/>
      <w:r w:rsidRPr="00406BBE">
        <w:rPr>
          <w:rFonts w:cs="Times New Roman"/>
          <w:sz w:val="26"/>
          <w:szCs w:val="26"/>
        </w:rPr>
        <w:t>chữ</w:t>
      </w:r>
      <w:proofErr w:type="spellEnd"/>
      <w:r w:rsidRPr="00406BBE">
        <w:rPr>
          <w:rFonts w:cs="Times New Roman"/>
          <w:sz w:val="26"/>
          <w:szCs w:val="26"/>
        </w:rPr>
        <w:t xml:space="preserve"> </w:t>
      </w:r>
      <w:proofErr w:type="spellStart"/>
      <w:r w:rsidRPr="00406BBE">
        <w:rPr>
          <w:rFonts w:cs="Times New Roman"/>
          <w:sz w:val="26"/>
          <w:szCs w:val="26"/>
        </w:rPr>
        <w:t>ký</w:t>
      </w:r>
      <w:proofErr w:type="spellEnd"/>
      <w:r w:rsidRPr="00406BBE">
        <w:rPr>
          <w:rFonts w:cs="Times New Roman"/>
          <w:sz w:val="26"/>
          <w:szCs w:val="26"/>
        </w:rPr>
        <w:t>/</w:t>
      </w:r>
      <w:proofErr w:type="spellStart"/>
      <w:r w:rsidRPr="00406BBE">
        <w:rPr>
          <w:rFonts w:cs="Times New Roman"/>
          <w:sz w:val="26"/>
          <w:szCs w:val="26"/>
        </w:rPr>
        <w:t>xác</w:t>
      </w:r>
      <w:proofErr w:type="spellEnd"/>
      <w:r w:rsidRPr="00406BBE">
        <w:rPr>
          <w:rFonts w:cs="Times New Roman"/>
          <w:sz w:val="26"/>
          <w:szCs w:val="26"/>
        </w:rPr>
        <w:t xml:space="preserve"> </w:t>
      </w:r>
      <w:proofErr w:type="spellStart"/>
      <w:r w:rsidRPr="00406BBE">
        <w:rPr>
          <w:rFonts w:cs="Times New Roman"/>
          <w:sz w:val="26"/>
          <w:szCs w:val="26"/>
        </w:rPr>
        <w:t>nhận</w:t>
      </w:r>
      <w:proofErr w:type="spellEnd"/>
      <w:r w:rsidRPr="00406BBE">
        <w:rPr>
          <w:rFonts w:cs="Times New Roman"/>
          <w:sz w:val="26"/>
          <w:szCs w:val="26"/>
        </w:rPr>
        <w:t xml:space="preserve">; </w:t>
      </w:r>
      <w:proofErr w:type="spellStart"/>
      <w:r w:rsidRPr="00406BBE">
        <w:rPr>
          <w:rFonts w:cs="Times New Roman"/>
          <w:sz w:val="26"/>
          <w:szCs w:val="26"/>
        </w:rPr>
        <w:t>riêng</w:t>
      </w:r>
      <w:proofErr w:type="spellEnd"/>
      <w:r w:rsidRPr="00406BBE">
        <w:rPr>
          <w:rFonts w:cs="Times New Roman"/>
          <w:sz w:val="26"/>
          <w:szCs w:val="26"/>
        </w:rPr>
        <w:t xml:space="preserve"> </w:t>
      </w:r>
      <w:proofErr w:type="spellStart"/>
      <w:r w:rsidRPr="00406BBE">
        <w:rPr>
          <w:rFonts w:cs="Times New Roman"/>
          <w:sz w:val="26"/>
          <w:szCs w:val="26"/>
        </w:rPr>
        <w:t>dự</w:t>
      </w:r>
      <w:proofErr w:type="spellEnd"/>
      <w:r w:rsidRPr="00406BBE">
        <w:rPr>
          <w:rFonts w:cs="Times New Roman"/>
          <w:sz w:val="26"/>
          <w:szCs w:val="26"/>
        </w:rPr>
        <w:t xml:space="preserve"> </w:t>
      </w:r>
      <w:proofErr w:type="spellStart"/>
      <w:r w:rsidRPr="00406BBE">
        <w:rPr>
          <w:rFonts w:cs="Times New Roman"/>
          <w:sz w:val="26"/>
          <w:szCs w:val="26"/>
        </w:rPr>
        <w:t>thảo</w:t>
      </w:r>
      <w:proofErr w:type="spellEnd"/>
      <w:r w:rsidRPr="00406BBE">
        <w:rPr>
          <w:rFonts w:cs="Times New Roman"/>
          <w:sz w:val="26"/>
          <w:szCs w:val="26"/>
        </w:rPr>
        <w:t xml:space="preserve"> </w:t>
      </w:r>
      <w:proofErr w:type="spellStart"/>
      <w:r w:rsidRPr="00406BBE">
        <w:rPr>
          <w:rFonts w:cs="Times New Roman"/>
          <w:sz w:val="26"/>
          <w:szCs w:val="26"/>
        </w:rPr>
        <w:t>báo</w:t>
      </w:r>
      <w:proofErr w:type="spellEnd"/>
      <w:r w:rsidRPr="00406BBE">
        <w:rPr>
          <w:rFonts w:cs="Times New Roman"/>
          <w:sz w:val="26"/>
          <w:szCs w:val="26"/>
        </w:rPr>
        <w:t xml:space="preserve"> </w:t>
      </w:r>
      <w:proofErr w:type="spellStart"/>
      <w:r w:rsidRPr="00406BBE">
        <w:rPr>
          <w:rFonts w:cs="Times New Roman"/>
          <w:sz w:val="26"/>
          <w:szCs w:val="26"/>
        </w:rPr>
        <w:t>cáo</w:t>
      </w:r>
      <w:proofErr w:type="spellEnd"/>
      <w:r w:rsidRPr="00406BBE">
        <w:rPr>
          <w:rFonts w:cs="Times New Roman"/>
          <w:sz w:val="26"/>
          <w:szCs w:val="26"/>
        </w:rPr>
        <w:t xml:space="preserve"> </w:t>
      </w:r>
      <w:proofErr w:type="spellStart"/>
      <w:r w:rsidRPr="00406BBE">
        <w:rPr>
          <w:rFonts w:cs="Times New Roman"/>
          <w:sz w:val="26"/>
          <w:szCs w:val="26"/>
        </w:rPr>
        <w:t>gửi</w:t>
      </w:r>
      <w:proofErr w:type="spellEnd"/>
      <w:r w:rsidRPr="00406BBE">
        <w:rPr>
          <w:rFonts w:cs="Times New Roman"/>
          <w:sz w:val="26"/>
          <w:szCs w:val="26"/>
        </w:rPr>
        <w:t xml:space="preserve"> </w:t>
      </w:r>
      <w:proofErr w:type="spellStart"/>
      <w:r w:rsidRPr="00406BBE">
        <w:rPr>
          <w:rFonts w:cs="Times New Roman"/>
          <w:sz w:val="26"/>
          <w:szCs w:val="26"/>
        </w:rPr>
        <w:t>kèm</w:t>
      </w:r>
      <w:proofErr w:type="spellEnd"/>
      <w:r w:rsidRPr="00406BBE">
        <w:rPr>
          <w:rFonts w:cs="Times New Roman"/>
          <w:sz w:val="26"/>
          <w:szCs w:val="26"/>
        </w:rPr>
        <w:t xml:space="preserve"> </w:t>
      </w:r>
      <w:proofErr w:type="spellStart"/>
      <w:r w:rsidRPr="00406BBE">
        <w:rPr>
          <w:rFonts w:cs="Times New Roman"/>
          <w:sz w:val="26"/>
          <w:szCs w:val="26"/>
        </w:rPr>
        <w:t>bản</w:t>
      </w:r>
      <w:proofErr w:type="spellEnd"/>
      <w:r w:rsidRPr="00406BBE">
        <w:rPr>
          <w:rFonts w:cs="Times New Roman"/>
          <w:sz w:val="26"/>
          <w:szCs w:val="26"/>
        </w:rPr>
        <w:t xml:space="preserve"> Word </w:t>
      </w:r>
      <w:proofErr w:type="spellStart"/>
      <w:r w:rsidRPr="00406BBE">
        <w:rPr>
          <w:rFonts w:cs="Times New Roman"/>
          <w:sz w:val="26"/>
          <w:szCs w:val="26"/>
        </w:rPr>
        <w:t>hoặc</w:t>
      </w:r>
      <w:proofErr w:type="spellEnd"/>
      <w:r w:rsidRPr="00406BBE">
        <w:rPr>
          <w:rFonts w:cs="Times New Roman"/>
          <w:sz w:val="26"/>
          <w:szCs w:val="26"/>
        </w:rPr>
        <w:t xml:space="preserve"> </w:t>
      </w:r>
      <w:proofErr w:type="spellStart"/>
      <w:r w:rsidRPr="00406BBE">
        <w:rPr>
          <w:rFonts w:cs="Times New Roman"/>
          <w:sz w:val="26"/>
          <w:szCs w:val="26"/>
        </w:rPr>
        <w:t>mã</w:t>
      </w:r>
      <w:proofErr w:type="spellEnd"/>
      <w:r w:rsidRPr="00406BBE">
        <w:rPr>
          <w:rFonts w:cs="Times New Roman"/>
          <w:sz w:val="26"/>
          <w:szCs w:val="26"/>
        </w:rPr>
        <w:t xml:space="preserve"> </w:t>
      </w:r>
      <w:proofErr w:type="spellStart"/>
      <w:r w:rsidRPr="00406BBE">
        <w:rPr>
          <w:rFonts w:cs="Times New Roman"/>
          <w:sz w:val="26"/>
          <w:szCs w:val="26"/>
        </w:rPr>
        <w:t>nguồn</w:t>
      </w:r>
      <w:proofErr w:type="spellEnd"/>
      <w:r w:rsidRPr="00406BBE">
        <w:rPr>
          <w:rFonts w:cs="Times New Roman"/>
          <w:sz w:val="26"/>
          <w:szCs w:val="26"/>
        </w:rPr>
        <w:t xml:space="preserve"> LaTeX.</w:t>
      </w:r>
    </w:p>
    <w:p w14:paraId="009148C7" w14:textId="56D30B64" w:rsidR="00BB6FA2" w:rsidRPr="00406BBE" w:rsidRDefault="00222B21" w:rsidP="00EE67F6">
      <w:pPr>
        <w:spacing w:before="120" w:after="120" w:line="240" w:lineRule="auto"/>
        <w:jc w:val="both"/>
        <w:rPr>
          <w:rFonts w:cs="Times New Roman"/>
          <w:sz w:val="26"/>
          <w:szCs w:val="26"/>
        </w:rPr>
      </w:pPr>
      <w:r w:rsidRPr="00406BBE">
        <w:rPr>
          <w:rFonts w:cs="Times New Roman"/>
          <w:sz w:val="26"/>
          <w:szCs w:val="26"/>
        </w:rPr>
        <w:t xml:space="preserve">Tài </w:t>
      </w:r>
      <w:proofErr w:type="spellStart"/>
      <w:r w:rsidRPr="00406BBE">
        <w:rPr>
          <w:rFonts w:cs="Times New Roman"/>
          <w:sz w:val="26"/>
          <w:szCs w:val="26"/>
        </w:rPr>
        <w:t>liệu</w:t>
      </w:r>
      <w:proofErr w:type="spellEnd"/>
      <w:r w:rsidRPr="00406BBE">
        <w:rPr>
          <w:rFonts w:cs="Times New Roman"/>
          <w:sz w:val="26"/>
          <w:szCs w:val="26"/>
        </w:rPr>
        <w:t xml:space="preserve"> </w:t>
      </w:r>
      <w:proofErr w:type="spellStart"/>
      <w:r w:rsidRPr="00406BBE">
        <w:rPr>
          <w:rFonts w:cs="Times New Roman"/>
          <w:sz w:val="26"/>
          <w:szCs w:val="26"/>
        </w:rPr>
        <w:t>khác</w:t>
      </w:r>
      <w:proofErr w:type="spellEnd"/>
      <w:r w:rsidRPr="00406BBE">
        <w:rPr>
          <w:rFonts w:cs="Times New Roman"/>
          <w:sz w:val="26"/>
          <w:szCs w:val="26"/>
        </w:rPr>
        <w:t xml:space="preserve"> (</w:t>
      </w:r>
      <w:proofErr w:type="spellStart"/>
      <w:r w:rsidRPr="00406BBE">
        <w:rPr>
          <w:rFonts w:cs="Times New Roman"/>
          <w:sz w:val="26"/>
          <w:szCs w:val="26"/>
        </w:rPr>
        <w:t>nếu</w:t>
      </w:r>
      <w:proofErr w:type="spellEnd"/>
      <w:r w:rsidRPr="00406BBE">
        <w:rPr>
          <w:rFonts w:cs="Times New Roman"/>
          <w:sz w:val="26"/>
          <w:szCs w:val="26"/>
        </w:rPr>
        <w:t xml:space="preserve"> </w:t>
      </w:r>
      <w:proofErr w:type="spellStart"/>
      <w:r w:rsidRPr="00406BBE">
        <w:rPr>
          <w:rFonts w:cs="Times New Roman"/>
          <w:sz w:val="26"/>
          <w:szCs w:val="26"/>
        </w:rPr>
        <w:t>có</w:t>
      </w:r>
      <w:proofErr w:type="spellEnd"/>
      <w:r w:rsidRPr="00406BBE">
        <w:rPr>
          <w:rFonts w:cs="Times New Roman"/>
          <w:sz w:val="26"/>
          <w:szCs w:val="26"/>
        </w:rPr>
        <w:t>): ..........................................................................................................</w:t>
      </w:r>
    </w:p>
    <w:p w14:paraId="3966E74A" w14:textId="77777777" w:rsidR="00EE67F6" w:rsidRPr="00406BBE" w:rsidRDefault="00EE67F6" w:rsidP="00EE67F6">
      <w:pPr>
        <w:spacing w:before="120" w:after="120" w:line="240" w:lineRule="auto"/>
        <w:rPr>
          <w:rFonts w:cs="Times New Roman"/>
          <w:sz w:val="26"/>
          <w:szCs w:val="26"/>
        </w:rPr>
      </w:pPr>
      <w:r w:rsidRPr="00406BBE">
        <w:rPr>
          <w:rFonts w:cs="Times New Roman"/>
          <w:sz w:val="26"/>
          <w:szCs w:val="26"/>
        </w:rPr>
        <w:t>................................................................................................................................................</w:t>
      </w:r>
    </w:p>
    <w:p w14:paraId="60A1AE11" w14:textId="77777777" w:rsidR="00BB6FA2" w:rsidRPr="00406BBE" w:rsidRDefault="00222B21" w:rsidP="00BD3914">
      <w:pPr>
        <w:pStyle w:val="Heading1"/>
        <w:spacing w:before="120" w:after="120" w:line="240" w:lineRule="auto"/>
        <w:rPr>
          <w:rFonts w:ascii="Times New Roman" w:hAnsi="Times New Roman" w:cs="Times New Roman"/>
          <w:color w:val="auto"/>
          <w:sz w:val="26"/>
          <w:szCs w:val="26"/>
        </w:rPr>
      </w:pPr>
      <w:r w:rsidRPr="00406BBE">
        <w:rPr>
          <w:rFonts w:ascii="Times New Roman" w:hAnsi="Times New Roman" w:cs="Times New Roman"/>
          <w:color w:val="auto"/>
          <w:sz w:val="26"/>
          <w:szCs w:val="26"/>
        </w:rPr>
        <w:t>10. XÁC NHẬN CỦA CƠ QUAN, TỔ CHỨC NƠI CÔNG TÁC</w:t>
      </w:r>
    </w:p>
    <w:p w14:paraId="359FAFB9" w14:textId="77777777" w:rsidR="00BB6FA2" w:rsidRPr="00406BBE" w:rsidRDefault="00222B21" w:rsidP="0063352D">
      <w:pPr>
        <w:spacing w:before="120" w:after="120" w:line="240" w:lineRule="auto"/>
        <w:jc w:val="both"/>
        <w:rPr>
          <w:rFonts w:cs="Times New Roman"/>
          <w:sz w:val="26"/>
          <w:szCs w:val="26"/>
        </w:rPr>
      </w:pPr>
      <w:proofErr w:type="spellStart"/>
      <w:r w:rsidRPr="00406BBE">
        <w:rPr>
          <w:rFonts w:cs="Times New Roman"/>
          <w:sz w:val="26"/>
          <w:szCs w:val="26"/>
        </w:rPr>
        <w:t>Cơ</w:t>
      </w:r>
      <w:proofErr w:type="spellEnd"/>
      <w:r w:rsidRPr="00406BBE">
        <w:rPr>
          <w:rFonts w:cs="Times New Roman"/>
          <w:sz w:val="26"/>
          <w:szCs w:val="26"/>
        </w:rPr>
        <w:t xml:space="preserve"> </w:t>
      </w:r>
      <w:proofErr w:type="spellStart"/>
      <w:r w:rsidRPr="00406BBE">
        <w:rPr>
          <w:rFonts w:cs="Times New Roman"/>
          <w:sz w:val="26"/>
          <w:szCs w:val="26"/>
        </w:rPr>
        <w:t>quan</w:t>
      </w:r>
      <w:proofErr w:type="spellEnd"/>
      <w:r w:rsidRPr="00406BBE">
        <w:rPr>
          <w:rFonts w:cs="Times New Roman"/>
          <w:sz w:val="26"/>
          <w:szCs w:val="26"/>
        </w:rPr>
        <w:t>/</w:t>
      </w:r>
      <w:proofErr w:type="spellStart"/>
      <w:r w:rsidRPr="00406BBE">
        <w:rPr>
          <w:rFonts w:cs="Times New Roman"/>
          <w:sz w:val="26"/>
          <w:szCs w:val="26"/>
        </w:rPr>
        <w:t>Tổ</w:t>
      </w:r>
      <w:proofErr w:type="spellEnd"/>
      <w:r w:rsidRPr="00406BBE">
        <w:rPr>
          <w:rFonts w:cs="Times New Roman"/>
          <w:sz w:val="26"/>
          <w:szCs w:val="26"/>
        </w:rPr>
        <w:t xml:space="preserve"> </w:t>
      </w:r>
      <w:proofErr w:type="spellStart"/>
      <w:r w:rsidRPr="00406BBE">
        <w:rPr>
          <w:rFonts w:cs="Times New Roman"/>
          <w:sz w:val="26"/>
          <w:szCs w:val="26"/>
        </w:rPr>
        <w:t>chức</w:t>
      </w:r>
      <w:proofErr w:type="spellEnd"/>
      <w:r w:rsidRPr="00406BBE">
        <w:rPr>
          <w:rFonts w:cs="Times New Roman"/>
          <w:sz w:val="26"/>
          <w:szCs w:val="26"/>
        </w:rPr>
        <w:t xml:space="preserve"> </w:t>
      </w:r>
      <w:proofErr w:type="spellStart"/>
      <w:r w:rsidRPr="00406BBE">
        <w:rPr>
          <w:rFonts w:cs="Times New Roman"/>
          <w:sz w:val="26"/>
          <w:szCs w:val="26"/>
        </w:rPr>
        <w:t>xác</w:t>
      </w:r>
      <w:proofErr w:type="spellEnd"/>
      <w:r w:rsidRPr="00406BBE">
        <w:rPr>
          <w:rFonts w:cs="Times New Roman"/>
          <w:sz w:val="26"/>
          <w:szCs w:val="26"/>
        </w:rPr>
        <w:t xml:space="preserve"> </w:t>
      </w:r>
      <w:proofErr w:type="spellStart"/>
      <w:r w:rsidRPr="00406BBE">
        <w:rPr>
          <w:rFonts w:cs="Times New Roman"/>
          <w:sz w:val="26"/>
          <w:szCs w:val="26"/>
        </w:rPr>
        <w:t>nhận</w:t>
      </w:r>
      <w:proofErr w:type="spellEnd"/>
      <w:r w:rsidRPr="00406BBE">
        <w:rPr>
          <w:rFonts w:cs="Times New Roman"/>
          <w:sz w:val="26"/>
          <w:szCs w:val="26"/>
        </w:rPr>
        <w:t>:</w:t>
      </w:r>
    </w:p>
    <w:p w14:paraId="4A252093" w14:textId="77777777" w:rsidR="00BB6FA2" w:rsidRPr="00406BBE" w:rsidRDefault="00222B21" w:rsidP="0063352D">
      <w:pPr>
        <w:spacing w:before="120" w:after="120" w:line="240" w:lineRule="auto"/>
        <w:jc w:val="both"/>
        <w:rPr>
          <w:rFonts w:cs="Times New Roman"/>
          <w:sz w:val="26"/>
          <w:szCs w:val="26"/>
        </w:rPr>
      </w:pPr>
      <w:r w:rsidRPr="00406BBE">
        <w:rPr>
          <w:rFonts w:ascii="Segoe UI Symbol" w:hAnsi="Segoe UI Symbol" w:cs="Segoe UI Symbol"/>
          <w:sz w:val="26"/>
          <w:szCs w:val="26"/>
        </w:rPr>
        <w:t>☐</w:t>
      </w:r>
      <w:r w:rsidRPr="00406BBE">
        <w:rPr>
          <w:rFonts w:cs="Times New Roman"/>
          <w:sz w:val="26"/>
          <w:szCs w:val="26"/>
        </w:rPr>
        <w:t xml:space="preserve"> </w:t>
      </w:r>
      <w:proofErr w:type="spellStart"/>
      <w:r w:rsidRPr="00406BBE">
        <w:rPr>
          <w:rFonts w:cs="Times New Roman"/>
          <w:sz w:val="26"/>
          <w:szCs w:val="26"/>
        </w:rPr>
        <w:t>Ông</w:t>
      </w:r>
      <w:proofErr w:type="spellEnd"/>
      <w:r w:rsidRPr="00406BBE">
        <w:rPr>
          <w:rFonts w:cs="Times New Roman"/>
          <w:sz w:val="26"/>
          <w:szCs w:val="26"/>
        </w:rPr>
        <w:t>/</w:t>
      </w:r>
      <w:proofErr w:type="spellStart"/>
      <w:r w:rsidRPr="00406BBE">
        <w:rPr>
          <w:rFonts w:cs="Times New Roman"/>
          <w:sz w:val="26"/>
          <w:szCs w:val="26"/>
        </w:rPr>
        <w:t>Bà</w:t>
      </w:r>
      <w:proofErr w:type="spellEnd"/>
      <w:r w:rsidRPr="00406BBE">
        <w:rPr>
          <w:rFonts w:cs="Times New Roman"/>
          <w:sz w:val="26"/>
          <w:szCs w:val="26"/>
        </w:rPr>
        <w:t xml:space="preserve"> ................................................................ </w:t>
      </w:r>
      <w:proofErr w:type="spellStart"/>
      <w:r w:rsidRPr="00406BBE">
        <w:rPr>
          <w:rFonts w:cs="Times New Roman"/>
          <w:sz w:val="26"/>
          <w:szCs w:val="26"/>
        </w:rPr>
        <w:t>hiện</w:t>
      </w:r>
      <w:proofErr w:type="spellEnd"/>
      <w:r w:rsidRPr="00406BBE">
        <w:rPr>
          <w:rFonts w:cs="Times New Roman"/>
          <w:sz w:val="26"/>
          <w:szCs w:val="26"/>
        </w:rPr>
        <w:t xml:space="preserve"> </w:t>
      </w:r>
      <w:proofErr w:type="spellStart"/>
      <w:r w:rsidRPr="00406BBE">
        <w:rPr>
          <w:rFonts w:cs="Times New Roman"/>
          <w:sz w:val="26"/>
          <w:szCs w:val="26"/>
        </w:rPr>
        <w:t>đang</w:t>
      </w:r>
      <w:proofErr w:type="spellEnd"/>
      <w:r w:rsidRPr="00406BBE">
        <w:rPr>
          <w:rFonts w:cs="Times New Roman"/>
          <w:sz w:val="26"/>
          <w:szCs w:val="26"/>
        </w:rPr>
        <w:t xml:space="preserve"> </w:t>
      </w:r>
      <w:proofErr w:type="spellStart"/>
      <w:r w:rsidRPr="00406BBE">
        <w:rPr>
          <w:rFonts w:cs="Times New Roman"/>
          <w:sz w:val="26"/>
          <w:szCs w:val="26"/>
        </w:rPr>
        <w:t>công</w:t>
      </w:r>
      <w:proofErr w:type="spellEnd"/>
      <w:r w:rsidRPr="00406BBE">
        <w:rPr>
          <w:rFonts w:cs="Times New Roman"/>
          <w:sz w:val="26"/>
          <w:szCs w:val="26"/>
        </w:rPr>
        <w:t xml:space="preserve"> </w:t>
      </w:r>
      <w:proofErr w:type="spellStart"/>
      <w:r w:rsidRPr="00406BBE">
        <w:rPr>
          <w:rFonts w:cs="Times New Roman"/>
          <w:sz w:val="26"/>
          <w:szCs w:val="26"/>
        </w:rPr>
        <w:t>tác</w:t>
      </w:r>
      <w:proofErr w:type="spellEnd"/>
      <w:r w:rsidRPr="00406BBE">
        <w:rPr>
          <w:rFonts w:cs="Times New Roman"/>
          <w:sz w:val="26"/>
          <w:szCs w:val="26"/>
        </w:rPr>
        <w:t xml:space="preserve"> </w:t>
      </w:r>
      <w:proofErr w:type="spellStart"/>
      <w:r w:rsidRPr="00406BBE">
        <w:rPr>
          <w:rFonts w:cs="Times New Roman"/>
          <w:sz w:val="26"/>
          <w:szCs w:val="26"/>
        </w:rPr>
        <w:t>tại</w:t>
      </w:r>
      <w:proofErr w:type="spellEnd"/>
      <w:r w:rsidRPr="00406BBE">
        <w:rPr>
          <w:rFonts w:cs="Times New Roman"/>
          <w:sz w:val="26"/>
          <w:szCs w:val="26"/>
        </w:rPr>
        <w:t xml:space="preserve"> </w:t>
      </w:r>
      <w:proofErr w:type="spellStart"/>
      <w:r w:rsidRPr="00406BBE">
        <w:rPr>
          <w:rFonts w:cs="Times New Roman"/>
          <w:sz w:val="26"/>
          <w:szCs w:val="26"/>
        </w:rPr>
        <w:t>đơn</w:t>
      </w:r>
      <w:proofErr w:type="spellEnd"/>
      <w:r w:rsidRPr="00406BBE">
        <w:rPr>
          <w:rFonts w:cs="Times New Roman"/>
          <w:sz w:val="26"/>
          <w:szCs w:val="26"/>
        </w:rPr>
        <w:t xml:space="preserve"> </w:t>
      </w:r>
      <w:proofErr w:type="spellStart"/>
      <w:r w:rsidRPr="00406BBE">
        <w:rPr>
          <w:rFonts w:cs="Times New Roman"/>
          <w:sz w:val="26"/>
          <w:szCs w:val="26"/>
        </w:rPr>
        <w:t>vị</w:t>
      </w:r>
      <w:proofErr w:type="spellEnd"/>
      <w:r w:rsidRPr="00406BBE">
        <w:rPr>
          <w:rFonts w:cs="Times New Roman"/>
          <w:sz w:val="26"/>
          <w:szCs w:val="26"/>
        </w:rPr>
        <w:t xml:space="preserve">; </w:t>
      </w:r>
      <w:proofErr w:type="spellStart"/>
      <w:r w:rsidRPr="00406BBE">
        <w:rPr>
          <w:rFonts w:cs="Times New Roman"/>
          <w:sz w:val="26"/>
          <w:szCs w:val="26"/>
        </w:rPr>
        <w:t>thông</w:t>
      </w:r>
      <w:proofErr w:type="spellEnd"/>
      <w:r w:rsidRPr="00406BBE">
        <w:rPr>
          <w:rFonts w:cs="Times New Roman"/>
          <w:sz w:val="26"/>
          <w:szCs w:val="26"/>
        </w:rPr>
        <w:t xml:space="preserve"> tin </w:t>
      </w:r>
      <w:proofErr w:type="spellStart"/>
      <w:r w:rsidRPr="00406BBE">
        <w:rPr>
          <w:rFonts w:cs="Times New Roman"/>
          <w:sz w:val="26"/>
          <w:szCs w:val="26"/>
        </w:rPr>
        <w:t>về</w:t>
      </w:r>
      <w:proofErr w:type="spellEnd"/>
      <w:r w:rsidRPr="00406BBE">
        <w:rPr>
          <w:rFonts w:cs="Times New Roman"/>
          <w:sz w:val="26"/>
          <w:szCs w:val="26"/>
        </w:rPr>
        <w:t xml:space="preserve"> </w:t>
      </w:r>
      <w:proofErr w:type="spellStart"/>
      <w:r w:rsidRPr="00406BBE">
        <w:rPr>
          <w:rFonts w:cs="Times New Roman"/>
          <w:sz w:val="26"/>
          <w:szCs w:val="26"/>
        </w:rPr>
        <w:t>vị</w:t>
      </w:r>
      <w:proofErr w:type="spellEnd"/>
      <w:r w:rsidRPr="00406BBE">
        <w:rPr>
          <w:rFonts w:cs="Times New Roman"/>
          <w:sz w:val="26"/>
          <w:szCs w:val="26"/>
        </w:rPr>
        <w:t xml:space="preserve"> </w:t>
      </w:r>
      <w:proofErr w:type="spellStart"/>
      <w:r w:rsidRPr="00406BBE">
        <w:rPr>
          <w:rFonts w:cs="Times New Roman"/>
          <w:sz w:val="26"/>
          <w:szCs w:val="26"/>
        </w:rPr>
        <w:t>trí</w:t>
      </w:r>
      <w:proofErr w:type="spellEnd"/>
      <w:r w:rsidRPr="00406BBE">
        <w:rPr>
          <w:rFonts w:cs="Times New Roman"/>
          <w:sz w:val="26"/>
          <w:szCs w:val="26"/>
        </w:rPr>
        <w:t xml:space="preserve"> </w:t>
      </w:r>
      <w:proofErr w:type="spellStart"/>
      <w:r w:rsidRPr="00406BBE">
        <w:rPr>
          <w:rFonts w:cs="Times New Roman"/>
          <w:sz w:val="26"/>
          <w:szCs w:val="26"/>
        </w:rPr>
        <w:t>công</w:t>
      </w:r>
      <w:proofErr w:type="spellEnd"/>
      <w:r w:rsidRPr="00406BBE">
        <w:rPr>
          <w:rFonts w:cs="Times New Roman"/>
          <w:sz w:val="26"/>
          <w:szCs w:val="26"/>
        </w:rPr>
        <w:t xml:space="preserve"> </w:t>
      </w:r>
      <w:proofErr w:type="spellStart"/>
      <w:r w:rsidRPr="00406BBE">
        <w:rPr>
          <w:rFonts w:cs="Times New Roman"/>
          <w:sz w:val="26"/>
          <w:szCs w:val="26"/>
        </w:rPr>
        <w:t>tác</w:t>
      </w:r>
      <w:proofErr w:type="spellEnd"/>
      <w:r w:rsidRPr="00406BBE">
        <w:rPr>
          <w:rFonts w:cs="Times New Roman"/>
          <w:sz w:val="26"/>
          <w:szCs w:val="26"/>
        </w:rPr>
        <w:t xml:space="preserve"> </w:t>
      </w:r>
      <w:proofErr w:type="spellStart"/>
      <w:r w:rsidRPr="00406BBE">
        <w:rPr>
          <w:rFonts w:cs="Times New Roman"/>
          <w:sz w:val="26"/>
          <w:szCs w:val="26"/>
        </w:rPr>
        <w:t>nêu</w:t>
      </w:r>
      <w:proofErr w:type="spellEnd"/>
      <w:r w:rsidRPr="00406BBE">
        <w:rPr>
          <w:rFonts w:cs="Times New Roman"/>
          <w:sz w:val="26"/>
          <w:szCs w:val="26"/>
        </w:rPr>
        <w:t xml:space="preserve"> </w:t>
      </w:r>
      <w:proofErr w:type="spellStart"/>
      <w:r w:rsidRPr="00406BBE">
        <w:rPr>
          <w:rFonts w:cs="Times New Roman"/>
          <w:sz w:val="26"/>
          <w:szCs w:val="26"/>
        </w:rPr>
        <w:t>trong</w:t>
      </w:r>
      <w:proofErr w:type="spellEnd"/>
      <w:r w:rsidRPr="00406BBE">
        <w:rPr>
          <w:rFonts w:cs="Times New Roman"/>
          <w:sz w:val="26"/>
          <w:szCs w:val="26"/>
        </w:rPr>
        <w:t xml:space="preserve"> </w:t>
      </w:r>
      <w:proofErr w:type="spellStart"/>
      <w:r w:rsidRPr="00406BBE">
        <w:rPr>
          <w:rFonts w:cs="Times New Roman"/>
          <w:sz w:val="26"/>
          <w:szCs w:val="26"/>
        </w:rPr>
        <w:t>Đơn</w:t>
      </w:r>
      <w:proofErr w:type="spellEnd"/>
      <w:r w:rsidRPr="00406BBE">
        <w:rPr>
          <w:rFonts w:cs="Times New Roman"/>
          <w:sz w:val="26"/>
          <w:szCs w:val="26"/>
        </w:rPr>
        <w:t xml:space="preserve"> </w:t>
      </w:r>
      <w:proofErr w:type="spellStart"/>
      <w:r w:rsidRPr="00406BBE">
        <w:rPr>
          <w:rFonts w:cs="Times New Roman"/>
          <w:sz w:val="26"/>
          <w:szCs w:val="26"/>
        </w:rPr>
        <w:t>đăng</w:t>
      </w:r>
      <w:proofErr w:type="spellEnd"/>
      <w:r w:rsidRPr="00406BBE">
        <w:rPr>
          <w:rFonts w:cs="Times New Roman"/>
          <w:sz w:val="26"/>
          <w:szCs w:val="26"/>
        </w:rPr>
        <w:t xml:space="preserve"> </w:t>
      </w:r>
      <w:proofErr w:type="spellStart"/>
      <w:r w:rsidRPr="00406BBE">
        <w:rPr>
          <w:rFonts w:cs="Times New Roman"/>
          <w:sz w:val="26"/>
          <w:szCs w:val="26"/>
        </w:rPr>
        <w:t>ký</w:t>
      </w:r>
      <w:proofErr w:type="spellEnd"/>
      <w:r w:rsidRPr="00406BBE">
        <w:rPr>
          <w:rFonts w:cs="Times New Roman"/>
          <w:sz w:val="26"/>
          <w:szCs w:val="26"/>
        </w:rPr>
        <w:t xml:space="preserve"> </w:t>
      </w:r>
      <w:proofErr w:type="spellStart"/>
      <w:r w:rsidRPr="00406BBE">
        <w:rPr>
          <w:rFonts w:cs="Times New Roman"/>
          <w:sz w:val="26"/>
          <w:szCs w:val="26"/>
        </w:rPr>
        <w:t>là</w:t>
      </w:r>
      <w:proofErr w:type="spellEnd"/>
      <w:r w:rsidRPr="00406BBE">
        <w:rPr>
          <w:rFonts w:cs="Times New Roman"/>
          <w:sz w:val="26"/>
          <w:szCs w:val="26"/>
        </w:rPr>
        <w:t xml:space="preserve"> </w:t>
      </w:r>
      <w:proofErr w:type="spellStart"/>
      <w:r w:rsidRPr="00406BBE">
        <w:rPr>
          <w:rFonts w:cs="Times New Roman"/>
          <w:sz w:val="26"/>
          <w:szCs w:val="26"/>
        </w:rPr>
        <w:t>phù</w:t>
      </w:r>
      <w:proofErr w:type="spellEnd"/>
      <w:r w:rsidRPr="00406BBE">
        <w:rPr>
          <w:rFonts w:cs="Times New Roman"/>
          <w:sz w:val="26"/>
          <w:szCs w:val="26"/>
        </w:rPr>
        <w:t xml:space="preserve"> </w:t>
      </w:r>
      <w:proofErr w:type="spellStart"/>
      <w:r w:rsidRPr="00406BBE">
        <w:rPr>
          <w:rFonts w:cs="Times New Roman"/>
          <w:sz w:val="26"/>
          <w:szCs w:val="26"/>
        </w:rPr>
        <w:t>hợp</w:t>
      </w:r>
      <w:proofErr w:type="spellEnd"/>
      <w:r w:rsidRPr="00406BBE">
        <w:rPr>
          <w:rFonts w:cs="Times New Roman"/>
          <w:sz w:val="26"/>
          <w:szCs w:val="26"/>
        </w:rPr>
        <w:t xml:space="preserve"> </w:t>
      </w:r>
      <w:proofErr w:type="spellStart"/>
      <w:r w:rsidRPr="00406BBE">
        <w:rPr>
          <w:rFonts w:cs="Times New Roman"/>
          <w:sz w:val="26"/>
          <w:szCs w:val="26"/>
        </w:rPr>
        <w:t>với</w:t>
      </w:r>
      <w:proofErr w:type="spellEnd"/>
      <w:r w:rsidRPr="00406BBE">
        <w:rPr>
          <w:rFonts w:cs="Times New Roman"/>
          <w:sz w:val="26"/>
          <w:szCs w:val="26"/>
        </w:rPr>
        <w:t xml:space="preserve"> </w:t>
      </w:r>
      <w:proofErr w:type="spellStart"/>
      <w:r w:rsidRPr="00406BBE">
        <w:rPr>
          <w:rFonts w:cs="Times New Roman"/>
          <w:sz w:val="26"/>
          <w:szCs w:val="26"/>
        </w:rPr>
        <w:t>hồ</w:t>
      </w:r>
      <w:proofErr w:type="spellEnd"/>
      <w:r w:rsidRPr="00406BBE">
        <w:rPr>
          <w:rFonts w:cs="Times New Roman"/>
          <w:sz w:val="26"/>
          <w:szCs w:val="26"/>
        </w:rPr>
        <w:t xml:space="preserve"> </w:t>
      </w:r>
      <w:proofErr w:type="spellStart"/>
      <w:r w:rsidRPr="00406BBE">
        <w:rPr>
          <w:rFonts w:cs="Times New Roman"/>
          <w:sz w:val="26"/>
          <w:szCs w:val="26"/>
        </w:rPr>
        <w:t>sơ</w:t>
      </w:r>
      <w:proofErr w:type="spellEnd"/>
      <w:r w:rsidRPr="00406BBE">
        <w:rPr>
          <w:rFonts w:cs="Times New Roman"/>
          <w:sz w:val="26"/>
          <w:szCs w:val="26"/>
        </w:rPr>
        <w:t xml:space="preserve"> </w:t>
      </w:r>
      <w:proofErr w:type="spellStart"/>
      <w:r w:rsidRPr="00406BBE">
        <w:rPr>
          <w:rFonts w:cs="Times New Roman"/>
          <w:sz w:val="26"/>
          <w:szCs w:val="26"/>
        </w:rPr>
        <w:t>quản</w:t>
      </w:r>
      <w:proofErr w:type="spellEnd"/>
      <w:r w:rsidRPr="00406BBE">
        <w:rPr>
          <w:rFonts w:cs="Times New Roman"/>
          <w:sz w:val="26"/>
          <w:szCs w:val="26"/>
        </w:rPr>
        <w:t xml:space="preserve"> </w:t>
      </w:r>
      <w:proofErr w:type="spellStart"/>
      <w:r w:rsidRPr="00406BBE">
        <w:rPr>
          <w:rFonts w:cs="Times New Roman"/>
          <w:sz w:val="26"/>
          <w:szCs w:val="26"/>
        </w:rPr>
        <w:t>lý</w:t>
      </w:r>
      <w:proofErr w:type="spellEnd"/>
      <w:r w:rsidRPr="00406BBE">
        <w:rPr>
          <w:rFonts w:cs="Times New Roman"/>
          <w:sz w:val="26"/>
          <w:szCs w:val="26"/>
        </w:rPr>
        <w:t xml:space="preserve"> </w:t>
      </w:r>
      <w:proofErr w:type="spellStart"/>
      <w:r w:rsidRPr="00406BBE">
        <w:rPr>
          <w:rFonts w:cs="Times New Roman"/>
          <w:sz w:val="26"/>
          <w:szCs w:val="26"/>
        </w:rPr>
        <w:t>của</w:t>
      </w:r>
      <w:proofErr w:type="spellEnd"/>
      <w:r w:rsidRPr="00406BBE">
        <w:rPr>
          <w:rFonts w:cs="Times New Roman"/>
          <w:sz w:val="26"/>
          <w:szCs w:val="26"/>
        </w:rPr>
        <w:t xml:space="preserve"> </w:t>
      </w:r>
      <w:proofErr w:type="spellStart"/>
      <w:r w:rsidRPr="00406BBE">
        <w:rPr>
          <w:rFonts w:cs="Times New Roman"/>
          <w:sz w:val="26"/>
          <w:szCs w:val="26"/>
        </w:rPr>
        <w:t>đơn</w:t>
      </w:r>
      <w:proofErr w:type="spellEnd"/>
      <w:r w:rsidRPr="00406BBE">
        <w:rPr>
          <w:rFonts w:cs="Times New Roman"/>
          <w:sz w:val="26"/>
          <w:szCs w:val="26"/>
        </w:rPr>
        <w:t xml:space="preserve"> </w:t>
      </w:r>
      <w:proofErr w:type="spellStart"/>
      <w:r w:rsidRPr="00406BBE">
        <w:rPr>
          <w:rFonts w:cs="Times New Roman"/>
          <w:sz w:val="26"/>
          <w:szCs w:val="26"/>
        </w:rPr>
        <w:t>vị</w:t>
      </w:r>
      <w:proofErr w:type="spellEnd"/>
      <w:r w:rsidRPr="00406BBE">
        <w:rPr>
          <w:rFonts w:cs="Times New Roman"/>
          <w:sz w:val="26"/>
          <w:szCs w:val="26"/>
        </w:rPr>
        <w:t>.</w:t>
      </w:r>
    </w:p>
    <w:p w14:paraId="0D5F957A" w14:textId="77777777" w:rsidR="00BB6FA2" w:rsidRPr="00406BBE" w:rsidRDefault="00222B21" w:rsidP="0063352D">
      <w:pPr>
        <w:spacing w:before="120" w:after="120" w:line="240" w:lineRule="auto"/>
        <w:jc w:val="both"/>
        <w:rPr>
          <w:rFonts w:cs="Times New Roman"/>
          <w:sz w:val="26"/>
          <w:szCs w:val="26"/>
        </w:rPr>
      </w:pPr>
      <w:r w:rsidRPr="00406BBE">
        <w:rPr>
          <w:rFonts w:ascii="Segoe UI Symbol" w:hAnsi="Segoe UI Symbol" w:cs="Segoe UI Symbol"/>
          <w:sz w:val="26"/>
          <w:szCs w:val="26"/>
        </w:rPr>
        <w:t>☐</w:t>
      </w:r>
      <w:r w:rsidRPr="00406BBE">
        <w:rPr>
          <w:rFonts w:cs="Times New Roman"/>
          <w:sz w:val="26"/>
          <w:szCs w:val="26"/>
        </w:rPr>
        <w:t xml:space="preserve"> </w:t>
      </w:r>
      <w:proofErr w:type="spellStart"/>
      <w:r w:rsidRPr="00406BBE">
        <w:rPr>
          <w:rFonts w:cs="Times New Roman"/>
          <w:sz w:val="26"/>
          <w:szCs w:val="26"/>
        </w:rPr>
        <w:t>Đồng</w:t>
      </w:r>
      <w:proofErr w:type="spellEnd"/>
      <w:r w:rsidRPr="00406BBE">
        <w:rPr>
          <w:rFonts w:cs="Times New Roman"/>
          <w:sz w:val="26"/>
          <w:szCs w:val="26"/>
        </w:rPr>
        <w:t xml:space="preserve"> ý </w:t>
      </w:r>
      <w:proofErr w:type="spellStart"/>
      <w:r w:rsidRPr="00406BBE">
        <w:rPr>
          <w:rFonts w:cs="Times New Roman"/>
          <w:sz w:val="26"/>
          <w:szCs w:val="26"/>
        </w:rPr>
        <w:t>cử</w:t>
      </w:r>
      <w:proofErr w:type="spellEnd"/>
      <w:r w:rsidRPr="00406BBE">
        <w:rPr>
          <w:rFonts w:cs="Times New Roman"/>
          <w:sz w:val="26"/>
          <w:szCs w:val="26"/>
        </w:rPr>
        <w:t xml:space="preserve"> </w:t>
      </w:r>
      <w:proofErr w:type="spellStart"/>
      <w:r w:rsidRPr="00406BBE">
        <w:rPr>
          <w:rFonts w:cs="Times New Roman"/>
          <w:sz w:val="26"/>
          <w:szCs w:val="26"/>
        </w:rPr>
        <w:t>ông</w:t>
      </w:r>
      <w:proofErr w:type="spellEnd"/>
      <w:r w:rsidRPr="00406BBE">
        <w:rPr>
          <w:rFonts w:cs="Times New Roman"/>
          <w:sz w:val="26"/>
          <w:szCs w:val="26"/>
        </w:rPr>
        <w:t>/</w:t>
      </w:r>
      <w:proofErr w:type="spellStart"/>
      <w:r w:rsidRPr="00406BBE">
        <w:rPr>
          <w:rFonts w:cs="Times New Roman"/>
          <w:sz w:val="26"/>
          <w:szCs w:val="26"/>
        </w:rPr>
        <w:t>bà</w:t>
      </w:r>
      <w:proofErr w:type="spellEnd"/>
      <w:r w:rsidRPr="00406BBE">
        <w:rPr>
          <w:rFonts w:cs="Times New Roman"/>
          <w:sz w:val="26"/>
          <w:szCs w:val="26"/>
        </w:rPr>
        <w:t xml:space="preserve"> ................................................................ </w:t>
      </w:r>
      <w:proofErr w:type="spellStart"/>
      <w:r w:rsidRPr="00406BBE">
        <w:rPr>
          <w:rFonts w:cs="Times New Roman"/>
          <w:sz w:val="26"/>
          <w:szCs w:val="26"/>
        </w:rPr>
        <w:t>tham</w:t>
      </w:r>
      <w:proofErr w:type="spellEnd"/>
      <w:r w:rsidRPr="00406BBE">
        <w:rPr>
          <w:rFonts w:cs="Times New Roman"/>
          <w:sz w:val="26"/>
          <w:szCs w:val="26"/>
        </w:rPr>
        <w:t xml:space="preserve"> </w:t>
      </w:r>
      <w:proofErr w:type="spellStart"/>
      <w:r w:rsidRPr="00406BBE">
        <w:rPr>
          <w:rFonts w:cs="Times New Roman"/>
          <w:sz w:val="26"/>
          <w:szCs w:val="26"/>
        </w:rPr>
        <w:t>dự</w:t>
      </w:r>
      <w:proofErr w:type="spellEnd"/>
      <w:r w:rsidRPr="00406BBE">
        <w:rPr>
          <w:rFonts w:cs="Times New Roman"/>
          <w:sz w:val="26"/>
          <w:szCs w:val="26"/>
        </w:rPr>
        <w:t xml:space="preserve"> </w:t>
      </w:r>
      <w:proofErr w:type="spellStart"/>
      <w:r w:rsidRPr="00406BBE">
        <w:rPr>
          <w:rFonts w:cs="Times New Roman"/>
          <w:sz w:val="26"/>
          <w:szCs w:val="26"/>
        </w:rPr>
        <w:t>Đại</w:t>
      </w:r>
      <w:proofErr w:type="spellEnd"/>
      <w:r w:rsidRPr="00406BBE">
        <w:rPr>
          <w:rFonts w:cs="Times New Roman"/>
          <w:sz w:val="26"/>
          <w:szCs w:val="26"/>
        </w:rPr>
        <w:t xml:space="preserve"> </w:t>
      </w:r>
      <w:proofErr w:type="spellStart"/>
      <w:r w:rsidRPr="00406BBE">
        <w:rPr>
          <w:rFonts w:cs="Times New Roman"/>
          <w:sz w:val="26"/>
          <w:szCs w:val="26"/>
        </w:rPr>
        <w:t>hội</w:t>
      </w:r>
      <w:proofErr w:type="spellEnd"/>
      <w:r w:rsidRPr="00406BBE">
        <w:rPr>
          <w:rFonts w:cs="Times New Roman"/>
          <w:sz w:val="26"/>
          <w:szCs w:val="26"/>
        </w:rPr>
        <w:t xml:space="preserve"> </w:t>
      </w:r>
      <w:proofErr w:type="spellStart"/>
      <w:r w:rsidRPr="00406BBE">
        <w:rPr>
          <w:rFonts w:cs="Times New Roman"/>
          <w:sz w:val="26"/>
          <w:szCs w:val="26"/>
        </w:rPr>
        <w:t>các</w:t>
      </w:r>
      <w:proofErr w:type="spellEnd"/>
      <w:r w:rsidRPr="00406BBE">
        <w:rPr>
          <w:rFonts w:cs="Times New Roman"/>
          <w:sz w:val="26"/>
          <w:szCs w:val="26"/>
        </w:rPr>
        <w:t xml:space="preserve"> </w:t>
      </w:r>
      <w:proofErr w:type="spellStart"/>
      <w:r w:rsidRPr="00406BBE">
        <w:rPr>
          <w:rFonts w:cs="Times New Roman"/>
          <w:sz w:val="26"/>
          <w:szCs w:val="26"/>
        </w:rPr>
        <w:t>nhà</w:t>
      </w:r>
      <w:proofErr w:type="spellEnd"/>
      <w:r w:rsidRPr="00406BBE">
        <w:rPr>
          <w:rFonts w:cs="Times New Roman"/>
          <w:sz w:val="26"/>
          <w:szCs w:val="26"/>
        </w:rPr>
        <w:t xml:space="preserve"> khoa </w:t>
      </w:r>
      <w:proofErr w:type="spellStart"/>
      <w:r w:rsidRPr="00406BBE">
        <w:rPr>
          <w:rFonts w:cs="Times New Roman"/>
          <w:sz w:val="26"/>
          <w:szCs w:val="26"/>
        </w:rPr>
        <w:t>học</w:t>
      </w:r>
      <w:proofErr w:type="spellEnd"/>
      <w:r w:rsidRPr="00406BBE">
        <w:rPr>
          <w:rFonts w:cs="Times New Roman"/>
          <w:sz w:val="26"/>
          <w:szCs w:val="26"/>
        </w:rPr>
        <w:t xml:space="preserve"> </w:t>
      </w:r>
      <w:proofErr w:type="spellStart"/>
      <w:r w:rsidRPr="00406BBE">
        <w:rPr>
          <w:rFonts w:cs="Times New Roman"/>
          <w:sz w:val="26"/>
          <w:szCs w:val="26"/>
        </w:rPr>
        <w:t>trẻ</w:t>
      </w:r>
      <w:proofErr w:type="spellEnd"/>
      <w:r w:rsidRPr="00406BBE">
        <w:rPr>
          <w:rFonts w:cs="Times New Roman"/>
          <w:sz w:val="26"/>
          <w:szCs w:val="26"/>
        </w:rPr>
        <w:t xml:space="preserve"> </w:t>
      </w:r>
      <w:proofErr w:type="spellStart"/>
      <w:r w:rsidRPr="00406BBE">
        <w:rPr>
          <w:rFonts w:cs="Times New Roman"/>
          <w:sz w:val="26"/>
          <w:szCs w:val="26"/>
        </w:rPr>
        <w:t>lần</w:t>
      </w:r>
      <w:proofErr w:type="spellEnd"/>
      <w:r w:rsidRPr="00406BBE">
        <w:rPr>
          <w:rFonts w:cs="Times New Roman"/>
          <w:sz w:val="26"/>
          <w:szCs w:val="26"/>
        </w:rPr>
        <w:t xml:space="preserve"> </w:t>
      </w:r>
      <w:proofErr w:type="spellStart"/>
      <w:r w:rsidRPr="00406BBE">
        <w:rPr>
          <w:rFonts w:cs="Times New Roman"/>
          <w:sz w:val="26"/>
          <w:szCs w:val="26"/>
        </w:rPr>
        <w:t>thứ</w:t>
      </w:r>
      <w:proofErr w:type="spellEnd"/>
      <w:r w:rsidRPr="00406BBE">
        <w:rPr>
          <w:rFonts w:cs="Times New Roman"/>
          <w:sz w:val="26"/>
          <w:szCs w:val="26"/>
        </w:rPr>
        <w:t xml:space="preserve"> VI </w:t>
      </w:r>
      <w:proofErr w:type="spellStart"/>
      <w:r w:rsidRPr="00406BBE">
        <w:rPr>
          <w:rFonts w:cs="Times New Roman"/>
          <w:sz w:val="26"/>
          <w:szCs w:val="26"/>
        </w:rPr>
        <w:t>tại</w:t>
      </w:r>
      <w:proofErr w:type="spellEnd"/>
      <w:r w:rsidRPr="00406BBE">
        <w:rPr>
          <w:rFonts w:cs="Times New Roman"/>
          <w:sz w:val="26"/>
          <w:szCs w:val="26"/>
        </w:rPr>
        <w:t xml:space="preserve"> Liên bang Nga </w:t>
      </w:r>
      <w:proofErr w:type="spellStart"/>
      <w:r w:rsidRPr="00406BBE">
        <w:rPr>
          <w:rFonts w:cs="Times New Roman"/>
          <w:sz w:val="26"/>
          <w:szCs w:val="26"/>
        </w:rPr>
        <w:t>năm</w:t>
      </w:r>
      <w:proofErr w:type="spellEnd"/>
      <w:r w:rsidRPr="00406BBE">
        <w:rPr>
          <w:rFonts w:cs="Times New Roman"/>
          <w:sz w:val="26"/>
          <w:szCs w:val="26"/>
        </w:rPr>
        <w:t xml:space="preserve"> 2026 </w:t>
      </w:r>
      <w:proofErr w:type="spellStart"/>
      <w:r w:rsidRPr="00406BBE">
        <w:rPr>
          <w:rFonts w:cs="Times New Roman"/>
          <w:sz w:val="26"/>
          <w:szCs w:val="26"/>
        </w:rPr>
        <w:t>nếu</w:t>
      </w:r>
      <w:proofErr w:type="spellEnd"/>
      <w:r w:rsidRPr="00406BBE">
        <w:rPr>
          <w:rFonts w:cs="Times New Roman"/>
          <w:sz w:val="26"/>
          <w:szCs w:val="26"/>
        </w:rPr>
        <w:t xml:space="preserve"> </w:t>
      </w:r>
      <w:proofErr w:type="spellStart"/>
      <w:r w:rsidRPr="00406BBE">
        <w:rPr>
          <w:rFonts w:cs="Times New Roman"/>
          <w:sz w:val="26"/>
          <w:szCs w:val="26"/>
        </w:rPr>
        <w:t>được</w:t>
      </w:r>
      <w:proofErr w:type="spellEnd"/>
      <w:r w:rsidRPr="00406BBE">
        <w:rPr>
          <w:rFonts w:cs="Times New Roman"/>
          <w:sz w:val="26"/>
          <w:szCs w:val="26"/>
        </w:rPr>
        <w:t xml:space="preserve"> </w:t>
      </w:r>
      <w:proofErr w:type="spellStart"/>
      <w:r w:rsidRPr="00406BBE">
        <w:rPr>
          <w:rFonts w:cs="Times New Roman"/>
          <w:sz w:val="26"/>
          <w:szCs w:val="26"/>
        </w:rPr>
        <w:t>tuyển</w:t>
      </w:r>
      <w:proofErr w:type="spellEnd"/>
      <w:r w:rsidRPr="00406BBE">
        <w:rPr>
          <w:rFonts w:cs="Times New Roman"/>
          <w:sz w:val="26"/>
          <w:szCs w:val="26"/>
        </w:rPr>
        <w:t xml:space="preserve"> </w:t>
      </w:r>
      <w:proofErr w:type="spellStart"/>
      <w:r w:rsidRPr="00406BBE">
        <w:rPr>
          <w:rFonts w:cs="Times New Roman"/>
          <w:sz w:val="26"/>
          <w:szCs w:val="26"/>
        </w:rPr>
        <w:t>chọn</w:t>
      </w:r>
      <w:proofErr w:type="spellEnd"/>
      <w:r w:rsidRPr="00406BBE">
        <w:rPr>
          <w:rFonts w:cs="Times New Roman"/>
          <w:sz w:val="26"/>
          <w:szCs w:val="26"/>
        </w:rPr>
        <w:t xml:space="preserve">; </w:t>
      </w:r>
      <w:proofErr w:type="spellStart"/>
      <w:r w:rsidRPr="00406BBE">
        <w:rPr>
          <w:rFonts w:cs="Times New Roman"/>
          <w:sz w:val="26"/>
          <w:szCs w:val="26"/>
        </w:rPr>
        <w:t>xác</w:t>
      </w:r>
      <w:proofErr w:type="spellEnd"/>
      <w:r w:rsidRPr="00406BBE">
        <w:rPr>
          <w:rFonts w:cs="Times New Roman"/>
          <w:sz w:val="26"/>
          <w:szCs w:val="26"/>
        </w:rPr>
        <w:t xml:space="preserve"> </w:t>
      </w:r>
      <w:proofErr w:type="spellStart"/>
      <w:r w:rsidRPr="00406BBE">
        <w:rPr>
          <w:rFonts w:cs="Times New Roman"/>
          <w:sz w:val="26"/>
          <w:szCs w:val="26"/>
        </w:rPr>
        <w:t>nhận</w:t>
      </w:r>
      <w:proofErr w:type="spellEnd"/>
      <w:r w:rsidRPr="00406BBE">
        <w:rPr>
          <w:rFonts w:cs="Times New Roman"/>
          <w:sz w:val="26"/>
          <w:szCs w:val="26"/>
        </w:rPr>
        <w:t xml:space="preserve"> </w:t>
      </w:r>
      <w:proofErr w:type="spellStart"/>
      <w:r w:rsidRPr="00406BBE">
        <w:rPr>
          <w:rFonts w:cs="Times New Roman"/>
          <w:sz w:val="26"/>
          <w:szCs w:val="26"/>
        </w:rPr>
        <w:t>cơ</w:t>
      </w:r>
      <w:proofErr w:type="spellEnd"/>
      <w:r w:rsidRPr="00406BBE">
        <w:rPr>
          <w:rFonts w:cs="Times New Roman"/>
          <w:sz w:val="26"/>
          <w:szCs w:val="26"/>
        </w:rPr>
        <w:t xml:space="preserve"> </w:t>
      </w:r>
      <w:proofErr w:type="spellStart"/>
      <w:r w:rsidRPr="00406BBE">
        <w:rPr>
          <w:rFonts w:cs="Times New Roman"/>
          <w:sz w:val="26"/>
          <w:szCs w:val="26"/>
        </w:rPr>
        <w:t>quan</w:t>
      </w:r>
      <w:proofErr w:type="spellEnd"/>
      <w:r w:rsidRPr="00406BBE">
        <w:rPr>
          <w:rFonts w:cs="Times New Roman"/>
          <w:sz w:val="26"/>
          <w:szCs w:val="26"/>
        </w:rPr>
        <w:t xml:space="preserve"> </w:t>
      </w:r>
      <w:proofErr w:type="spellStart"/>
      <w:r w:rsidRPr="00406BBE">
        <w:rPr>
          <w:rFonts w:cs="Times New Roman"/>
          <w:sz w:val="26"/>
          <w:szCs w:val="26"/>
        </w:rPr>
        <w:t>có</w:t>
      </w:r>
      <w:proofErr w:type="spellEnd"/>
      <w:r w:rsidRPr="00406BBE">
        <w:rPr>
          <w:rFonts w:cs="Times New Roman"/>
          <w:sz w:val="26"/>
          <w:szCs w:val="26"/>
        </w:rPr>
        <w:t xml:space="preserve"> </w:t>
      </w:r>
      <w:proofErr w:type="spellStart"/>
      <w:r w:rsidRPr="00406BBE">
        <w:rPr>
          <w:rFonts w:cs="Times New Roman"/>
          <w:sz w:val="26"/>
          <w:szCs w:val="26"/>
        </w:rPr>
        <w:t>khả</w:t>
      </w:r>
      <w:proofErr w:type="spellEnd"/>
      <w:r w:rsidRPr="00406BBE">
        <w:rPr>
          <w:rFonts w:cs="Times New Roman"/>
          <w:sz w:val="26"/>
          <w:szCs w:val="26"/>
        </w:rPr>
        <w:t xml:space="preserve"> </w:t>
      </w:r>
      <w:proofErr w:type="spellStart"/>
      <w:r w:rsidRPr="00406BBE">
        <w:rPr>
          <w:rFonts w:cs="Times New Roman"/>
          <w:sz w:val="26"/>
          <w:szCs w:val="26"/>
        </w:rPr>
        <w:t>năng</w:t>
      </w:r>
      <w:proofErr w:type="spellEnd"/>
      <w:r w:rsidRPr="00406BBE">
        <w:rPr>
          <w:rFonts w:cs="Times New Roman"/>
          <w:sz w:val="26"/>
          <w:szCs w:val="26"/>
        </w:rPr>
        <w:t xml:space="preserve"> </w:t>
      </w:r>
      <w:proofErr w:type="spellStart"/>
      <w:r w:rsidRPr="00406BBE">
        <w:rPr>
          <w:rFonts w:cs="Times New Roman"/>
          <w:sz w:val="26"/>
          <w:szCs w:val="26"/>
        </w:rPr>
        <w:t>bố</w:t>
      </w:r>
      <w:proofErr w:type="spellEnd"/>
      <w:r w:rsidRPr="00406BBE">
        <w:rPr>
          <w:rFonts w:cs="Times New Roman"/>
          <w:sz w:val="26"/>
          <w:szCs w:val="26"/>
        </w:rPr>
        <w:t xml:space="preserve"> </w:t>
      </w:r>
      <w:proofErr w:type="spellStart"/>
      <w:r w:rsidRPr="00406BBE">
        <w:rPr>
          <w:rFonts w:cs="Times New Roman"/>
          <w:sz w:val="26"/>
          <w:szCs w:val="26"/>
        </w:rPr>
        <w:t>trí</w:t>
      </w:r>
      <w:proofErr w:type="spellEnd"/>
      <w:r w:rsidRPr="00406BBE">
        <w:rPr>
          <w:rFonts w:cs="Times New Roman"/>
          <w:sz w:val="26"/>
          <w:szCs w:val="26"/>
        </w:rPr>
        <w:t xml:space="preserve"> </w:t>
      </w:r>
      <w:proofErr w:type="spellStart"/>
      <w:r w:rsidRPr="00406BBE">
        <w:rPr>
          <w:rFonts w:cs="Times New Roman"/>
          <w:sz w:val="26"/>
          <w:szCs w:val="26"/>
        </w:rPr>
        <w:t>thời</w:t>
      </w:r>
      <w:proofErr w:type="spellEnd"/>
      <w:r w:rsidRPr="00406BBE">
        <w:rPr>
          <w:rFonts w:cs="Times New Roman"/>
          <w:sz w:val="26"/>
          <w:szCs w:val="26"/>
        </w:rPr>
        <w:t xml:space="preserve"> </w:t>
      </w:r>
      <w:proofErr w:type="spellStart"/>
      <w:r w:rsidRPr="00406BBE">
        <w:rPr>
          <w:rFonts w:cs="Times New Roman"/>
          <w:sz w:val="26"/>
          <w:szCs w:val="26"/>
        </w:rPr>
        <w:t>gian</w:t>
      </w:r>
      <w:proofErr w:type="spellEnd"/>
      <w:r w:rsidRPr="00406BBE">
        <w:rPr>
          <w:rFonts w:cs="Times New Roman"/>
          <w:sz w:val="26"/>
          <w:szCs w:val="26"/>
        </w:rPr>
        <w:t xml:space="preserve"> </w:t>
      </w:r>
      <w:proofErr w:type="spellStart"/>
      <w:r w:rsidRPr="00406BBE">
        <w:rPr>
          <w:rFonts w:cs="Times New Roman"/>
          <w:sz w:val="26"/>
          <w:szCs w:val="26"/>
        </w:rPr>
        <w:t>để</w:t>
      </w:r>
      <w:proofErr w:type="spellEnd"/>
      <w:r w:rsidRPr="00406BBE">
        <w:rPr>
          <w:rFonts w:cs="Times New Roman"/>
          <w:sz w:val="26"/>
          <w:szCs w:val="26"/>
        </w:rPr>
        <w:t xml:space="preserve"> </w:t>
      </w:r>
      <w:proofErr w:type="spellStart"/>
      <w:r w:rsidRPr="00406BBE">
        <w:rPr>
          <w:rFonts w:cs="Times New Roman"/>
          <w:sz w:val="26"/>
          <w:szCs w:val="26"/>
        </w:rPr>
        <w:t>ứng</w:t>
      </w:r>
      <w:proofErr w:type="spellEnd"/>
      <w:r w:rsidRPr="00406BBE">
        <w:rPr>
          <w:rFonts w:cs="Times New Roman"/>
          <w:sz w:val="26"/>
          <w:szCs w:val="26"/>
        </w:rPr>
        <w:t xml:space="preserve"> </w:t>
      </w:r>
      <w:proofErr w:type="spellStart"/>
      <w:r w:rsidRPr="00406BBE">
        <w:rPr>
          <w:rFonts w:cs="Times New Roman"/>
          <w:sz w:val="26"/>
          <w:szCs w:val="26"/>
        </w:rPr>
        <w:t>viên</w:t>
      </w:r>
      <w:proofErr w:type="spellEnd"/>
      <w:r w:rsidRPr="00406BBE">
        <w:rPr>
          <w:rFonts w:cs="Times New Roman"/>
          <w:sz w:val="26"/>
          <w:szCs w:val="26"/>
        </w:rPr>
        <w:t xml:space="preserve"> </w:t>
      </w:r>
      <w:proofErr w:type="spellStart"/>
      <w:r w:rsidRPr="00406BBE">
        <w:rPr>
          <w:rFonts w:cs="Times New Roman"/>
          <w:sz w:val="26"/>
          <w:szCs w:val="26"/>
        </w:rPr>
        <w:t>tham</w:t>
      </w:r>
      <w:proofErr w:type="spellEnd"/>
      <w:r w:rsidRPr="00406BBE">
        <w:rPr>
          <w:rFonts w:cs="Times New Roman"/>
          <w:sz w:val="26"/>
          <w:szCs w:val="26"/>
        </w:rPr>
        <w:t xml:space="preserve"> </w:t>
      </w:r>
      <w:proofErr w:type="spellStart"/>
      <w:r w:rsidRPr="00406BBE">
        <w:rPr>
          <w:rFonts w:cs="Times New Roman"/>
          <w:sz w:val="26"/>
          <w:szCs w:val="26"/>
        </w:rPr>
        <w:t>gia</w:t>
      </w:r>
      <w:proofErr w:type="spellEnd"/>
      <w:r w:rsidRPr="00406BBE">
        <w:rPr>
          <w:rFonts w:cs="Times New Roman"/>
          <w:sz w:val="26"/>
          <w:szCs w:val="26"/>
        </w:rPr>
        <w:t xml:space="preserve"> </w:t>
      </w:r>
      <w:proofErr w:type="spellStart"/>
      <w:r w:rsidRPr="00406BBE">
        <w:rPr>
          <w:rFonts w:cs="Times New Roman"/>
          <w:sz w:val="26"/>
          <w:szCs w:val="26"/>
        </w:rPr>
        <w:t>đầy</w:t>
      </w:r>
      <w:proofErr w:type="spellEnd"/>
      <w:r w:rsidRPr="00406BBE">
        <w:rPr>
          <w:rFonts w:cs="Times New Roman"/>
          <w:sz w:val="26"/>
          <w:szCs w:val="26"/>
        </w:rPr>
        <w:t xml:space="preserve"> </w:t>
      </w:r>
      <w:proofErr w:type="spellStart"/>
      <w:r w:rsidRPr="00406BBE">
        <w:rPr>
          <w:rFonts w:cs="Times New Roman"/>
          <w:sz w:val="26"/>
          <w:szCs w:val="26"/>
        </w:rPr>
        <w:t>đủ</w:t>
      </w:r>
      <w:proofErr w:type="spellEnd"/>
      <w:r w:rsidRPr="00406BBE">
        <w:rPr>
          <w:rFonts w:cs="Times New Roman"/>
          <w:sz w:val="26"/>
          <w:szCs w:val="26"/>
        </w:rPr>
        <w:t xml:space="preserve"> </w:t>
      </w:r>
      <w:proofErr w:type="spellStart"/>
      <w:r w:rsidRPr="00406BBE">
        <w:rPr>
          <w:rFonts w:cs="Times New Roman"/>
          <w:sz w:val="26"/>
          <w:szCs w:val="26"/>
        </w:rPr>
        <w:t>chương</w:t>
      </w:r>
      <w:proofErr w:type="spellEnd"/>
      <w:r w:rsidRPr="00406BBE">
        <w:rPr>
          <w:rFonts w:cs="Times New Roman"/>
          <w:sz w:val="26"/>
          <w:szCs w:val="26"/>
        </w:rPr>
        <w:t xml:space="preserve"> </w:t>
      </w:r>
      <w:proofErr w:type="spellStart"/>
      <w:r w:rsidRPr="00406BBE">
        <w:rPr>
          <w:rFonts w:cs="Times New Roman"/>
          <w:sz w:val="26"/>
          <w:szCs w:val="26"/>
        </w:rPr>
        <w:t>trình</w:t>
      </w:r>
      <w:proofErr w:type="spellEnd"/>
      <w:r w:rsidRPr="00406BBE">
        <w:rPr>
          <w:rFonts w:cs="Times New Roman"/>
          <w:sz w:val="26"/>
          <w:szCs w:val="26"/>
        </w:rPr>
        <w:t xml:space="preserve"> </w:t>
      </w:r>
      <w:proofErr w:type="spellStart"/>
      <w:r w:rsidRPr="00406BBE">
        <w:rPr>
          <w:rFonts w:cs="Times New Roman"/>
          <w:sz w:val="26"/>
          <w:szCs w:val="26"/>
        </w:rPr>
        <w:t>theo</w:t>
      </w:r>
      <w:proofErr w:type="spellEnd"/>
      <w:r w:rsidRPr="00406BBE">
        <w:rPr>
          <w:rFonts w:cs="Times New Roman"/>
          <w:sz w:val="26"/>
          <w:szCs w:val="26"/>
        </w:rPr>
        <w:t xml:space="preserve"> </w:t>
      </w:r>
      <w:proofErr w:type="spellStart"/>
      <w:r w:rsidRPr="00406BBE">
        <w:rPr>
          <w:rFonts w:cs="Times New Roman"/>
          <w:sz w:val="26"/>
          <w:szCs w:val="26"/>
        </w:rPr>
        <w:t>kế</w:t>
      </w:r>
      <w:proofErr w:type="spellEnd"/>
      <w:r w:rsidRPr="00406BBE">
        <w:rPr>
          <w:rFonts w:cs="Times New Roman"/>
          <w:sz w:val="26"/>
          <w:szCs w:val="26"/>
        </w:rPr>
        <w:t xml:space="preserve"> </w:t>
      </w:r>
      <w:proofErr w:type="spellStart"/>
      <w:r w:rsidRPr="00406BBE">
        <w:rPr>
          <w:rFonts w:cs="Times New Roman"/>
          <w:sz w:val="26"/>
          <w:szCs w:val="26"/>
        </w:rPr>
        <w:t>hoạch</w:t>
      </w:r>
      <w:proofErr w:type="spellEnd"/>
      <w:r w:rsidRPr="00406BBE">
        <w:rPr>
          <w:rFonts w:cs="Times New Roman"/>
          <w:sz w:val="26"/>
          <w:szCs w:val="26"/>
        </w:rPr>
        <w:t xml:space="preserve"> </w:t>
      </w:r>
      <w:proofErr w:type="spellStart"/>
      <w:r w:rsidRPr="00406BBE">
        <w:rPr>
          <w:rFonts w:cs="Times New Roman"/>
          <w:sz w:val="26"/>
          <w:szCs w:val="26"/>
        </w:rPr>
        <w:t>của</w:t>
      </w:r>
      <w:proofErr w:type="spellEnd"/>
      <w:r w:rsidRPr="00406BBE">
        <w:rPr>
          <w:rFonts w:cs="Times New Roman"/>
          <w:sz w:val="26"/>
          <w:szCs w:val="26"/>
        </w:rPr>
        <w:t xml:space="preserve"> </w:t>
      </w:r>
      <w:proofErr w:type="spellStart"/>
      <w:r w:rsidRPr="00406BBE">
        <w:rPr>
          <w:rFonts w:cs="Times New Roman"/>
          <w:sz w:val="26"/>
          <w:szCs w:val="26"/>
        </w:rPr>
        <w:t>đoàn</w:t>
      </w:r>
      <w:proofErr w:type="spellEnd"/>
      <w:r w:rsidRPr="00406BBE">
        <w:rPr>
          <w:rFonts w:cs="Times New Roman"/>
          <w:sz w:val="26"/>
          <w:szCs w:val="26"/>
        </w:rPr>
        <w:t>.</w:t>
      </w:r>
    </w:p>
    <w:p w14:paraId="26F61647" w14:textId="77777777" w:rsidR="00BB6FA2" w:rsidRPr="00406BBE" w:rsidRDefault="00222B21" w:rsidP="0063352D">
      <w:pPr>
        <w:spacing w:before="120" w:after="120" w:line="240" w:lineRule="auto"/>
        <w:jc w:val="both"/>
        <w:rPr>
          <w:rFonts w:cs="Times New Roman"/>
          <w:sz w:val="26"/>
          <w:szCs w:val="26"/>
        </w:rPr>
      </w:pPr>
      <w:r w:rsidRPr="00406BBE">
        <w:rPr>
          <w:rFonts w:ascii="Segoe UI Symbol" w:hAnsi="Segoe UI Symbol" w:cs="Segoe UI Symbol"/>
          <w:sz w:val="26"/>
          <w:szCs w:val="26"/>
        </w:rPr>
        <w:t>☐</w:t>
      </w:r>
      <w:r w:rsidRPr="00406BBE">
        <w:rPr>
          <w:rFonts w:cs="Times New Roman"/>
          <w:sz w:val="26"/>
          <w:szCs w:val="26"/>
        </w:rPr>
        <w:t xml:space="preserve"> Xác </w:t>
      </w:r>
      <w:proofErr w:type="spellStart"/>
      <w:r w:rsidRPr="00406BBE">
        <w:rPr>
          <w:rFonts w:cs="Times New Roman"/>
          <w:sz w:val="26"/>
          <w:szCs w:val="26"/>
        </w:rPr>
        <w:t>nhận</w:t>
      </w:r>
      <w:proofErr w:type="spellEnd"/>
      <w:r w:rsidRPr="00406BBE">
        <w:rPr>
          <w:rFonts w:cs="Times New Roman"/>
          <w:sz w:val="26"/>
          <w:szCs w:val="26"/>
        </w:rPr>
        <w:t xml:space="preserve"> </w:t>
      </w:r>
      <w:proofErr w:type="spellStart"/>
      <w:r w:rsidRPr="00406BBE">
        <w:rPr>
          <w:rFonts w:cs="Times New Roman"/>
          <w:sz w:val="26"/>
          <w:szCs w:val="26"/>
        </w:rPr>
        <w:t>đã</w:t>
      </w:r>
      <w:proofErr w:type="spellEnd"/>
      <w:r w:rsidRPr="00406BBE">
        <w:rPr>
          <w:rFonts w:cs="Times New Roman"/>
          <w:sz w:val="26"/>
          <w:szCs w:val="26"/>
        </w:rPr>
        <w:t xml:space="preserve"> </w:t>
      </w:r>
      <w:proofErr w:type="spellStart"/>
      <w:r w:rsidRPr="00406BBE">
        <w:rPr>
          <w:rFonts w:cs="Times New Roman"/>
          <w:sz w:val="26"/>
          <w:szCs w:val="26"/>
        </w:rPr>
        <w:t>xem</w:t>
      </w:r>
      <w:proofErr w:type="spellEnd"/>
      <w:r w:rsidRPr="00406BBE">
        <w:rPr>
          <w:rFonts w:cs="Times New Roman"/>
          <w:sz w:val="26"/>
          <w:szCs w:val="26"/>
        </w:rPr>
        <w:t xml:space="preserve"> </w:t>
      </w:r>
      <w:proofErr w:type="spellStart"/>
      <w:r w:rsidRPr="00406BBE">
        <w:rPr>
          <w:rFonts w:cs="Times New Roman"/>
          <w:sz w:val="26"/>
          <w:szCs w:val="26"/>
        </w:rPr>
        <w:t>xét</w:t>
      </w:r>
      <w:proofErr w:type="spellEnd"/>
      <w:r w:rsidRPr="00406BBE">
        <w:rPr>
          <w:rFonts w:cs="Times New Roman"/>
          <w:sz w:val="26"/>
          <w:szCs w:val="26"/>
        </w:rPr>
        <w:t xml:space="preserve"> </w:t>
      </w:r>
      <w:proofErr w:type="spellStart"/>
      <w:r w:rsidRPr="00406BBE">
        <w:rPr>
          <w:rFonts w:cs="Times New Roman"/>
          <w:sz w:val="26"/>
          <w:szCs w:val="26"/>
        </w:rPr>
        <w:t>hồ</w:t>
      </w:r>
      <w:proofErr w:type="spellEnd"/>
      <w:r w:rsidRPr="00406BBE">
        <w:rPr>
          <w:rFonts w:cs="Times New Roman"/>
          <w:sz w:val="26"/>
          <w:szCs w:val="26"/>
        </w:rPr>
        <w:t xml:space="preserve"> </w:t>
      </w:r>
      <w:proofErr w:type="spellStart"/>
      <w:r w:rsidRPr="00406BBE">
        <w:rPr>
          <w:rFonts w:cs="Times New Roman"/>
          <w:sz w:val="26"/>
          <w:szCs w:val="26"/>
        </w:rPr>
        <w:t>sơ</w:t>
      </w:r>
      <w:proofErr w:type="spellEnd"/>
      <w:r w:rsidRPr="00406BBE">
        <w:rPr>
          <w:rFonts w:cs="Times New Roman"/>
          <w:sz w:val="26"/>
          <w:szCs w:val="26"/>
        </w:rPr>
        <w:t xml:space="preserve">; </w:t>
      </w:r>
      <w:proofErr w:type="spellStart"/>
      <w:r w:rsidRPr="00406BBE">
        <w:rPr>
          <w:rFonts w:cs="Times New Roman"/>
          <w:sz w:val="26"/>
          <w:szCs w:val="26"/>
        </w:rPr>
        <w:t>các</w:t>
      </w:r>
      <w:proofErr w:type="spellEnd"/>
      <w:r w:rsidRPr="00406BBE">
        <w:rPr>
          <w:rFonts w:cs="Times New Roman"/>
          <w:sz w:val="26"/>
          <w:szCs w:val="26"/>
        </w:rPr>
        <w:t xml:space="preserve"> </w:t>
      </w:r>
      <w:proofErr w:type="spellStart"/>
      <w:r w:rsidRPr="00406BBE">
        <w:rPr>
          <w:rFonts w:cs="Times New Roman"/>
          <w:sz w:val="26"/>
          <w:szCs w:val="26"/>
        </w:rPr>
        <w:t>thông</w:t>
      </w:r>
      <w:proofErr w:type="spellEnd"/>
      <w:r w:rsidRPr="00406BBE">
        <w:rPr>
          <w:rFonts w:cs="Times New Roman"/>
          <w:sz w:val="26"/>
          <w:szCs w:val="26"/>
        </w:rPr>
        <w:t xml:space="preserve"> tin </w:t>
      </w:r>
      <w:proofErr w:type="spellStart"/>
      <w:r w:rsidRPr="00406BBE">
        <w:rPr>
          <w:rFonts w:cs="Times New Roman"/>
          <w:sz w:val="26"/>
          <w:szCs w:val="26"/>
        </w:rPr>
        <w:t>về</w:t>
      </w:r>
      <w:proofErr w:type="spellEnd"/>
      <w:r w:rsidRPr="00406BBE">
        <w:rPr>
          <w:rFonts w:cs="Times New Roman"/>
          <w:sz w:val="26"/>
          <w:szCs w:val="26"/>
        </w:rPr>
        <w:t xml:space="preserve"> </w:t>
      </w:r>
      <w:proofErr w:type="spellStart"/>
      <w:r w:rsidRPr="00406BBE">
        <w:rPr>
          <w:rFonts w:cs="Times New Roman"/>
          <w:sz w:val="26"/>
          <w:szCs w:val="26"/>
        </w:rPr>
        <w:t>quá</w:t>
      </w:r>
      <w:proofErr w:type="spellEnd"/>
      <w:r w:rsidRPr="00406BBE">
        <w:rPr>
          <w:rFonts w:cs="Times New Roman"/>
          <w:sz w:val="26"/>
          <w:szCs w:val="26"/>
        </w:rPr>
        <w:t xml:space="preserve"> </w:t>
      </w:r>
      <w:proofErr w:type="spellStart"/>
      <w:r w:rsidRPr="00406BBE">
        <w:rPr>
          <w:rFonts w:cs="Times New Roman"/>
          <w:sz w:val="26"/>
          <w:szCs w:val="26"/>
        </w:rPr>
        <w:t>trình</w:t>
      </w:r>
      <w:proofErr w:type="spellEnd"/>
      <w:r w:rsidRPr="00406BBE">
        <w:rPr>
          <w:rFonts w:cs="Times New Roman"/>
          <w:sz w:val="26"/>
          <w:szCs w:val="26"/>
        </w:rPr>
        <w:t xml:space="preserve"> </w:t>
      </w:r>
      <w:proofErr w:type="spellStart"/>
      <w:r w:rsidRPr="00406BBE">
        <w:rPr>
          <w:rFonts w:cs="Times New Roman"/>
          <w:sz w:val="26"/>
          <w:szCs w:val="26"/>
        </w:rPr>
        <w:t>công</w:t>
      </w:r>
      <w:proofErr w:type="spellEnd"/>
      <w:r w:rsidRPr="00406BBE">
        <w:rPr>
          <w:rFonts w:cs="Times New Roman"/>
          <w:sz w:val="26"/>
          <w:szCs w:val="26"/>
        </w:rPr>
        <w:t xml:space="preserve"> </w:t>
      </w:r>
      <w:proofErr w:type="spellStart"/>
      <w:r w:rsidRPr="00406BBE">
        <w:rPr>
          <w:rFonts w:cs="Times New Roman"/>
          <w:sz w:val="26"/>
          <w:szCs w:val="26"/>
        </w:rPr>
        <w:t>tác</w:t>
      </w:r>
      <w:proofErr w:type="spellEnd"/>
      <w:r w:rsidRPr="00406BBE">
        <w:rPr>
          <w:rFonts w:cs="Times New Roman"/>
          <w:sz w:val="26"/>
          <w:szCs w:val="26"/>
        </w:rPr>
        <w:t xml:space="preserve"> </w:t>
      </w:r>
      <w:proofErr w:type="spellStart"/>
      <w:r w:rsidRPr="00406BBE">
        <w:rPr>
          <w:rFonts w:cs="Times New Roman"/>
          <w:sz w:val="26"/>
          <w:szCs w:val="26"/>
        </w:rPr>
        <w:t>và</w:t>
      </w:r>
      <w:proofErr w:type="spellEnd"/>
      <w:r w:rsidRPr="00406BBE">
        <w:rPr>
          <w:rFonts w:cs="Times New Roman"/>
          <w:sz w:val="26"/>
          <w:szCs w:val="26"/>
        </w:rPr>
        <w:t xml:space="preserve"> </w:t>
      </w:r>
      <w:proofErr w:type="spellStart"/>
      <w:r w:rsidRPr="00406BBE">
        <w:rPr>
          <w:rFonts w:cs="Times New Roman"/>
          <w:sz w:val="26"/>
          <w:szCs w:val="26"/>
        </w:rPr>
        <w:t>nội</w:t>
      </w:r>
      <w:proofErr w:type="spellEnd"/>
      <w:r w:rsidRPr="00406BBE">
        <w:rPr>
          <w:rFonts w:cs="Times New Roman"/>
          <w:sz w:val="26"/>
          <w:szCs w:val="26"/>
        </w:rPr>
        <w:t xml:space="preserve"> dung </w:t>
      </w:r>
      <w:proofErr w:type="spellStart"/>
      <w:r w:rsidRPr="00406BBE">
        <w:rPr>
          <w:rFonts w:cs="Times New Roman"/>
          <w:sz w:val="26"/>
          <w:szCs w:val="26"/>
        </w:rPr>
        <w:t>thuộc</w:t>
      </w:r>
      <w:proofErr w:type="spellEnd"/>
      <w:r w:rsidRPr="00406BBE">
        <w:rPr>
          <w:rFonts w:cs="Times New Roman"/>
          <w:sz w:val="26"/>
          <w:szCs w:val="26"/>
        </w:rPr>
        <w:t xml:space="preserve"> </w:t>
      </w:r>
      <w:proofErr w:type="spellStart"/>
      <w:r w:rsidRPr="00406BBE">
        <w:rPr>
          <w:rFonts w:cs="Times New Roman"/>
          <w:sz w:val="26"/>
          <w:szCs w:val="26"/>
        </w:rPr>
        <w:t>phạm</w:t>
      </w:r>
      <w:proofErr w:type="spellEnd"/>
      <w:r w:rsidRPr="00406BBE">
        <w:rPr>
          <w:rFonts w:cs="Times New Roman"/>
          <w:sz w:val="26"/>
          <w:szCs w:val="26"/>
        </w:rPr>
        <w:t xml:space="preserve"> vi </w:t>
      </w:r>
      <w:proofErr w:type="spellStart"/>
      <w:r w:rsidRPr="00406BBE">
        <w:rPr>
          <w:rFonts w:cs="Times New Roman"/>
          <w:sz w:val="26"/>
          <w:szCs w:val="26"/>
        </w:rPr>
        <w:t>quản</w:t>
      </w:r>
      <w:proofErr w:type="spellEnd"/>
      <w:r w:rsidRPr="00406BBE">
        <w:rPr>
          <w:rFonts w:cs="Times New Roman"/>
          <w:sz w:val="26"/>
          <w:szCs w:val="26"/>
        </w:rPr>
        <w:t xml:space="preserve"> </w:t>
      </w:r>
      <w:proofErr w:type="spellStart"/>
      <w:r w:rsidRPr="00406BBE">
        <w:rPr>
          <w:rFonts w:cs="Times New Roman"/>
          <w:sz w:val="26"/>
          <w:szCs w:val="26"/>
        </w:rPr>
        <w:t>lý</w:t>
      </w:r>
      <w:proofErr w:type="spellEnd"/>
      <w:r w:rsidRPr="00406BBE">
        <w:rPr>
          <w:rFonts w:cs="Times New Roman"/>
          <w:sz w:val="26"/>
          <w:szCs w:val="26"/>
        </w:rPr>
        <w:t xml:space="preserve"> </w:t>
      </w:r>
      <w:proofErr w:type="spellStart"/>
      <w:r w:rsidRPr="00406BBE">
        <w:rPr>
          <w:rFonts w:cs="Times New Roman"/>
          <w:sz w:val="26"/>
          <w:szCs w:val="26"/>
        </w:rPr>
        <w:t>của</w:t>
      </w:r>
      <w:proofErr w:type="spellEnd"/>
      <w:r w:rsidRPr="00406BBE">
        <w:rPr>
          <w:rFonts w:cs="Times New Roman"/>
          <w:sz w:val="26"/>
          <w:szCs w:val="26"/>
        </w:rPr>
        <w:t xml:space="preserve"> </w:t>
      </w:r>
      <w:proofErr w:type="spellStart"/>
      <w:r w:rsidRPr="00406BBE">
        <w:rPr>
          <w:rFonts w:cs="Times New Roman"/>
          <w:sz w:val="26"/>
          <w:szCs w:val="26"/>
        </w:rPr>
        <w:t>cơ</w:t>
      </w:r>
      <w:proofErr w:type="spellEnd"/>
      <w:r w:rsidRPr="00406BBE">
        <w:rPr>
          <w:rFonts w:cs="Times New Roman"/>
          <w:sz w:val="26"/>
          <w:szCs w:val="26"/>
        </w:rPr>
        <w:t xml:space="preserve"> </w:t>
      </w:r>
      <w:proofErr w:type="spellStart"/>
      <w:r w:rsidRPr="00406BBE">
        <w:rPr>
          <w:rFonts w:cs="Times New Roman"/>
          <w:sz w:val="26"/>
          <w:szCs w:val="26"/>
        </w:rPr>
        <w:t>quan</w:t>
      </w:r>
      <w:proofErr w:type="spellEnd"/>
      <w:r w:rsidRPr="00406BBE">
        <w:rPr>
          <w:rFonts w:cs="Times New Roman"/>
          <w:sz w:val="26"/>
          <w:szCs w:val="26"/>
        </w:rPr>
        <w:t xml:space="preserve"> </w:t>
      </w:r>
      <w:proofErr w:type="spellStart"/>
      <w:r w:rsidRPr="00406BBE">
        <w:rPr>
          <w:rFonts w:cs="Times New Roman"/>
          <w:sz w:val="26"/>
          <w:szCs w:val="26"/>
        </w:rPr>
        <w:t>là</w:t>
      </w:r>
      <w:proofErr w:type="spellEnd"/>
      <w:r w:rsidRPr="00406BBE">
        <w:rPr>
          <w:rFonts w:cs="Times New Roman"/>
          <w:sz w:val="26"/>
          <w:szCs w:val="26"/>
        </w:rPr>
        <w:t xml:space="preserve"> </w:t>
      </w:r>
      <w:proofErr w:type="spellStart"/>
      <w:r w:rsidRPr="00406BBE">
        <w:rPr>
          <w:rFonts w:cs="Times New Roman"/>
          <w:sz w:val="26"/>
          <w:szCs w:val="26"/>
        </w:rPr>
        <w:t>phù</w:t>
      </w:r>
      <w:proofErr w:type="spellEnd"/>
      <w:r w:rsidRPr="00406BBE">
        <w:rPr>
          <w:rFonts w:cs="Times New Roman"/>
          <w:sz w:val="26"/>
          <w:szCs w:val="26"/>
        </w:rPr>
        <w:t xml:space="preserve"> </w:t>
      </w:r>
      <w:proofErr w:type="spellStart"/>
      <w:r w:rsidRPr="00406BBE">
        <w:rPr>
          <w:rFonts w:cs="Times New Roman"/>
          <w:sz w:val="26"/>
          <w:szCs w:val="26"/>
        </w:rPr>
        <w:t>hợp</w:t>
      </w:r>
      <w:proofErr w:type="spellEnd"/>
      <w:r w:rsidRPr="00406BBE">
        <w:rPr>
          <w:rFonts w:cs="Times New Roman"/>
          <w:sz w:val="26"/>
          <w:szCs w:val="26"/>
        </w:rPr>
        <w:t>.</w:t>
      </w:r>
    </w:p>
    <w:p w14:paraId="669857D2" w14:textId="77777777" w:rsidR="0063352D" w:rsidRPr="00406BBE" w:rsidRDefault="00222B21" w:rsidP="0063352D">
      <w:pPr>
        <w:spacing w:before="120" w:after="120" w:line="240" w:lineRule="auto"/>
        <w:jc w:val="both"/>
        <w:rPr>
          <w:rFonts w:cs="Times New Roman"/>
          <w:sz w:val="26"/>
          <w:szCs w:val="26"/>
        </w:rPr>
      </w:pPr>
      <w:r w:rsidRPr="00406BBE">
        <w:rPr>
          <w:rFonts w:cs="Times New Roman"/>
          <w:sz w:val="26"/>
          <w:szCs w:val="26"/>
        </w:rPr>
        <w:t xml:space="preserve">Ý </w:t>
      </w:r>
      <w:proofErr w:type="spellStart"/>
      <w:r w:rsidRPr="00406BBE">
        <w:rPr>
          <w:rFonts w:cs="Times New Roman"/>
          <w:sz w:val="26"/>
          <w:szCs w:val="26"/>
        </w:rPr>
        <w:t>kiến</w:t>
      </w:r>
      <w:proofErr w:type="spellEnd"/>
      <w:r w:rsidRPr="00406BBE">
        <w:rPr>
          <w:rFonts w:cs="Times New Roman"/>
          <w:sz w:val="26"/>
          <w:szCs w:val="26"/>
        </w:rPr>
        <w:t xml:space="preserve"> </w:t>
      </w:r>
      <w:proofErr w:type="spellStart"/>
      <w:r w:rsidRPr="00406BBE">
        <w:rPr>
          <w:rFonts w:cs="Times New Roman"/>
          <w:sz w:val="26"/>
          <w:szCs w:val="26"/>
        </w:rPr>
        <w:t>khác</w:t>
      </w:r>
      <w:proofErr w:type="spellEnd"/>
      <w:r w:rsidRPr="00406BBE">
        <w:rPr>
          <w:rFonts w:cs="Times New Roman"/>
          <w:sz w:val="26"/>
          <w:szCs w:val="26"/>
        </w:rPr>
        <w:t xml:space="preserve"> </w:t>
      </w:r>
      <w:proofErr w:type="spellStart"/>
      <w:r w:rsidRPr="00406BBE">
        <w:rPr>
          <w:rFonts w:cs="Times New Roman"/>
          <w:sz w:val="26"/>
          <w:szCs w:val="26"/>
        </w:rPr>
        <w:t>của</w:t>
      </w:r>
      <w:proofErr w:type="spellEnd"/>
      <w:r w:rsidRPr="00406BBE">
        <w:rPr>
          <w:rFonts w:cs="Times New Roman"/>
          <w:sz w:val="26"/>
          <w:szCs w:val="26"/>
        </w:rPr>
        <w:t xml:space="preserve"> </w:t>
      </w:r>
      <w:proofErr w:type="spellStart"/>
      <w:r w:rsidRPr="00406BBE">
        <w:rPr>
          <w:rFonts w:cs="Times New Roman"/>
          <w:sz w:val="26"/>
          <w:szCs w:val="26"/>
        </w:rPr>
        <w:t>cơ</w:t>
      </w:r>
      <w:proofErr w:type="spellEnd"/>
      <w:r w:rsidRPr="00406BBE">
        <w:rPr>
          <w:rFonts w:cs="Times New Roman"/>
          <w:sz w:val="26"/>
          <w:szCs w:val="26"/>
        </w:rPr>
        <w:t xml:space="preserve"> </w:t>
      </w:r>
      <w:proofErr w:type="spellStart"/>
      <w:r w:rsidRPr="00406BBE">
        <w:rPr>
          <w:rFonts w:cs="Times New Roman"/>
          <w:sz w:val="26"/>
          <w:szCs w:val="26"/>
        </w:rPr>
        <w:t>quan</w:t>
      </w:r>
      <w:proofErr w:type="spellEnd"/>
      <w:r w:rsidRPr="00406BBE">
        <w:rPr>
          <w:rFonts w:cs="Times New Roman"/>
          <w:sz w:val="26"/>
          <w:szCs w:val="26"/>
        </w:rPr>
        <w:t xml:space="preserve"> (</w:t>
      </w:r>
      <w:proofErr w:type="spellStart"/>
      <w:r w:rsidRPr="00406BBE">
        <w:rPr>
          <w:rFonts w:cs="Times New Roman"/>
          <w:sz w:val="26"/>
          <w:szCs w:val="26"/>
        </w:rPr>
        <w:t>nếu</w:t>
      </w:r>
      <w:proofErr w:type="spellEnd"/>
      <w:r w:rsidRPr="00406BBE">
        <w:rPr>
          <w:rFonts w:cs="Times New Roman"/>
          <w:sz w:val="26"/>
          <w:szCs w:val="26"/>
        </w:rPr>
        <w:t xml:space="preserve"> </w:t>
      </w:r>
      <w:proofErr w:type="spellStart"/>
      <w:r w:rsidRPr="00406BBE">
        <w:rPr>
          <w:rFonts w:cs="Times New Roman"/>
          <w:sz w:val="26"/>
          <w:szCs w:val="26"/>
        </w:rPr>
        <w:t>có</w:t>
      </w:r>
      <w:proofErr w:type="spellEnd"/>
      <w:r w:rsidRPr="00406BBE">
        <w:rPr>
          <w:rFonts w:cs="Times New Roman"/>
          <w:sz w:val="26"/>
          <w:szCs w:val="26"/>
        </w:rPr>
        <w:t>):</w:t>
      </w:r>
    </w:p>
    <w:p w14:paraId="6703144C" w14:textId="7D6E1270" w:rsidR="0063352D" w:rsidRPr="00406BBE" w:rsidRDefault="0063352D" w:rsidP="0063352D">
      <w:pPr>
        <w:spacing w:before="120" w:after="120" w:line="240" w:lineRule="auto"/>
        <w:jc w:val="both"/>
        <w:rPr>
          <w:rFonts w:cs="Times New Roman"/>
          <w:sz w:val="26"/>
          <w:szCs w:val="26"/>
        </w:rPr>
      </w:pPr>
      <w:r w:rsidRPr="00406BBE">
        <w:rPr>
          <w:rFonts w:cs="Times New Roman"/>
          <w:sz w:val="26"/>
          <w:szCs w:val="26"/>
        </w:rPr>
        <w:t>................................................................................................................................................</w:t>
      </w:r>
    </w:p>
    <w:p w14:paraId="7C2EA3D6" w14:textId="77777777" w:rsidR="0063352D" w:rsidRPr="00406BBE" w:rsidRDefault="0063352D" w:rsidP="0063352D">
      <w:pPr>
        <w:spacing w:before="120" w:after="120" w:line="240" w:lineRule="auto"/>
        <w:rPr>
          <w:rFonts w:cs="Times New Roman"/>
          <w:sz w:val="26"/>
          <w:szCs w:val="26"/>
        </w:rPr>
      </w:pPr>
      <w:r w:rsidRPr="00406BBE">
        <w:rPr>
          <w:rFonts w:cs="Times New Roman"/>
          <w:sz w:val="26"/>
          <w:szCs w:val="26"/>
        </w:rPr>
        <w:t>................................................................................................................................................</w:t>
      </w:r>
    </w:p>
    <w:tbl>
      <w:tblPr>
        <w:tblW w:w="0" w:type="auto"/>
        <w:jc w:val="center"/>
        <w:tblLook w:val="04A0" w:firstRow="1" w:lastRow="0" w:firstColumn="1" w:lastColumn="0" w:noHBand="0" w:noVBand="1"/>
      </w:tblPr>
      <w:tblGrid>
        <w:gridCol w:w="4219"/>
        <w:gridCol w:w="4812"/>
      </w:tblGrid>
      <w:tr w:rsidR="00BB6FA2" w:rsidRPr="00406BBE" w14:paraId="7041B100" w14:textId="77777777" w:rsidTr="006175D9">
        <w:trPr>
          <w:jc w:val="center"/>
        </w:trPr>
        <w:tc>
          <w:tcPr>
            <w:tcW w:w="4219" w:type="dxa"/>
            <w:vAlign w:val="center"/>
          </w:tcPr>
          <w:p w14:paraId="0CAFE9F3" w14:textId="77777777" w:rsidR="00BB6FA2" w:rsidRPr="00406BBE" w:rsidRDefault="00222B21" w:rsidP="006175D9">
            <w:pPr>
              <w:spacing w:before="120" w:after="120" w:line="240" w:lineRule="auto"/>
              <w:jc w:val="center"/>
              <w:rPr>
                <w:rFonts w:cs="Times New Roman"/>
                <w:sz w:val="26"/>
                <w:szCs w:val="26"/>
              </w:rPr>
            </w:pPr>
            <w:r w:rsidRPr="00406BBE">
              <w:rPr>
                <w:rFonts w:cs="Times New Roman"/>
                <w:b/>
                <w:sz w:val="26"/>
                <w:szCs w:val="26"/>
              </w:rPr>
              <w:t>NGƯỜI ĐĂNG KÝ</w:t>
            </w:r>
            <w:r w:rsidRPr="00406BBE">
              <w:rPr>
                <w:rFonts w:cs="Times New Roman"/>
                <w:b/>
                <w:sz w:val="26"/>
                <w:szCs w:val="26"/>
              </w:rPr>
              <w:br/>
              <w:t>(</w:t>
            </w:r>
            <w:proofErr w:type="spellStart"/>
            <w:r w:rsidRPr="00406BBE">
              <w:rPr>
                <w:rFonts w:cs="Times New Roman"/>
                <w:b/>
                <w:sz w:val="26"/>
                <w:szCs w:val="26"/>
              </w:rPr>
              <w:t>Ký</w:t>
            </w:r>
            <w:proofErr w:type="spellEnd"/>
            <w:r w:rsidRPr="00406BBE">
              <w:rPr>
                <w:rFonts w:cs="Times New Roman"/>
                <w:b/>
                <w:sz w:val="26"/>
                <w:szCs w:val="26"/>
              </w:rPr>
              <w:t xml:space="preserve"> </w:t>
            </w:r>
            <w:proofErr w:type="spellStart"/>
            <w:r w:rsidRPr="00406BBE">
              <w:rPr>
                <w:rFonts w:cs="Times New Roman"/>
                <w:b/>
                <w:sz w:val="26"/>
                <w:szCs w:val="26"/>
              </w:rPr>
              <w:t>và</w:t>
            </w:r>
            <w:proofErr w:type="spellEnd"/>
            <w:r w:rsidRPr="00406BBE">
              <w:rPr>
                <w:rFonts w:cs="Times New Roman"/>
                <w:b/>
                <w:sz w:val="26"/>
                <w:szCs w:val="26"/>
              </w:rPr>
              <w:t xml:space="preserve"> </w:t>
            </w:r>
            <w:proofErr w:type="spellStart"/>
            <w:r w:rsidRPr="00406BBE">
              <w:rPr>
                <w:rFonts w:cs="Times New Roman"/>
                <w:b/>
                <w:sz w:val="26"/>
                <w:szCs w:val="26"/>
              </w:rPr>
              <w:t>ghi</w:t>
            </w:r>
            <w:proofErr w:type="spellEnd"/>
            <w:r w:rsidRPr="00406BBE">
              <w:rPr>
                <w:rFonts w:cs="Times New Roman"/>
                <w:b/>
                <w:sz w:val="26"/>
                <w:szCs w:val="26"/>
              </w:rPr>
              <w:t xml:space="preserve"> </w:t>
            </w:r>
            <w:proofErr w:type="spellStart"/>
            <w:r w:rsidRPr="00406BBE">
              <w:rPr>
                <w:rFonts w:cs="Times New Roman"/>
                <w:b/>
                <w:sz w:val="26"/>
                <w:szCs w:val="26"/>
              </w:rPr>
              <w:t>rõ</w:t>
            </w:r>
            <w:proofErr w:type="spellEnd"/>
            <w:r w:rsidRPr="00406BBE">
              <w:rPr>
                <w:rFonts w:cs="Times New Roman"/>
                <w:b/>
                <w:sz w:val="26"/>
                <w:szCs w:val="26"/>
              </w:rPr>
              <w:t xml:space="preserve"> </w:t>
            </w:r>
            <w:proofErr w:type="spellStart"/>
            <w:r w:rsidRPr="00406BBE">
              <w:rPr>
                <w:rFonts w:cs="Times New Roman"/>
                <w:b/>
                <w:sz w:val="26"/>
                <w:szCs w:val="26"/>
              </w:rPr>
              <w:t>họ</w:t>
            </w:r>
            <w:proofErr w:type="spellEnd"/>
            <w:r w:rsidRPr="00406BBE">
              <w:rPr>
                <w:rFonts w:cs="Times New Roman"/>
                <w:b/>
                <w:sz w:val="26"/>
                <w:szCs w:val="26"/>
              </w:rPr>
              <w:t xml:space="preserve"> </w:t>
            </w:r>
            <w:proofErr w:type="spellStart"/>
            <w:r w:rsidRPr="00406BBE">
              <w:rPr>
                <w:rFonts w:cs="Times New Roman"/>
                <w:b/>
                <w:sz w:val="26"/>
                <w:szCs w:val="26"/>
              </w:rPr>
              <w:t>tên</w:t>
            </w:r>
            <w:proofErr w:type="spellEnd"/>
            <w:r w:rsidRPr="00406BBE">
              <w:rPr>
                <w:rFonts w:cs="Times New Roman"/>
                <w:b/>
                <w:sz w:val="26"/>
                <w:szCs w:val="26"/>
              </w:rPr>
              <w:t>)</w:t>
            </w:r>
          </w:p>
        </w:tc>
        <w:tc>
          <w:tcPr>
            <w:tcW w:w="4812" w:type="dxa"/>
            <w:vAlign w:val="center"/>
          </w:tcPr>
          <w:p w14:paraId="53AEB424" w14:textId="77777777" w:rsidR="00BB6FA2" w:rsidRPr="00406BBE" w:rsidRDefault="00222B21" w:rsidP="006175D9">
            <w:pPr>
              <w:spacing w:before="120" w:after="120" w:line="240" w:lineRule="auto"/>
              <w:jc w:val="center"/>
              <w:rPr>
                <w:rFonts w:cs="Times New Roman"/>
                <w:sz w:val="26"/>
                <w:szCs w:val="26"/>
              </w:rPr>
            </w:pPr>
            <w:r w:rsidRPr="00406BBE">
              <w:rPr>
                <w:rFonts w:cs="Times New Roman"/>
                <w:b/>
                <w:sz w:val="26"/>
                <w:szCs w:val="26"/>
              </w:rPr>
              <w:t>THỦ TRƯỞNG CƠ QUAN, TỔ CHỨC</w:t>
            </w:r>
            <w:r w:rsidRPr="00406BBE">
              <w:rPr>
                <w:rFonts w:cs="Times New Roman"/>
                <w:b/>
                <w:sz w:val="26"/>
                <w:szCs w:val="26"/>
              </w:rPr>
              <w:br/>
              <w:t>(</w:t>
            </w:r>
            <w:proofErr w:type="spellStart"/>
            <w:r w:rsidRPr="00406BBE">
              <w:rPr>
                <w:rFonts w:cs="Times New Roman"/>
                <w:b/>
                <w:sz w:val="26"/>
                <w:szCs w:val="26"/>
              </w:rPr>
              <w:t>Ký</w:t>
            </w:r>
            <w:proofErr w:type="spellEnd"/>
            <w:r w:rsidRPr="00406BBE">
              <w:rPr>
                <w:rFonts w:cs="Times New Roman"/>
                <w:b/>
                <w:sz w:val="26"/>
                <w:szCs w:val="26"/>
              </w:rPr>
              <w:t xml:space="preserve">, </w:t>
            </w:r>
            <w:proofErr w:type="spellStart"/>
            <w:r w:rsidRPr="00406BBE">
              <w:rPr>
                <w:rFonts w:cs="Times New Roman"/>
                <w:b/>
                <w:sz w:val="26"/>
                <w:szCs w:val="26"/>
              </w:rPr>
              <w:t>ghi</w:t>
            </w:r>
            <w:proofErr w:type="spellEnd"/>
            <w:r w:rsidRPr="00406BBE">
              <w:rPr>
                <w:rFonts w:cs="Times New Roman"/>
                <w:b/>
                <w:sz w:val="26"/>
                <w:szCs w:val="26"/>
              </w:rPr>
              <w:t xml:space="preserve"> </w:t>
            </w:r>
            <w:proofErr w:type="spellStart"/>
            <w:r w:rsidRPr="00406BBE">
              <w:rPr>
                <w:rFonts w:cs="Times New Roman"/>
                <w:b/>
                <w:sz w:val="26"/>
                <w:szCs w:val="26"/>
              </w:rPr>
              <w:t>rõ</w:t>
            </w:r>
            <w:proofErr w:type="spellEnd"/>
            <w:r w:rsidRPr="00406BBE">
              <w:rPr>
                <w:rFonts w:cs="Times New Roman"/>
                <w:b/>
                <w:sz w:val="26"/>
                <w:szCs w:val="26"/>
              </w:rPr>
              <w:t xml:space="preserve"> </w:t>
            </w:r>
            <w:proofErr w:type="spellStart"/>
            <w:r w:rsidRPr="00406BBE">
              <w:rPr>
                <w:rFonts w:cs="Times New Roman"/>
                <w:b/>
                <w:sz w:val="26"/>
                <w:szCs w:val="26"/>
              </w:rPr>
              <w:t>họ</w:t>
            </w:r>
            <w:proofErr w:type="spellEnd"/>
            <w:r w:rsidRPr="00406BBE">
              <w:rPr>
                <w:rFonts w:cs="Times New Roman"/>
                <w:b/>
                <w:sz w:val="26"/>
                <w:szCs w:val="26"/>
              </w:rPr>
              <w:t xml:space="preserve"> </w:t>
            </w:r>
            <w:proofErr w:type="spellStart"/>
            <w:r w:rsidRPr="00406BBE">
              <w:rPr>
                <w:rFonts w:cs="Times New Roman"/>
                <w:b/>
                <w:sz w:val="26"/>
                <w:szCs w:val="26"/>
              </w:rPr>
              <w:t>tên</w:t>
            </w:r>
            <w:proofErr w:type="spellEnd"/>
            <w:r w:rsidRPr="00406BBE">
              <w:rPr>
                <w:rFonts w:cs="Times New Roman"/>
                <w:b/>
                <w:sz w:val="26"/>
                <w:szCs w:val="26"/>
              </w:rPr>
              <w:t xml:space="preserve"> </w:t>
            </w:r>
            <w:proofErr w:type="spellStart"/>
            <w:r w:rsidRPr="00406BBE">
              <w:rPr>
                <w:rFonts w:cs="Times New Roman"/>
                <w:b/>
                <w:sz w:val="26"/>
                <w:szCs w:val="26"/>
              </w:rPr>
              <w:t>và</w:t>
            </w:r>
            <w:proofErr w:type="spellEnd"/>
            <w:r w:rsidRPr="00406BBE">
              <w:rPr>
                <w:rFonts w:cs="Times New Roman"/>
                <w:b/>
                <w:sz w:val="26"/>
                <w:szCs w:val="26"/>
              </w:rPr>
              <w:t xml:space="preserve"> </w:t>
            </w:r>
            <w:proofErr w:type="spellStart"/>
            <w:r w:rsidRPr="00406BBE">
              <w:rPr>
                <w:rFonts w:cs="Times New Roman"/>
                <w:b/>
                <w:sz w:val="26"/>
                <w:szCs w:val="26"/>
              </w:rPr>
              <w:t>đóng</w:t>
            </w:r>
            <w:proofErr w:type="spellEnd"/>
            <w:r w:rsidRPr="00406BBE">
              <w:rPr>
                <w:rFonts w:cs="Times New Roman"/>
                <w:b/>
                <w:sz w:val="26"/>
                <w:szCs w:val="26"/>
              </w:rPr>
              <w:t xml:space="preserve"> </w:t>
            </w:r>
            <w:proofErr w:type="spellStart"/>
            <w:r w:rsidRPr="00406BBE">
              <w:rPr>
                <w:rFonts w:cs="Times New Roman"/>
                <w:b/>
                <w:sz w:val="26"/>
                <w:szCs w:val="26"/>
              </w:rPr>
              <w:t>dấu</w:t>
            </w:r>
            <w:proofErr w:type="spellEnd"/>
            <w:r w:rsidRPr="00406BBE">
              <w:rPr>
                <w:rFonts w:cs="Times New Roman"/>
                <w:b/>
                <w:sz w:val="26"/>
                <w:szCs w:val="26"/>
              </w:rPr>
              <w:t>)</w:t>
            </w:r>
          </w:p>
        </w:tc>
      </w:tr>
    </w:tbl>
    <w:p w14:paraId="23304ABB" w14:textId="77777777" w:rsidR="006131B4" w:rsidRPr="00406BBE" w:rsidRDefault="006131B4" w:rsidP="00BD3914">
      <w:pPr>
        <w:spacing w:before="120" w:after="120" w:line="240" w:lineRule="auto"/>
        <w:rPr>
          <w:rFonts w:cs="Times New Roman"/>
          <w:sz w:val="26"/>
          <w:szCs w:val="26"/>
        </w:rPr>
      </w:pPr>
    </w:p>
    <w:sectPr w:rsidR="006131B4" w:rsidRPr="00406BBE" w:rsidSect="00825D50">
      <w:headerReference w:type="default" r:id="rId8"/>
      <w:footerReference w:type="default" r:id="rId9"/>
      <w:pgSz w:w="12240" w:h="15840"/>
      <w:pgMar w:top="1134" w:right="1134" w:bottom="993" w:left="1701" w:header="454" w:footer="45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9297F" w14:textId="77777777" w:rsidR="00B361A9" w:rsidRDefault="00B361A9">
      <w:pPr>
        <w:spacing w:after="0" w:line="240" w:lineRule="auto"/>
      </w:pPr>
      <w:r>
        <w:separator/>
      </w:r>
    </w:p>
  </w:endnote>
  <w:endnote w:type="continuationSeparator" w:id="0">
    <w:p w14:paraId="28EFD418" w14:textId="77777777" w:rsidR="00B361A9" w:rsidRDefault="00B361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470E9" w14:textId="5C186DFC" w:rsidR="00BB6FA2" w:rsidRDefault="00BB6FA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0D910" w14:textId="77777777" w:rsidR="00B361A9" w:rsidRDefault="00B361A9">
      <w:pPr>
        <w:spacing w:after="0" w:line="240" w:lineRule="auto"/>
      </w:pPr>
      <w:r>
        <w:separator/>
      </w:r>
    </w:p>
  </w:footnote>
  <w:footnote w:type="continuationSeparator" w:id="0">
    <w:p w14:paraId="126E3E99" w14:textId="77777777" w:rsidR="00B361A9" w:rsidRDefault="00B361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8133575"/>
      <w:docPartObj>
        <w:docPartGallery w:val="Page Numbers (Top of Page)"/>
        <w:docPartUnique/>
      </w:docPartObj>
    </w:sdtPr>
    <w:sdtEndPr>
      <w:rPr>
        <w:noProof/>
      </w:rPr>
    </w:sdtEndPr>
    <w:sdtContent>
      <w:p w14:paraId="0A331565" w14:textId="7C484EF3" w:rsidR="00BD3914" w:rsidRDefault="00BD391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D09F4F6" w14:textId="77777777" w:rsidR="00BD3914" w:rsidRDefault="00BD39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21852D2"/>
    <w:multiLevelType w:val="hybridMultilevel"/>
    <w:tmpl w:val="E34C87D6"/>
    <w:lvl w:ilvl="0" w:tplc="90ACB7CE">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406539">
    <w:abstractNumId w:val="8"/>
  </w:num>
  <w:num w:numId="2" w16cid:durableId="1533691044">
    <w:abstractNumId w:val="6"/>
  </w:num>
  <w:num w:numId="3" w16cid:durableId="1383213969">
    <w:abstractNumId w:val="5"/>
  </w:num>
  <w:num w:numId="4" w16cid:durableId="943150415">
    <w:abstractNumId w:val="4"/>
  </w:num>
  <w:num w:numId="5" w16cid:durableId="1832863251">
    <w:abstractNumId w:val="7"/>
  </w:num>
  <w:num w:numId="6" w16cid:durableId="745998563">
    <w:abstractNumId w:val="3"/>
  </w:num>
  <w:num w:numId="7" w16cid:durableId="1909223627">
    <w:abstractNumId w:val="2"/>
  </w:num>
  <w:num w:numId="8" w16cid:durableId="1313679811">
    <w:abstractNumId w:val="1"/>
  </w:num>
  <w:num w:numId="9" w16cid:durableId="9962197">
    <w:abstractNumId w:val="0"/>
  </w:num>
  <w:num w:numId="10" w16cid:durableId="16822696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6E08"/>
    <w:rsid w:val="00044FAA"/>
    <w:rsid w:val="0006063C"/>
    <w:rsid w:val="00102F55"/>
    <w:rsid w:val="00130EA6"/>
    <w:rsid w:val="0015074B"/>
    <w:rsid w:val="001543F0"/>
    <w:rsid w:val="001A6EBF"/>
    <w:rsid w:val="00221B74"/>
    <w:rsid w:val="00222B21"/>
    <w:rsid w:val="0029031A"/>
    <w:rsid w:val="00290BD2"/>
    <w:rsid w:val="0029639D"/>
    <w:rsid w:val="002B36D8"/>
    <w:rsid w:val="002F54C5"/>
    <w:rsid w:val="00326F90"/>
    <w:rsid w:val="003E4107"/>
    <w:rsid w:val="00406BBE"/>
    <w:rsid w:val="0041176B"/>
    <w:rsid w:val="00426F3D"/>
    <w:rsid w:val="00435896"/>
    <w:rsid w:val="00493EF6"/>
    <w:rsid w:val="004F6A4E"/>
    <w:rsid w:val="0050290E"/>
    <w:rsid w:val="0050292B"/>
    <w:rsid w:val="00531E8B"/>
    <w:rsid w:val="00557115"/>
    <w:rsid w:val="0057107C"/>
    <w:rsid w:val="00577973"/>
    <w:rsid w:val="00582652"/>
    <w:rsid w:val="005B32B9"/>
    <w:rsid w:val="005E668B"/>
    <w:rsid w:val="006131B4"/>
    <w:rsid w:val="006175D9"/>
    <w:rsid w:val="0063352D"/>
    <w:rsid w:val="006420CA"/>
    <w:rsid w:val="00663C83"/>
    <w:rsid w:val="006842BF"/>
    <w:rsid w:val="00694335"/>
    <w:rsid w:val="006E296D"/>
    <w:rsid w:val="0073185D"/>
    <w:rsid w:val="0078064E"/>
    <w:rsid w:val="00825D50"/>
    <w:rsid w:val="008562CA"/>
    <w:rsid w:val="00863159"/>
    <w:rsid w:val="00884848"/>
    <w:rsid w:val="008B50FA"/>
    <w:rsid w:val="00953312"/>
    <w:rsid w:val="009D665B"/>
    <w:rsid w:val="00AA1D8D"/>
    <w:rsid w:val="00AA7519"/>
    <w:rsid w:val="00AC0814"/>
    <w:rsid w:val="00AF3855"/>
    <w:rsid w:val="00B00E6E"/>
    <w:rsid w:val="00B02332"/>
    <w:rsid w:val="00B361A9"/>
    <w:rsid w:val="00B47730"/>
    <w:rsid w:val="00B5347E"/>
    <w:rsid w:val="00B828C3"/>
    <w:rsid w:val="00BB6FA2"/>
    <w:rsid w:val="00BC5DA5"/>
    <w:rsid w:val="00BD3914"/>
    <w:rsid w:val="00C35B44"/>
    <w:rsid w:val="00CB0664"/>
    <w:rsid w:val="00CC6FE8"/>
    <w:rsid w:val="00D34985"/>
    <w:rsid w:val="00D4762D"/>
    <w:rsid w:val="00E00EF6"/>
    <w:rsid w:val="00E0185D"/>
    <w:rsid w:val="00E23AD5"/>
    <w:rsid w:val="00EE67F6"/>
    <w:rsid w:val="00F245EB"/>
    <w:rsid w:val="00FB2ACB"/>
    <w:rsid w:val="00FB4296"/>
    <w:rsid w:val="00FC693F"/>
    <w:rsid w:val="00FD75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54C82E"/>
  <w14:defaultImageDpi w14:val="300"/>
  <w15:docId w15:val="{066C454B-6F91-430C-89CB-2051FEC25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2"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8562CA"/>
    <w:rPr>
      <w:color w:val="0000FF" w:themeColor="hyperlink"/>
      <w:u w:val="single"/>
    </w:rPr>
  </w:style>
  <w:style w:type="character" w:styleId="UnresolvedMention">
    <w:name w:val="Unresolved Mention"/>
    <w:basedOn w:val="DefaultParagraphFont"/>
    <w:uiPriority w:val="99"/>
    <w:semiHidden/>
    <w:unhideWhenUsed/>
    <w:rsid w:val="008562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2300</Words>
  <Characters>13112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15382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Dao Ngoc Chien</cp:lastModifiedBy>
  <cp:revision>60</cp:revision>
  <dcterms:created xsi:type="dcterms:W3CDTF">2013-12-23T23:15:00Z</dcterms:created>
  <dcterms:modified xsi:type="dcterms:W3CDTF">2026-11-06T16:31:00Z</dcterms:modified>
  <cp:category/>
</cp:coreProperties>
</file>